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Artists unite against AI appropriation of creative works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Tuesday, a coalition of renowned musicians, actors, and authors united in opposition to what they see as an unchecked appropriation of creative works by artificial intelligence (AI) technologies. The collective action took shape in the form of a protest letter signed by thousands of artists, expressing concern over the use of their intellectual property in training AI systems without permission or compensation.</w:t>
      </w:r>
      <w:r/>
    </w:p>
    <w:p>
      <w:r/>
      <w:r>
        <w:t>Prominent figures from various creative fields have appended their names to this letter, signalling extensive concern across the arts sector. Among the signatories are Björn Ulvaeus from the iconic Swedish band ABBA, Robert Smith of The Cure, and Thom Yorke along with his Radiohead colleagues. The protest letter also garnered support from illustrious writers like Kazuo Ishiguro, a Nobel laureate, and bestselling author James Patterson. Alongside them, actors such as Julianne Moore, Kevin Bacon, and Rosario Dawson have lent their voices to the initiative.</w:t>
      </w:r>
      <w:r/>
    </w:p>
    <w:p>
      <w:r/>
      <w:r>
        <w:t>The crux of their argument rests on the claim that unlicensed use of creative works to feed generative AI represents a grave threat to the livelihoods of those in the creative industries. By utilising vast datasets of human-generated art for training, AI tools can generate simulated images, music, and texts, potentially undermining the value and originality of human-made creativity. The letter explicitly states, "The unlicensed use of creative works for training generative AI is a major, unjust threat to the livelihoods of the people behind those works and must not be permitted."</w:t>
      </w:r>
      <w:r/>
    </w:p>
    <w:p>
      <w:r/>
      <w:r>
        <w:t>This protest is part of a broader wave of concern surrounding AI's encroachment on creative spaces. Last year, James Patterson participated in another open letter spearheaded by the Authors Guild, which led to legal proceedings against AI companies. This lawsuit remains active in a New York federal court, highlighting ongoing legal efforts to regulate and potentially redefine the commercial use of AI in creative industries.</w:t>
      </w:r>
      <w:r/>
    </w:p>
    <w:p>
      <w:r/>
      <w:r>
        <w:t>The collective stance of these notable artists and creators reflects a growing apprehension about the evolving relationship between technology and artistry. The protest intends to draw attention not only to issues of copyright and compensation but also to the broader implications around the originality and authenticity of artistic expression in an age increasingly dominated by AI technology.</w:t>
      </w:r>
      <w:r/>
    </w:p>
    <w:p>
      <w:r/>
      <w:r>
        <w:t>While the letter represents an organised appeal for regulatory change, it comes amidst a broader dialogue about the role of artificial intelligence in society, particularly regarding intellectual property rights, ethics, and the future of the creative industries. Whether it will lead to concrete changes in legislation or industry practice remains to be seen, but it has certainly ignited a discussion that spans multiple sectors and geographies.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https://www.engadget.com/ai/more-than-10500-artists-sign-open-letter-protesting-unlicensed-ai-training-174544491.html</w:t>
        </w:r>
      </w:hyperlink>
      <w:r>
        <w:t xml:space="preserve"> - This article corroborates the signing of the protest letter by over 10,500 artists, including prominent figures like Julianne Moore, Thom Yorke, and Kevin Bacon, and highlights the concern over unlicensed use of creative works for training AI models.</w:t>
      </w:r>
      <w:r/>
    </w:p>
    <w:p>
      <w:pPr>
        <w:pStyle w:val="ListNumber"/>
        <w:spacing w:line="240" w:lineRule="auto"/>
        <w:ind w:left="720"/>
      </w:pPr>
      <w:r/>
      <w:hyperlink r:id="rId11">
        <w:r>
          <w:rPr>
            <w:color w:val="0000EE"/>
            <w:u w:val="single"/>
          </w:rPr>
          <w:t>https://www.8newsnow.com/entertainment-news/ap-abba-radiohead-and-the-cure-musicians-sign-ai-protest-letter-against-unlicensed-use-of-works/</w:t>
        </w:r>
      </w:hyperlink>
      <w:r>
        <w:t xml:space="preserve"> - This source confirms the participation of musicians from ABBA, Radiohead, and The Cure in the protest letter and emphasizes the broader opposition to AI's use of unlicensed creative works.</w:t>
      </w:r>
      <w:r/>
    </w:p>
    <w:p>
      <w:pPr>
        <w:pStyle w:val="ListNumber"/>
        <w:spacing w:line="240" w:lineRule="auto"/>
        <w:ind w:left="720"/>
      </w:pPr>
      <w:r/>
      <w:hyperlink r:id="rId12">
        <w:r>
          <w:rPr>
            <w:color w:val="0000EE"/>
            <w:u w:val="single"/>
          </w:rPr>
          <w:t>https://www.reddit.com/r/aiwars/comments/1ewyt51/half_a_million_uk_creative_professionals_open/</w:t>
        </w:r>
      </w:hyperlink>
      <w:r>
        <w:t xml:space="preserve"> - This discussion on Reddit supports the argument that creative professionals are protesting the unlicensed use of their works for AI training, highlighting concerns about copyright and the ethical use of AI.</w:t>
      </w:r>
      <w:r/>
    </w:p>
    <w:p>
      <w:pPr>
        <w:pStyle w:val="ListNumber"/>
        <w:spacing w:line="240" w:lineRule="auto"/>
        <w:ind w:left="720"/>
      </w:pPr>
      <w:r/>
      <w:hyperlink r:id="rId10">
        <w:r>
          <w:rPr>
            <w:color w:val="0000EE"/>
            <w:u w:val="single"/>
          </w:rPr>
          <w:t>https://www.engadget.com/ai/more-than-10500-artists-sign-open-letter-protesting-unlicensed-ai-training-174544491.html</w:t>
        </w:r>
      </w:hyperlink>
      <w:r>
        <w:t xml:space="preserve"> - This article mentions the involvement of authors like James Patterson and actors such as Julianne Moore and Kevin Bacon in the protest, underscoring the widespread concern across various creative fields.</w:t>
      </w:r>
      <w:r/>
    </w:p>
    <w:p>
      <w:pPr>
        <w:pStyle w:val="ListNumber"/>
        <w:spacing w:line="240" w:lineRule="auto"/>
        <w:ind w:left="720"/>
      </w:pPr>
      <w:r/>
      <w:hyperlink r:id="rId11">
        <w:r>
          <w:rPr>
            <w:color w:val="0000EE"/>
            <w:u w:val="single"/>
          </w:rPr>
          <w:t>https://www.8newsnow.com/entertainment-news/ap-abba-radiohead-and-the-cure-musicians-sign-ai-protest-letter-against-unlicensed-use-of-works/</w:t>
        </w:r>
      </w:hyperlink>
      <w:r>
        <w:t xml:space="preserve"> - This source reiterates the statement from the protest letter that the unlicensed use of creative works for training generative AI is a major threat to the livelihoods of creators.</w:t>
      </w:r>
      <w:r/>
    </w:p>
    <w:p>
      <w:pPr>
        <w:pStyle w:val="ListNumber"/>
        <w:spacing w:line="240" w:lineRule="auto"/>
        <w:ind w:left="720"/>
      </w:pPr>
      <w:r/>
      <w:hyperlink r:id="rId10">
        <w:r>
          <w:rPr>
            <w:color w:val="0000EE"/>
            <w:u w:val="single"/>
          </w:rPr>
          <w:t>https://www.engadget.com/ai/more-than-10500-artists-sign-open-letter-protesting-unlicensed-ai-training-174544491.html</w:t>
        </w:r>
      </w:hyperlink>
      <w:r>
        <w:t xml:space="preserve"> - This article notes the ongoing legal efforts, including lawsuits against AI companies, which aligns with the broader wave of concern and legal actions mentioned in the protest.</w:t>
      </w:r>
      <w:r/>
    </w:p>
    <w:p>
      <w:pPr>
        <w:pStyle w:val="ListNumber"/>
        <w:spacing w:line="240" w:lineRule="auto"/>
        <w:ind w:left="720"/>
      </w:pPr>
      <w:r/>
      <w:hyperlink r:id="rId13">
        <w:r>
          <w:rPr>
            <w:color w:val="0000EE"/>
            <w:u w:val="single"/>
          </w:rPr>
          <w:t>https://aflcio.org/about/advocacy/legislative-alerts/letter-suppoting-legislation-would-protect-artists-ai-and-other</w:t>
        </w:r>
      </w:hyperlink>
      <w:r>
        <w:t xml:space="preserve"> - This source discusses legislative efforts, such as the NO FAKES Act, aimed at protecting artists from the unauthorized use of their work by AI, reflecting the broader dialogue on regulatory changes.</w:t>
      </w:r>
      <w:r/>
    </w:p>
    <w:p>
      <w:pPr>
        <w:pStyle w:val="ListNumber"/>
        <w:spacing w:line="240" w:lineRule="auto"/>
        <w:ind w:left="720"/>
      </w:pPr>
      <w:r/>
      <w:hyperlink r:id="rId12">
        <w:r>
          <w:rPr>
            <w:color w:val="0000EE"/>
            <w:u w:val="single"/>
          </w:rPr>
          <w:t>https://www.reddit.com/r/aiwars/comments/1ewyt51/half_a_million_uk_creative_professionals_open/</w:t>
        </w:r>
      </w:hyperlink>
      <w:r>
        <w:t xml:space="preserve"> - This discussion highlights the ethical and legal implications of using creative works for AI training without permission, aligning with the concerns about originality and authenticity raised in the protest letter.</w:t>
      </w:r>
      <w:r/>
    </w:p>
    <w:p>
      <w:pPr>
        <w:pStyle w:val="ListNumber"/>
        <w:spacing w:line="240" w:lineRule="auto"/>
        <w:ind w:left="720"/>
      </w:pPr>
      <w:r/>
      <w:hyperlink r:id="rId10">
        <w:r>
          <w:rPr>
            <w:color w:val="0000EE"/>
            <w:u w:val="single"/>
          </w:rPr>
          <w:t>https://www.engadget.com/ai/more-than-10500-artists-sign-open-letter-protesting-unlicensed-ai-training-174544491.html</w:t>
        </w:r>
      </w:hyperlink>
      <w:r>
        <w:t xml:space="preserve"> - This article mentions the support from unions like SAG-AFTRA and the Writers Guild of America, which have held strikes demanding better protections for their work against AI use, further illustrating the collective stance of creatives.</w:t>
      </w:r>
      <w:r/>
    </w:p>
    <w:p>
      <w:pPr>
        <w:pStyle w:val="ListNumber"/>
        <w:spacing w:line="240" w:lineRule="auto"/>
        <w:ind w:left="720"/>
      </w:pPr>
      <w:r/>
      <w:hyperlink r:id="rId11">
        <w:r>
          <w:rPr>
            <w:color w:val="0000EE"/>
            <w:u w:val="single"/>
          </w:rPr>
          <w:t>https://www.8newsnow.com/entertainment-news/ap-abba-radiohead-and-the-cure-musicians-sign-ai-protest-letter-against-unlicensed-use-of-works/</w:t>
        </w:r>
      </w:hyperlink>
      <w:r>
        <w:t xml:space="preserve"> - This source emphasizes the growing apprehension about the relationship between technology and artistry, reflecting the broader concerns about AI's impact on creative industries.</w:t>
      </w:r>
      <w:r/>
    </w:p>
    <w:p>
      <w:pPr>
        <w:pStyle w:val="ListNumber"/>
        <w:spacing w:line="240" w:lineRule="auto"/>
        <w:ind w:left="720"/>
      </w:pPr>
      <w:r/>
      <w:hyperlink r:id="rId13">
        <w:r>
          <w:rPr>
            <w:color w:val="0000EE"/>
            <w:u w:val="single"/>
          </w:rPr>
          <w:t>https://aflcio.org/about/advocacy/legislative-alerts/letter-suppoting-legislation-would-protect-artists-ai-and-other</w:t>
        </w:r>
      </w:hyperlink>
      <w:r>
        <w:t xml:space="preserve"> - This article discusses the need for urgent action and legislative changes to address the threats posed by AI-generated content, aligning with the call for regulatory change in the protest letter.</w:t>
      </w:r>
      <w:r/>
    </w:p>
    <w:p>
      <w:pPr>
        <w:pStyle w:val="ListNumber"/>
        <w:spacing w:line="240" w:lineRule="auto"/>
        <w:ind w:left="720"/>
      </w:pPr>
      <w:r/>
      <w:hyperlink r:id="rId14">
        <w:r>
          <w:rPr>
            <w:color w:val="0000EE"/>
            <w:u w:val="single"/>
          </w:rPr>
          <w:t>https://www.independent.co.uk/news/musicians-ap-abba-london-radiohead-b2633820.html</w:t>
        </w:r>
      </w:hyperlink>
      <w:r>
        <w:t xml:space="preserve"> - Please view link - unable to able to access data</w:t>
      </w:r>
      <w:r/>
    </w:p>
    <w:p>
      <w:pPr>
        <w:pStyle w:val="ListNumber"/>
        <w:spacing w:line="240" w:lineRule="auto"/>
        <w:ind w:left="720"/>
      </w:pPr>
      <w:r/>
      <w:hyperlink r:id="rId15">
        <w:r>
          <w:rPr>
            <w:color w:val="0000EE"/>
            <w:u w:val="single"/>
          </w:rPr>
          <w:t>https://kion546.com/news/2024/10/22/abba-radiohead-and-the-cure-musicians-sign-ai-protest-letter-against-unlicensed-use-of-works/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ai/more-than-10500-artists-sign-open-letter-protesting-unlicensed-ai-training-174544491.html" TargetMode="External"/><Relationship Id="rId11" Type="http://schemas.openxmlformats.org/officeDocument/2006/relationships/hyperlink" Target="https://www.8newsnow.com/entertainment-news/ap-abba-radiohead-and-the-cure-musicians-sign-ai-protest-letter-against-unlicensed-use-of-works/" TargetMode="External"/><Relationship Id="rId12" Type="http://schemas.openxmlformats.org/officeDocument/2006/relationships/hyperlink" Target="https://www.reddit.com/r/aiwars/comments/1ewyt51/half_a_million_uk_creative_professionals_open/" TargetMode="External"/><Relationship Id="rId13" Type="http://schemas.openxmlformats.org/officeDocument/2006/relationships/hyperlink" Target="https://aflcio.org/about/advocacy/legislative-alerts/letter-suppoting-legislation-would-protect-artists-ai-and-other" TargetMode="External"/><Relationship Id="rId14" Type="http://schemas.openxmlformats.org/officeDocument/2006/relationships/hyperlink" Target="https://www.independent.co.uk/news/musicians-ap-abba-london-radiohead-b2633820.html" TargetMode="External"/><Relationship Id="rId15" Type="http://schemas.openxmlformats.org/officeDocument/2006/relationships/hyperlink" Target="https://kion546.com/news/2024/10/22/abba-radiohead-and-the-cure-musicians-sign-ai-protest-letter-against-unlicensed-use-of-wor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