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Artists unite against AI's impact on creative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significant collective protest has been launched by key figures in Hollywood, literature, and music against the growing influence of artificial intelligence on creative works. This movement comes as more than 10,500 artists have united to sign an open letter denouncing the "unlicensed use" of their creative outputs by AI developers for model training purposes. Prominent US publication, The Washington Post, reported this development, highlighting the widespread concern among creatives regarding AI's impact on their industries.</w:t>
      </w:r>
      <w:r/>
    </w:p>
    <w:p>
      <w:r/>
      <w:r>
        <w:t>The crux of the artists' protest focuses on their assertion that AI developers are exploiting their work without permission, thus threatening their livelihoods. The single sentence declaration within the letter emphasises the severity of this perceived injustice: "The unlicensed use of creative works for training generative AI is a major, unjust threat to the livelihoods of the people behind those works, and must not be permitted."</w:t>
      </w:r>
      <w:r/>
    </w:p>
    <w:p>
      <w:r/>
      <w:r>
        <w:t>The initiative has garnered backing from several influential personalities across sectors. Among the distinguished signees are actors Julianne Moore, Rosario Dawson, Kevin Bacon, and F. Murray Abraham. Also lending their support are former Saturday Night Live comedian Kate McKinnon, bestselling author James Patterson, and Thom Yorke, the frontman of the iconic rock band Radiohead.</w:t>
      </w:r>
      <w:r/>
    </w:p>
    <w:p>
      <w:r/>
      <w:r>
        <w:t>The rising unease among creatives about AI's impact is not without precedent. Organisations such as the Screen Actors Guild - American Federation of Television and Radio Artists (SAG-AFTRA) and the Writers Guild of America have recently been active in demanding stronger safeguards for creative works against unauthorised AI usage. These concerns have been serious enough to prompt industry-wide strikes, highlighting the growing tensions between traditional creative sectors and emerging technological domains.</w:t>
      </w:r>
      <w:r/>
    </w:p>
    <w:p>
      <w:r/>
      <w:r>
        <w:t>The letter's signatories express a clear demand that the creative industries' contributions remain respected and protected, rather than being repurposed for technological advancement without consent. This unfolding scenario illustrates the broader debate surrounding intellectual property rights in the age of artificial intelligence, where the intersection of tech innovation and creative ownership continues to be a contentious issue. As AI technology continues to evolve, this dialogue is likely to persist, shaping how creative works are utilised and valued.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https://www.brookings.edu/articles/hollywood-writers-went-on-strike-to-protect-their-livelihoods-from-generative-ai-their-remarkable-victory-matters-for-all-workers/</w:t>
        </w:r>
      </w:hyperlink>
      <w:r>
        <w:t xml:space="preserve"> - This article explains the Hollywood writers' strike and their demands for protections against generative AI, highlighting the impact on their livelihoods and the broader implications for other workers.</w:t>
      </w:r>
      <w:r/>
    </w:p>
    <w:p>
      <w:pPr>
        <w:pStyle w:val="ListNumber"/>
        <w:spacing w:line="240" w:lineRule="auto"/>
        <w:ind w:left="720"/>
      </w:pPr>
      <w:r/>
      <w:hyperlink r:id="rId11">
        <w:r>
          <w:rPr>
            <w:color w:val="0000EE"/>
            <w:u w:val="single"/>
          </w:rPr>
          <w:t>https://www.forbes.com/sites/maryroeloffs/2024/04/02/artists-slam-ai-developers-for-using-music-without-permission-in-letter-signed-by-kacey-musgraves-billie-eilish-and-more/</w:t>
        </w:r>
      </w:hyperlink>
      <w:r>
        <w:t xml:space="preserve"> - This article discusses the open letter signed by numerous artists, including musicians, protesting the use of their work to train AI models without permission and the threat this poses to their livelihoods.</w:t>
      </w:r>
      <w:r/>
    </w:p>
    <w:p>
      <w:pPr>
        <w:pStyle w:val="ListNumber"/>
        <w:spacing w:line="240" w:lineRule="auto"/>
        <w:ind w:left="720"/>
      </w:pPr>
      <w:r/>
      <w:hyperlink r:id="rId11">
        <w:r>
          <w:rPr>
            <w:color w:val="0000EE"/>
            <w:u w:val="single"/>
          </w:rPr>
          <w:t>https://www.forbes.com/sites/maryroeloffs/2024/04/02/artists-slam-ai-developers-for-using-music-without-permission-in-letter-signed-by-kacey-musgraves-billie-eilish-and-more/</w:t>
        </w:r>
      </w:hyperlink>
      <w:r>
        <w:t xml:space="preserve"> - This article mentions the involvement of prominent artists like Stevie Wonder, Billie Eilish, and others in the protest against AI developers, supporting the claim of widespread artist involvement.</w:t>
      </w:r>
      <w:r/>
    </w:p>
    <w:p>
      <w:pPr>
        <w:pStyle w:val="ListNumber"/>
        <w:spacing w:line="240" w:lineRule="auto"/>
        <w:ind w:left="720"/>
      </w:pPr>
      <w:r/>
      <w:hyperlink r:id="rId11">
        <w:r>
          <w:rPr>
            <w:color w:val="0000EE"/>
            <w:u w:val="single"/>
          </w:rPr>
          <w:t>https://www.forbes.com/sites/maryroeloffs/2024/04/02/artists-slam-ai-developers-for-using-music-without-permission-in-letter-signed-by-kacey-musgraves-billie-eilish-and-more/</w:t>
        </w:r>
      </w:hyperlink>
      <w:r>
        <w:t xml:space="preserve"> - The article details the specific concerns of artists regarding the dilution of royalty payments and the devaluation of their work due to AI-generated content.</w:t>
      </w:r>
      <w:r/>
    </w:p>
    <w:p>
      <w:pPr>
        <w:pStyle w:val="ListNumber"/>
        <w:spacing w:line="240" w:lineRule="auto"/>
        <w:ind w:left="720"/>
      </w:pPr>
      <w:r/>
      <w:hyperlink r:id="rId12">
        <w:r>
          <w:rPr>
            <w:color w:val="0000EE"/>
            <w:u w:val="single"/>
          </w:rPr>
          <w:t>https://apnews.com/article/artificial-intelligence-hollywood-strikes-explained-writers-actors-e872bd63ab52c3ea9f7d6e825240a202</w:t>
        </w:r>
      </w:hyperlink>
      <w:r>
        <w:t xml:space="preserve"> - This article explains the role of AI in the contract disputes leading to strikes by actors and writers unions, highlighting the industry-wide tensions.</w:t>
      </w:r>
      <w:r/>
    </w:p>
    <w:p>
      <w:pPr>
        <w:pStyle w:val="ListNumber"/>
        <w:spacing w:line="240" w:lineRule="auto"/>
        <w:ind w:left="720"/>
      </w:pPr>
      <w:r/>
      <w:hyperlink r:id="rId13">
        <w:r>
          <w:rPr>
            <w:color w:val="0000EE"/>
            <w:u w:val="single"/>
          </w:rPr>
          <w:t>https://www.seattlepi.com/entertainment/article/abba-radiohead-and-the-cure-musicians-sign-ai-protest-letter-19855025.php</w:t>
        </w:r>
      </w:hyperlink>
      <w:r>
        <w:t xml:space="preserve"> - This article lists additional signatories to the protest letter, including Julianne Moore, Rosario Dawson, Kevin Bacon, and Thom Yorke, supporting the claim of diverse industry support.</w:t>
      </w:r>
      <w:r/>
    </w:p>
    <w:p>
      <w:pPr>
        <w:pStyle w:val="ListNumber"/>
        <w:spacing w:line="240" w:lineRule="auto"/>
        <w:ind w:left="720"/>
      </w:pPr>
      <w:r/>
      <w:hyperlink r:id="rId13">
        <w:r>
          <w:rPr>
            <w:color w:val="0000EE"/>
            <w:u w:val="single"/>
          </w:rPr>
          <w:t>https://www.seattlepi.com/entertainment/article/abba-radiohead-and-the-cure-musicians-sign-ai-protest-letter-19855025.php</w:t>
        </w:r>
      </w:hyperlink>
      <w:r>
        <w:t xml:space="preserve"> - The article mentions the involvement of writers like Kazuo Ishiguro, further illustrating the broad support across creative sectors.</w:t>
      </w:r>
      <w:r/>
    </w:p>
    <w:p>
      <w:pPr>
        <w:pStyle w:val="ListNumber"/>
        <w:spacing w:line="240" w:lineRule="auto"/>
        <w:ind w:left="720"/>
      </w:pPr>
      <w:r/>
      <w:hyperlink r:id="rId11">
        <w:r>
          <w:rPr>
            <w:color w:val="0000EE"/>
            <w:u w:val="single"/>
          </w:rPr>
          <w:t>https://www.forbes.com/sites/maryroeloffs/2024/04/02/artists-slam-ai-developers-for-using-music-without-permission-in-letter-signed-by-kacey-musgraves-billie-eilish-and-more/</w:t>
        </w:r>
      </w:hyperlink>
      <w:r>
        <w:t xml:space="preserve"> - This article discusses the legal actions taken by creators against AI companies for using their work without permission, such as lawsuits filed by authors and comedians.</w:t>
      </w:r>
      <w:r/>
    </w:p>
    <w:p>
      <w:pPr>
        <w:pStyle w:val="ListNumber"/>
        <w:spacing w:line="240" w:lineRule="auto"/>
        <w:ind w:left="720"/>
      </w:pPr>
      <w:r/>
      <w:hyperlink r:id="rId10">
        <w:r>
          <w:rPr>
            <w:color w:val="0000EE"/>
            <w:u w:val="single"/>
          </w:rPr>
          <w:t>https://www.brookings.edu/articles/hollywood-writers-went-on-strike-to-protect-their-livelihoods-from-generative-ai-their-remarkable-victory-matters-for-all-workers/</w:t>
        </w:r>
      </w:hyperlink>
      <w:r>
        <w:t xml:space="preserve"> - The article details the contract negotiations and the historic precedent set by the Writers Guild of America in protecting writers from AI replacement, which is relevant to the broader debate on intellectual property rights.</w:t>
      </w:r>
      <w:r/>
    </w:p>
    <w:p>
      <w:pPr>
        <w:pStyle w:val="ListNumber"/>
        <w:spacing w:line="240" w:lineRule="auto"/>
        <w:ind w:left="720"/>
      </w:pPr>
      <w:r/>
      <w:hyperlink r:id="rId12">
        <w:r>
          <w:rPr>
            <w:color w:val="0000EE"/>
            <w:u w:val="single"/>
          </w:rPr>
          <w:t>https://apnews.com/article/artificial-intelligence-hollywood-strikes-explained-writers-actors-e872bd63ab52c3ea9f7d6e825240a202</w:t>
        </w:r>
      </w:hyperlink>
      <w:r>
        <w:t xml:space="preserve"> - This article explains the agreements reached by SAG-AFTRA and the Writers Guild of America, including limits on AI usage and compensation for actors whose digital likenesses are used.</w:t>
      </w:r>
      <w:r/>
    </w:p>
    <w:p>
      <w:pPr>
        <w:pStyle w:val="ListNumber"/>
        <w:spacing w:line="240" w:lineRule="auto"/>
        <w:ind w:left="720"/>
      </w:pPr>
      <w:r/>
      <w:hyperlink r:id="rId11">
        <w:r>
          <w:rPr>
            <w:color w:val="0000EE"/>
            <w:u w:val="single"/>
          </w:rPr>
          <w:t>https://www.forbes.com/sites/maryroeloffs/2024/04/02/artists-slam-ai-developers-for-using-music-without-permission-in-letter-signed-by-kacey-musgraves-billie-eilish-and-more/</w:t>
        </w:r>
      </w:hyperlink>
      <w:r>
        <w:t xml:space="preserve"> - The article highlights the ongoing debate and future implications of AI on creative industries, emphasizing the need for continued dialogue on intellectual property rights.</w:t>
      </w:r>
      <w:r/>
    </w:p>
    <w:p>
      <w:pPr>
        <w:pStyle w:val="ListNumber"/>
        <w:spacing w:line="240" w:lineRule="auto"/>
        <w:ind w:left="720"/>
      </w:pPr>
      <w:r/>
      <w:hyperlink r:id="rId14">
        <w:r>
          <w:rPr>
            <w:color w:val="0000EE"/>
            <w:u w:val="single"/>
          </w:rPr>
          <w:t>https://www.engadget.com/ai/more-than-10500-artists-sign-open-letter-protesting-unlicensed-ai-training-174544491.html?src=rss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ookings.edu/articles/hollywood-writers-went-on-strike-to-protect-their-livelihoods-from-generative-ai-their-remarkable-victory-matters-for-all-workers/" TargetMode="External"/><Relationship Id="rId11" Type="http://schemas.openxmlformats.org/officeDocument/2006/relationships/hyperlink" Target="https://www.forbes.com/sites/maryroeloffs/2024/04/02/artists-slam-ai-developers-for-using-music-without-permission-in-letter-signed-by-kacey-musgraves-billie-eilish-and-more/" TargetMode="External"/><Relationship Id="rId12" Type="http://schemas.openxmlformats.org/officeDocument/2006/relationships/hyperlink" Target="https://apnews.com/article/artificial-intelligence-hollywood-strikes-explained-writers-actors-e872bd63ab52c3ea9f7d6e825240a202" TargetMode="External"/><Relationship Id="rId13" Type="http://schemas.openxmlformats.org/officeDocument/2006/relationships/hyperlink" Target="https://www.seattlepi.com/entertainment/article/abba-radiohead-and-the-cure-musicians-sign-ai-protest-letter-19855025.php" TargetMode="External"/><Relationship Id="rId14" Type="http://schemas.openxmlformats.org/officeDocument/2006/relationships/hyperlink" Target="https://www.engadget.com/ai/more-than-10500-artists-sign-open-letter-protesting-unlicensed-ai-training-174544491.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