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Chipotle launches AI-driven hiring platform to boost recruitment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to enhance its recruitment processes amidst rapid expansion, Chipotle Mexican Grill has announced the implementation of a new AI-driven hiring platform across its extensive network of restaurant locations. The American fast-casual dining chain has partnered with technology company Paradox to launch the system, which is built around conversational artificial intelligence (AI) technology. This initiative is poised to transform the hiring landscape within Chipotle’s operations in North America and Europe.</w:t>
      </w:r>
      <w:r/>
    </w:p>
    <w:p>
      <w:r/>
      <w:r>
        <w:t>Central to this new system is the AI assistant named "Ava Cado," designed to handle various aspects of the recruitment process. Ava Cado is equipped to engage with potential candidates by conducting initial interviews, answering questions about the company, collecting basic profile information, scheduling face-to-face interviews with hiring managers, and even extending job offers. This virtual assistant is multilingual, capable of interacting in English, Spanish, French, and German, thereby broadening the scope of applicants it can effectively communicate with.</w:t>
      </w:r>
      <w:r/>
    </w:p>
    <w:p>
      <w:r/>
      <w:r>
        <w:t>The deployment of this AI platform is expected to streamline Chipotle's hiring processes significantly, potentially reducing the average time taken to appoint a new employee by up to 75%. This efficiency is seen as a vital component of Chipotle’s plan to fortify its workforce during its second-largest seasonal hiring window and support its ambitious target of running 7,000 restaurants across North America.</w:t>
      </w:r>
      <w:r/>
    </w:p>
    <w:p>
      <w:r/>
      <w:r>
        <w:t>Ilene Eskenazi, Chipotle’s Chief Human Resources Officer, expressed optimism regarding the initiative, highlighting that Paradox's system mimics the effect of hiring additional administrative staff across all Chipotle locations. This is anticipated to free up restaurant managers, enabling them to allocate more time towards enhancing on-site team support and guest services, which are crucial to maintaining the brand’s commitment to customer satisfaction.</w:t>
      </w:r>
      <w:r/>
    </w:p>
    <w:p>
      <w:r/>
      <w:r>
        <w:t>The roll-out of this innovative technology is being conducted in a phased manner, with full implementation expected by the end of October 2023. This phased introduction is part of an overarching strategy by Chipotle to reduce recruitment advertising costs, address challenges in hiring for difficult-to-fill positions, and significantly enhance the candidate experience through improved engagement and interaction.</w:t>
      </w:r>
      <w:r/>
    </w:p>
    <w:p>
      <w:r/>
      <w:r>
        <w:t xml:space="preserve">The introduction of Ava Cado marks a continuation of Chipotle’s commitment to automation and technology integration within its operations. The company has previously explored automation with initiatives such as an automated digital makeline and an avocado-prepping system called “Autocado.” Both technologies are currently under live testing after having been developed with funding from Chipotle's $100 million Cultivate Next venture fund. </w:t>
      </w:r>
      <w:r/>
    </w:p>
    <w:p>
      <w:r/>
      <w:r>
        <w:t>The shift towards AI-automated hiring processes, however, comes with potential concerns, as highlighted by regulatory actions such as New York City's legislation on AI in recruitment. This law obligates companies to disclose AI usage in hiring and mandates annual third-party audits to check for bias, ensuring the technology operates without prejudice against any specific group.</w:t>
      </w:r>
      <w:r/>
    </w:p>
    <w:p>
      <w:r/>
      <w:r>
        <w:t>This adoption of AI by Chipotle is reflective of a broader trend within the industry, with several other major providers like McDonald's, Applebee's, Panera Bread, Taco Bell, and Wendy's similarly integrating AI hiring solutions for increased efficiency and enhanced candidate experience.</w:t>
      </w:r>
      <w:r/>
    </w:p>
    <w:p>
      <w:r/>
      <w:r>
        <w:t>The use of AI in recruitment underscores the evolving landscape of employment practices in the fast-food and retail sectors, with Chipotle at the forefront of leveraging cutting-edge technology to meet modern business and operational demands. As the platform completes its rollout, stakeholders will be watching closely to evaluate its long-term impact on the company’s hiring efficiency and overall operational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https://www.linkedin.com/news/story/chipotle-using-ai-to-hire-faster-6207196/</w:t>
        </w:r>
      </w:hyperlink>
      <w:r>
        <w:t xml:space="preserve"> - Corroborates Chipotle's partnership with Paradox to use conversational AI for hiring.</w:t>
      </w:r>
      <w:r/>
    </w:p>
    <w:p>
      <w:pPr>
        <w:pStyle w:val="ListNumber"/>
        <w:spacing w:line="240" w:lineRule="auto"/>
        <w:ind w:left="720"/>
      </w:pPr>
      <w:r/>
      <w:hyperlink r:id="rId11">
        <w:r>
          <w:rPr>
            <w:color w:val="0000EE"/>
            <w:u w:val="single"/>
          </w:rPr>
          <w:t>https://markets.businessinsider.com/news/stocks/chipotle-mexican-grill-introduces-a-new-ai-hiring-platform-1033873370</w:t>
        </w:r>
      </w:hyperlink>
      <w:r>
        <w:t xml:space="preserve"> - Supports the introduction of a new AI hiring platform by Chipotle.</w:t>
      </w:r>
      <w:r/>
    </w:p>
    <w:p>
      <w:pPr>
        <w:pStyle w:val="ListNumber"/>
        <w:spacing w:line="240" w:lineRule="auto"/>
        <w:ind w:left="720"/>
      </w:pPr>
      <w:r/>
      <w:hyperlink r:id="rId12">
        <w:r>
          <w:rPr>
            <w:color w:val="0000EE"/>
            <w:u w:val="single"/>
          </w:rPr>
          <w:t>https://newsroom.chipotle.com/2024-10-22-CHIPOTLE-INTRODUCES-NEW-AI-HIRING-PLATFORM-TO-SUPPORT-ITS-ACCELERATED-GROWTH</w:t>
        </w:r>
      </w:hyperlink>
      <w:r>
        <w:t xml:space="preserve"> - Details the partnership with Paradox, the role of Ava Cado, and the expected benefits of the AI system.</w:t>
      </w:r>
      <w:r/>
    </w:p>
    <w:p>
      <w:pPr>
        <w:pStyle w:val="ListNumber"/>
        <w:spacing w:line="240" w:lineRule="auto"/>
        <w:ind w:left="720"/>
      </w:pPr>
      <w:r/>
      <w:hyperlink r:id="rId13">
        <w:r>
          <w:rPr>
            <w:color w:val="0000EE"/>
            <w:u w:val="single"/>
          </w:rPr>
          <w:t>https://www.restaurantdive.com/news/chipotle-paradox-conversational-ai-hiring-employees/730575/</w:t>
        </w:r>
      </w:hyperlink>
      <w:r>
        <w:t xml:space="preserve"> - Explains the functionality of Ava Cado and the phased rollout of the Paradox platform.</w:t>
      </w:r>
      <w:r/>
    </w:p>
    <w:p>
      <w:pPr>
        <w:pStyle w:val="ListNumber"/>
        <w:spacing w:line="240" w:lineRule="auto"/>
        <w:ind w:left="720"/>
      </w:pPr>
      <w:r/>
      <w:hyperlink r:id="rId14">
        <w:r>
          <w:rPr>
            <w:color w:val="0000EE"/>
            <w:u w:val="single"/>
          </w:rPr>
          <w:t>https://telecomtalk.info/chipotle-rollsout-ai-powered-hiring-platform-paradox/983691/</w:t>
        </w:r>
      </w:hyperlink>
      <w:r>
        <w:t xml:space="preserve"> - Confirms the reduction in recruitment time and the multilingual capabilities of Ava Cado.</w:t>
      </w:r>
      <w:r/>
    </w:p>
    <w:p>
      <w:pPr>
        <w:pStyle w:val="ListNumber"/>
        <w:spacing w:line="240" w:lineRule="auto"/>
        <w:ind w:left="720"/>
      </w:pPr>
      <w:r/>
      <w:hyperlink r:id="rId12">
        <w:r>
          <w:rPr>
            <w:color w:val="0000EE"/>
            <w:u w:val="single"/>
          </w:rPr>
          <w:t>https://newsroom.chipotle.com/2024-10-22-CHIPOTLE-INTRODUCES-NEW-AI-HIRING-PLATFORM-TO-SUPPORT-ITS-ACCELERATED-GROWTH</w:t>
        </w:r>
      </w:hyperlink>
      <w:r>
        <w:t xml:space="preserve"> - Supports Ilene Eskenazi's statement on the system mimicking additional administrative staff and enhancing team support and guest services.</w:t>
      </w:r>
      <w:r/>
    </w:p>
    <w:p>
      <w:pPr>
        <w:pStyle w:val="ListNumber"/>
        <w:spacing w:line="240" w:lineRule="auto"/>
        <w:ind w:left="720"/>
      </w:pPr>
      <w:r/>
      <w:hyperlink r:id="rId13">
        <w:r>
          <w:rPr>
            <w:color w:val="0000EE"/>
            <w:u w:val="single"/>
          </w:rPr>
          <w:t>https://www.restaurantdive.com/news/chipotle-paradox-conversational-ai-hiring-employees/730575/</w:t>
        </w:r>
      </w:hyperlink>
      <w:r>
        <w:t xml:space="preserve"> - Details the phased rollout and expected completion by the end of the month.</w:t>
      </w:r>
      <w:r/>
    </w:p>
    <w:p>
      <w:pPr>
        <w:pStyle w:val="ListNumber"/>
        <w:spacing w:line="240" w:lineRule="auto"/>
        <w:ind w:left="720"/>
      </w:pPr>
      <w:r/>
      <w:hyperlink r:id="rId12">
        <w:r>
          <w:rPr>
            <w:color w:val="0000EE"/>
            <w:u w:val="single"/>
          </w:rPr>
          <w:t>https://newsroom.chipotle.com/2024-10-22-CHIPOTLE-INTRODUCES-NEW-AI-HIRING-PLATFORM-TO-SUPPORT-ITS-ACCELERATED-GROWTH</w:t>
        </w:r>
      </w:hyperlink>
      <w:r>
        <w:t xml:space="preserve"> - Explains the broader strategy to reduce recruitment advertising costs and address difficult-to-fill positions.</w:t>
      </w:r>
      <w:r/>
    </w:p>
    <w:p>
      <w:pPr>
        <w:pStyle w:val="ListNumber"/>
        <w:spacing w:line="240" w:lineRule="auto"/>
        <w:ind w:left="720"/>
      </w:pPr>
      <w:r/>
      <w:hyperlink r:id="rId13">
        <w:r>
          <w:rPr>
            <w:color w:val="0000EE"/>
            <w:u w:val="single"/>
          </w:rPr>
          <w:t>https://www.restaurantdive.com/news/chipotle-paradox-conversational-ai-hiring-employees/730575/</w:t>
        </w:r>
      </w:hyperlink>
      <w:r>
        <w:t xml:space="preserve"> - Corroborates Chipotle’s previous automation initiatives, such as the automated makeline and Autocado.</w:t>
      </w:r>
      <w:r/>
    </w:p>
    <w:p>
      <w:pPr>
        <w:pStyle w:val="ListNumber"/>
        <w:spacing w:line="240" w:lineRule="auto"/>
        <w:ind w:left="720"/>
      </w:pPr>
      <w:r/>
      <w:hyperlink r:id="rId12">
        <w:r>
          <w:rPr>
            <w:color w:val="0000EE"/>
            <w:u w:val="single"/>
          </w:rPr>
          <w:t>https://newsroom.chipotle.com/2024-10-22-CHIPOTLE-INTRODUCES-NEW-AI-HIRING-PLATFORM-TO-SUPPORT-ITS-ACCELERATED-GROWTH</w:t>
        </w:r>
      </w:hyperlink>
      <w:r>
        <w:t xml:space="preserve"> - Supports the company's commitment to automation and technology integration within its operations.</w:t>
      </w:r>
      <w:r/>
    </w:p>
    <w:p>
      <w:pPr>
        <w:pStyle w:val="ListNumber"/>
        <w:spacing w:line="240" w:lineRule="auto"/>
        <w:ind w:left="720"/>
      </w:pPr>
      <w:r/>
      <w:hyperlink r:id="rId13">
        <w:r>
          <w:rPr>
            <w:color w:val="0000EE"/>
            <w:u w:val="single"/>
          </w:rPr>
          <w:t>https://www.restaurantdive.com/news/chipotle-paradox-conversational-ai-hiring-employees/730575/</w:t>
        </w:r>
      </w:hyperlink>
      <w:r>
        <w:t xml:space="preserve"> - Highlights the industry trend of using AI in recruitment, mentioning other companies like McDonald's and Applebee's.</w:t>
      </w:r>
      <w:r/>
    </w:p>
    <w:p>
      <w:pPr>
        <w:pStyle w:val="ListNumber"/>
        <w:spacing w:line="240" w:lineRule="auto"/>
        <w:ind w:left="720"/>
      </w:pPr>
      <w:r/>
      <w:hyperlink r:id="rId15">
        <w:r>
          <w:rPr>
            <w:color w:val="0000EE"/>
            <w:u w:val="single"/>
          </w:rPr>
          <w:t>https://www.qsrmagazine.com/story/chipotle-to-streamline-hiring-process-with-new-ai-platform/</w:t>
        </w:r>
      </w:hyperlink>
      <w:r>
        <w:t xml:space="preserve"> - Please view link - unable to able to access data</w:t>
      </w:r>
      <w:r/>
    </w:p>
    <w:p>
      <w:pPr>
        <w:pStyle w:val="ListNumber"/>
        <w:spacing w:line="240" w:lineRule="auto"/>
        <w:ind w:left="720"/>
      </w:pPr>
      <w:r/>
      <w:hyperlink r:id="rId16">
        <w:r>
          <w:rPr>
            <w:color w:val="0000EE"/>
            <w:u w:val="single"/>
          </w:rPr>
          <w:t>https://www.cbsnews.com/news/chipotle-ava-cado-ai-hiring/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news/story/chipotle-using-ai-to-hire-faster-6207196/" TargetMode="External"/><Relationship Id="rId11" Type="http://schemas.openxmlformats.org/officeDocument/2006/relationships/hyperlink" Target="https://markets.businessinsider.com/news/stocks/chipotle-mexican-grill-introduces-a-new-ai-hiring-platform-1033873370" TargetMode="External"/><Relationship Id="rId12" Type="http://schemas.openxmlformats.org/officeDocument/2006/relationships/hyperlink" Target="https://newsroom.chipotle.com/2024-10-22-CHIPOTLE-INTRODUCES-NEW-AI-HIRING-PLATFORM-TO-SUPPORT-ITS-ACCELERATED-GROWTH" TargetMode="External"/><Relationship Id="rId13" Type="http://schemas.openxmlformats.org/officeDocument/2006/relationships/hyperlink" Target="https://www.restaurantdive.com/news/chipotle-paradox-conversational-ai-hiring-employees/730575/" TargetMode="External"/><Relationship Id="rId14" Type="http://schemas.openxmlformats.org/officeDocument/2006/relationships/hyperlink" Target="https://telecomtalk.info/chipotle-rollsout-ai-powered-hiring-platform-paradox/983691/" TargetMode="External"/><Relationship Id="rId15" Type="http://schemas.openxmlformats.org/officeDocument/2006/relationships/hyperlink" Target="https://www.qsrmagazine.com/story/chipotle-to-streamline-hiring-process-with-new-ai-platform/" TargetMode="External"/><Relationship Id="rId16" Type="http://schemas.openxmlformats.org/officeDocument/2006/relationships/hyperlink" Target="https://www.cbsnews.com/news/chipotle-ava-cado-ai-hi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