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Creative industry leaders unite against unlicensed AI 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coalition of prominent figures from the creative industries, including renowned musicians and actors, has united to express their opposition to the unlicensed use of their work in training artificial intelligence (AI) models. This movement has brought together influential voices such as Radiohead's Thom Yorke and ABBA’s Björn Ulvaeus. The statement they signed denounces the practice as a significant and inequitable threat to the livelihoods of creators, declaring that it must not be allowed to continue.</w:t>
      </w:r>
      <w:r/>
    </w:p>
    <w:p>
      <w:r/>
      <w:r>
        <w:t>The collective protest also includes notable figures from various artistic fields, such as musicians Billy Bragg and Robert Smith, actors Kevin Bacon and Julianne Moore, and authors Kazuo Ishiguro and Ann Patchett. Altogether, the statement has garnered the support of 11,500 signatories from music, film, theatre, and literary communities, all advocating for stringent copyright protections.</w:t>
      </w:r>
      <w:r/>
    </w:p>
    <w:p>
      <w:r/>
      <w:r>
        <w:t>The controversy stems from ongoing legal and ethical debates around the use of creative works to train AI models, including the likes of ChatGPT. The creators argue that their intellectual property is being utilised without permission or compensation, a practice they view as grossly unfair given the commercial benefits AI companies reap.</w:t>
      </w:r>
      <w:r/>
    </w:p>
    <w:p>
      <w:r/>
      <w:r>
        <w:t>Ed Newton-Rex, a British composer and former AI executive, led the organisation of the statement and has spoken on behalf of the creatives' concerns. He emphasised the disproportionate investment AI companies make, spending vast amounts on personnel and computational power but expecting creative data to be freely available. He elaborated that this expectation places an unfair burden on creators, whose works underpin the development of these AI systems.</w:t>
      </w:r>
      <w:r/>
    </w:p>
    <w:p>
      <w:r/>
      <w:r>
        <w:t>Support for the statement has come from various sectors of the creative industry, with Gee Davy, interim CEO for the Association of Independent Music, echoing calls for robust copyright protections. Davy highlighted the importance of ensuring a sustainable future for all those involved in the creation, investment, and distribution of music across different genres and communities within the UK.</w:t>
      </w:r>
      <w:r/>
    </w:p>
    <w:p>
      <w:r/>
      <w:r>
        <w:t>Industry stalwarts have consistently voiced their apprehensions about the intersection of AI and creative expression. Notably, musician Nick Cave criticised the incorporation of AI in music as deeply troubling, while Peter Hook, former bassist of Joy Division and New Order, was less reserved with his disdain, declaring AI-generated songs as inferior.</w:t>
      </w:r>
      <w:r/>
    </w:p>
    <w:p>
      <w:r/>
      <w:r>
        <w:t>This emerging consensus highlights the tension between technological innovation and the protection of creative rights. As AI technologies continue to evolve, the dialogue among creators, legal bodies, and tech companies will likely intensify, as stakeholders strive to balance artistic integrity with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https://www.usnews.com/news/business/articles/2024-10-22/abba-radiohead-and-the-cure-musicians-sign-ai-protest-letter-against-unlicensed-use-of-works</w:t>
        </w:r>
      </w:hyperlink>
      <w:r>
        <w:t xml:space="preserve"> - Corroborates the involvement of Thom Yorke, Björn Ulvaeus, and Robert Smith in signing the protest letter against the unlicensed use of their work in training AI models.</w:t>
      </w:r>
      <w:r/>
    </w:p>
    <w:p>
      <w:pPr>
        <w:pStyle w:val="ListNumber"/>
        <w:spacing w:line="240" w:lineRule="auto"/>
        <w:ind w:left="720"/>
      </w:pPr>
      <w:r/>
      <w:hyperlink r:id="rId11">
        <w:r>
          <w:rPr>
            <w:color w:val="0000EE"/>
            <w:u w:val="single"/>
          </w:rPr>
          <w:t>https://www.barrons.com/articles/abba-s-bjorn-among-11-000-artists-issuing-ai-warning-fc98c8b4</w:t>
        </w:r>
      </w:hyperlink>
      <w:r>
        <w:t xml:space="preserve"> - Supports the number of artists involved and Björn Ulvaeus's role in the statement warning about the unlicensed use of AI.</w:t>
      </w:r>
      <w:r/>
    </w:p>
    <w:p>
      <w:pPr>
        <w:pStyle w:val="ListNumber"/>
        <w:spacing w:line="240" w:lineRule="auto"/>
        <w:ind w:left="720"/>
      </w:pPr>
      <w:r/>
      <w:hyperlink r:id="rId12">
        <w:r>
          <w:rPr>
            <w:color w:val="0000EE"/>
            <w:u w:val="single"/>
          </w:rPr>
          <w:t>https://www.washingtonpost.com/business/2024/10/22/generative-ai-abba-radiohead-thom-yorke/762d15c0-90b9-11ef-b5b1-75167840d9f3_story.html</w:t>
        </w:r>
      </w:hyperlink>
      <w:r>
        <w:t xml:space="preserve"> - Details the protest letter and the concerns about AI systems using creative works without permission, involving artists from ABBA, Radiohead, and The Cure.</w:t>
      </w:r>
      <w:r/>
    </w:p>
    <w:p>
      <w:pPr>
        <w:pStyle w:val="ListNumber"/>
        <w:spacing w:line="240" w:lineRule="auto"/>
        <w:ind w:left="720"/>
      </w:pPr>
      <w:r/>
      <w:hyperlink r:id="rId13">
        <w:r>
          <w:rPr>
            <w:color w:val="0000EE"/>
            <w:u w:val="single"/>
          </w:rPr>
          <w:t>https://www.reddit.com/r/Music/comments/1g9nfmj/radioheads_thom_yorke_abbas_bj%C3%B6rn_ulvaeus_and_the/</w:t>
        </w:r>
      </w:hyperlink>
      <w:r>
        <w:t xml:space="preserve"> - Provides additional context on the statement and the support from the music industry, including quotes from industry representatives like Gee Davy.</w:t>
      </w:r>
      <w:r/>
    </w:p>
    <w:p>
      <w:pPr>
        <w:pStyle w:val="ListNumber"/>
        <w:spacing w:line="240" w:lineRule="auto"/>
        <w:ind w:left="720"/>
      </w:pPr>
      <w:r/>
      <w:hyperlink r:id="rId14">
        <w:r>
          <w:rPr>
            <w:color w:val="0000EE"/>
            <w:u w:val="single"/>
          </w:rPr>
          <w:t>https://www.theguardian.com/film/2024/oct/22/thom-yorke-and-julianne-moore-join-thousands-of-creatives-in-ai-warning</w:t>
        </w:r>
      </w:hyperlink>
      <w:r>
        <w:t xml:space="preserve"> - Lists the diverse range of signatories, including Julianne Moore, Kazuo Ishiguro, and Ann Patchett, and elaborates on the legal and ethical debates around AI training data.</w:t>
      </w:r>
      <w:r/>
    </w:p>
    <w:p>
      <w:pPr>
        <w:pStyle w:val="ListNumber"/>
        <w:spacing w:line="240" w:lineRule="auto"/>
        <w:ind w:left="720"/>
      </w:pPr>
      <w:r/>
      <w:hyperlink r:id="rId14">
        <w:r>
          <w:rPr>
            <w:color w:val="0000EE"/>
            <w:u w:val="single"/>
          </w:rPr>
          <w:t>https://www.theguardian.com/film/2024/oct/22/thom-yorke-and-julianne-moore-join-thousands-of-creatives-in-ai-warning</w:t>
        </w:r>
      </w:hyperlink>
      <w:r>
        <w:t xml:space="preserve"> - Explains Ed Newton-Rex's role in organizing the statement and his comments on the unfair burden on creators due to AI companies' expectations of free creative data.</w:t>
      </w:r>
      <w:r/>
    </w:p>
    <w:p>
      <w:pPr>
        <w:pStyle w:val="ListNumber"/>
        <w:spacing w:line="240" w:lineRule="auto"/>
        <w:ind w:left="720"/>
      </w:pPr>
      <w:r/>
      <w:hyperlink r:id="rId14">
        <w:r>
          <w:rPr>
            <w:color w:val="0000EE"/>
            <w:u w:val="single"/>
          </w:rPr>
          <w:t>https://www.theguardian.com/film/2024/oct/22/thom-yorke-and-julianne-moore-join-thousands-of-creatives-in-ai-warning</w:t>
        </w:r>
      </w:hyperlink>
      <w:r>
        <w:t xml:space="preserve"> - Details the support from various creative industry organizations and companies, such as the American Music Union and Universal Music Group.</w:t>
      </w:r>
      <w:r/>
    </w:p>
    <w:p>
      <w:pPr>
        <w:pStyle w:val="ListNumber"/>
        <w:spacing w:line="240" w:lineRule="auto"/>
        <w:ind w:left="720"/>
      </w:pPr>
      <w:r/>
      <w:hyperlink r:id="rId14">
        <w:r>
          <w:rPr>
            <w:color w:val="0000EE"/>
            <w:u w:val="single"/>
          </w:rPr>
          <w:t>https://www.theguardian.com/film/2024/oct/22/thom-yorke-and-julianne-moore-join-thousands-of-creatives-in-ai-warning</w:t>
        </w:r>
      </w:hyperlink>
      <w:r>
        <w:t xml:space="preserve"> - Discusses the ongoing legal disputes and the proposed 'opt-out' system for content scraping, as well as Ed Newton-Rex's criticism of this proposal.</w:t>
      </w:r>
      <w:r/>
    </w:p>
    <w:p>
      <w:pPr>
        <w:pStyle w:val="ListNumber"/>
        <w:spacing w:line="240" w:lineRule="auto"/>
        <w:ind w:left="720"/>
      </w:pPr>
      <w:r/>
      <w:hyperlink r:id="rId10">
        <w:r>
          <w:rPr>
            <w:color w:val="0000EE"/>
            <w:u w:val="single"/>
          </w:rPr>
          <w:t>https://www.usnews.com/news/business/articles/2024-10-22/abba-radiohead-and-the-cure-musicians-sign-ai-protest-letter-against-unlicensed-use-of-works</w:t>
        </w:r>
      </w:hyperlink>
      <w:r>
        <w:t xml:space="preserve"> - Corroborates the involvement of various artistic fields, including music, film, theatre, and literature, in the collective protest.</w:t>
      </w:r>
      <w:r/>
    </w:p>
    <w:p>
      <w:pPr>
        <w:pStyle w:val="ListNumber"/>
        <w:spacing w:line="240" w:lineRule="auto"/>
        <w:ind w:left="720"/>
      </w:pPr>
      <w:r/>
      <w:hyperlink r:id="rId11">
        <w:r>
          <w:rPr>
            <w:color w:val="0000EE"/>
            <w:u w:val="single"/>
          </w:rPr>
          <w:t>https://www.barrons.com/articles/abba-s-bjorn-among-11-000-artists-issuing-ai-warning-fc98c8b4</w:t>
        </w:r>
      </w:hyperlink>
      <w:r>
        <w:t xml:space="preserve"> - Supports the total number of signatories, approximately 11,000, advocating for stringent copyright protections.</w:t>
      </w:r>
      <w:r/>
    </w:p>
    <w:p>
      <w:pPr>
        <w:pStyle w:val="ListNumber"/>
        <w:spacing w:line="240" w:lineRule="auto"/>
        <w:ind w:left="720"/>
      </w:pPr>
      <w:r/>
      <w:hyperlink r:id="rId14">
        <w:r>
          <w:rPr>
            <w:color w:val="0000EE"/>
            <w:u w:val="single"/>
          </w:rPr>
          <w:t>https://www.theguardian.com/film/2024/oct/22/thom-yorke-and-julianne-moore-join-thousands-of-creatives-in-ai-warning</w:t>
        </w:r>
      </w:hyperlink>
      <w:r>
        <w:t xml:space="preserve"> - Highlights the broader industry concerns and the emerging consensus on the tension between technological innovation and the protection of creative rights.</w:t>
      </w:r>
      <w:r/>
    </w:p>
    <w:p>
      <w:pPr>
        <w:pStyle w:val="ListNumber"/>
        <w:spacing w:line="240" w:lineRule="auto"/>
        <w:ind w:left="720"/>
      </w:pPr>
      <w:r/>
      <w:hyperlink r:id="rId15">
        <w:r>
          <w:rPr>
            <w:color w:val="0000EE"/>
            <w:u w:val="single"/>
          </w:rPr>
          <w:t>https://www.nme.com/news/music/radioheads-thom-yorke-abbas-bjorn-ulvaeus-and-the-bpi-sign-statement-against-using-creatives-work-to-train-ai-3805245?utm_source=rss&amp;utm_medium=rss&amp;utm_campaign=radioheads-thom-yorke-abbas-bjorn-ulvaeus-and-the-bpi-sign-statement-against-using-creatives-work-to-tra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news.com/news/business/articles/2024-10-22/abba-radiohead-and-the-cure-musicians-sign-ai-protest-letter-against-unlicensed-use-of-works" TargetMode="External"/><Relationship Id="rId11" Type="http://schemas.openxmlformats.org/officeDocument/2006/relationships/hyperlink" Target="https://www.barrons.com/articles/abba-s-bjorn-among-11-000-artists-issuing-ai-warning-fc98c8b4" TargetMode="External"/><Relationship Id="rId12" Type="http://schemas.openxmlformats.org/officeDocument/2006/relationships/hyperlink" Target="https://www.washingtonpost.com/business/2024/10/22/generative-ai-abba-radiohead-thom-yorke/762d15c0-90b9-11ef-b5b1-75167840d9f3_story.html" TargetMode="External"/><Relationship Id="rId13" Type="http://schemas.openxmlformats.org/officeDocument/2006/relationships/hyperlink" Target="https://www.reddit.com/r/Music/comments/1g9nfmj/radioheads_thom_yorke_abbas_bj%C3%B6rn_ulvaeus_and_the/" TargetMode="External"/><Relationship Id="rId14" Type="http://schemas.openxmlformats.org/officeDocument/2006/relationships/hyperlink" Target="https://www.theguardian.com/film/2024/oct/22/thom-yorke-and-julianne-moore-join-thousands-of-creatives-in-ai-warning" TargetMode="External"/><Relationship Id="rId15" Type="http://schemas.openxmlformats.org/officeDocument/2006/relationships/hyperlink" Target="https://www.nme.com/news/music/radioheads-thom-yorke-abbas-bjorn-ulvaeus-and-the-bpi-sign-statement-against-using-creatives-work-to-train-ai-3805245?utm_source=rss&amp;utm_medium=rss&amp;utm_campaign=radioheads-thom-yorke-abbas-bjorn-ulvaeus-and-the-bpi-sign-statement-against-using-creatives-work-to-tra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