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Creative industry unites against AI exploitation of copyrighted 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Renowned figures from the creative arts, including Abba's Björn Ulvaeus, actress Julianne Moore, and Radiohead's Thom Yorke, have joined over 10,500 other creatives to sign a powerful statement concerning the use of artificial intelligence (AI). The statement warns against the unlicensed utilisation of creative works as a significant and unjust threat to artists' livelihoods. It highlights an intensifying conflict between the world of creative professionals and tech companies who use such works to train AI models like OpenAI’s ChatGPT.</w:t>
      </w:r>
      <w:r/>
    </w:p>
    <w:p>
      <w:r/>
      <w:r>
        <w:t>The statement, succinctly crafted in a mere 29 words, addresses the practice of using copyrighted materials—such as text, images, and videos—without the express consent or compensation of creators. It calls this practice a major threat to the livelihoods of artists and categorically states it must not be permitted. Among the other notable supporters are Nobel laureate Kazuo Ishiguro, authors John Grisham and Ann Patchett, musician Robert Smith from the Cure, and actors like Kevin Bacon and Rosario Dawson.</w:t>
      </w:r>
      <w:r/>
    </w:p>
    <w:p>
      <w:r/>
      <w:r>
        <w:t>Ed Newton-Rex, a former AI executive and the organiser behind this initiative, expressed deep concerns about the situation faced by individuals dependent on creative work for their living. Currently at the helm of Fairly Trained, a non-profit linking AI firms with ethical data practices, Newton-Rex criticised the tech industry's use of creative outputs as "training data" without proper licensing or recognition. He likened this to a stark form of dehumanisation, stripping the creators of autonomy over their own work.</w:t>
      </w:r>
      <w:r/>
    </w:p>
    <w:p>
      <w:r/>
      <w:r>
        <w:t>Newton-Rex, who resigned from his position at Stability AI due to disagreements over their stance on copyright fair use, emphasised his disapproval of the "opt-out" model currently being considered by the UK government. The proposal under discussion would allow AI companies to use creators' work unless the artists and publishers actively choose to "opt-out." Newton-Rex argued that such systems are ineffective, as many creators may remain unaware of their need to opt out.</w:t>
      </w:r>
      <w:r/>
    </w:p>
    <w:p>
      <w:r/>
      <w:r>
        <w:t>In the United States, high-profile litigation against AI developers is already underway. Authors, including Jodi Picoult and George RR Martin, have launched lawsuits against OpenAI alleging copyright infringement. Meanwhile, major record labels such as Sony Music, Universal Music Group, and Warner Records are also pursuing legal action against AI music firms like Suno and Udio for similar reasons.</w:t>
      </w:r>
      <w:r/>
    </w:p>
    <w:p>
      <w:r/>
      <w:r>
        <w:t>The legal landscape for these cases is complex, with challenges expected in demonstrating direct imitation of specific works inside AI-generated outputs. Nonetheless, some cases have gained traction in the courts, as seen when a U.S. District Judge in California allowed certain claims against OpenAI and other tech firms to proceed.</w:t>
      </w:r>
      <w:r/>
    </w:p>
    <w:p>
      <w:r/>
      <w:r>
        <w:t>The pushback from the creative sector also reflects broader industry efforts to resist unconsented use of their work by AI systems. Prominent figures and organisations, including the Songwriters of North America and the CEO of Hachette Book Group, have voiced their support for the initiative. Previous protests have seen participation from a wide array of creatives, including musicians like Billie Eilish and authors like Margaret Atwood.</w:t>
      </w:r>
      <w:r/>
    </w:p>
    <w:p>
      <w:r/>
      <w:r>
        <w:t>This ongoing debate captures a pivotal moment in the intersection of technology and intellectual property rights, as creatives call for measures to protect their work against what they see as exploitation by burgeoning AI technologies. How regulators and courts respond to these complaints could set crucial precedents for the future relationship between AI development and creative copyrights.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https://www.ndtv.com/world-news/over-11-000-artists-issue-unlicensed-use-of-artificial-intelligence-warning-6853225</w:t>
        </w:r>
      </w:hyperlink>
      <w:r>
        <w:t xml:space="preserve"> - Corroborates the signing of the statement by over 11,000 artists, including Björn Ulvaeus, Julianne Moore, and Thom Yorke, and the warning against unlicensed use of creative works for AI training.</w:t>
      </w:r>
      <w:r/>
    </w:p>
    <w:p>
      <w:pPr>
        <w:pStyle w:val="ListNumber"/>
        <w:spacing w:line="240" w:lineRule="auto"/>
        <w:ind w:left="720"/>
      </w:pPr>
      <w:r/>
      <w:hyperlink r:id="rId11">
        <w:r>
          <w:rPr>
            <w:color w:val="0000EE"/>
            <w:u w:val="single"/>
          </w:rPr>
          <w:t>https://www.washingtonpost.com/technology/2024/10/22/thom-yorke-letter-ai-copyright/</w:t>
        </w:r>
      </w:hyperlink>
      <w:r>
        <w:t xml:space="preserve"> - Supports the involvement of over 10,500 creatives, including notable figures like Thom Yorke, in protesting the unlicensed use of creative works for AI training.</w:t>
      </w:r>
      <w:r/>
    </w:p>
    <w:p>
      <w:pPr>
        <w:pStyle w:val="ListNumber"/>
        <w:spacing w:line="240" w:lineRule="auto"/>
        <w:ind w:left="720"/>
      </w:pPr>
      <w:r/>
      <w:hyperlink r:id="rId12">
        <w:r>
          <w:rPr>
            <w:color w:val="0000EE"/>
            <w:u w:val="single"/>
          </w:rPr>
          <w:t>https://www.nbcnews.com/tech/actors-artists-authors-open-letter-ai-copyright-rcna176681</w:t>
        </w:r>
      </w:hyperlink>
      <w:r>
        <w:t xml:space="preserve"> - Details the statement signed by 11,500 creatives, emphasizing the threat to livelihoods and the lack of consent for using creative works in AI training.</w:t>
      </w:r>
      <w:r/>
    </w:p>
    <w:p>
      <w:pPr>
        <w:pStyle w:val="ListNumber"/>
        <w:spacing w:line="240" w:lineRule="auto"/>
        <w:ind w:left="720"/>
      </w:pPr>
      <w:r/>
      <w:hyperlink r:id="rId13">
        <w:r>
          <w:rPr>
            <w:color w:val="0000EE"/>
            <w:u w:val="single"/>
          </w:rPr>
          <w:t>https://www.kgw.com/article/news/local/technology/musicians-sign-ai-protest-letter-against-unlicensed-use-of-works/507-a73431ad-86f7-4b15-9060-24297faf9a48</w:t>
        </w:r>
      </w:hyperlink>
      <w:r>
        <w:t xml:space="preserve"> - Lists notable signatories such as Björn Ulvaeus, Robert Smith, Thom Yorke, Kazuo Ishiguro, Julianne Moore, and others, and highlights the protest against unlicensed AI training.</w:t>
      </w:r>
      <w:r/>
    </w:p>
    <w:p>
      <w:pPr>
        <w:pStyle w:val="ListNumber"/>
        <w:spacing w:line="240" w:lineRule="auto"/>
        <w:ind w:left="720"/>
      </w:pPr>
      <w:r/>
      <w:hyperlink r:id="rId14">
        <w:r>
          <w:rPr>
            <w:color w:val="0000EE"/>
            <w:u w:val="single"/>
          </w:rPr>
          <w:t>https://www.billboard.com/pro/labels-artists-sign-petition-opposing-ai-training-creative-works/</w:t>
        </w:r>
      </w:hyperlink>
      <w:r>
        <w:t xml:space="preserve"> - Mentions the opposition from major labels and thousands of artists to the use of creative works in AI training without permission.</w:t>
      </w:r>
      <w:r/>
    </w:p>
    <w:p>
      <w:pPr>
        <w:pStyle w:val="ListNumber"/>
        <w:spacing w:line="240" w:lineRule="auto"/>
        <w:ind w:left="720"/>
      </w:pPr>
      <w:r/>
      <w:hyperlink r:id="rId10">
        <w:r>
          <w:rPr>
            <w:color w:val="0000EE"/>
            <w:u w:val="single"/>
          </w:rPr>
          <w:t>https://www.ndtv.com/world-news/over-11-000-artists-issue-unlicensed-use-of-artificial-intelligence-warning-6853225</w:t>
        </w:r>
      </w:hyperlink>
      <w:r>
        <w:t xml:space="preserve"> - Quotes Ed Newton-Rex on the dehumanization of creators' work and his criticism of the 'opt-out' model proposed by the UK government.</w:t>
      </w:r>
      <w:r/>
    </w:p>
    <w:p>
      <w:pPr>
        <w:pStyle w:val="ListNumber"/>
        <w:spacing w:line="240" w:lineRule="auto"/>
        <w:ind w:left="720"/>
      </w:pPr>
      <w:r/>
      <w:hyperlink r:id="rId12">
        <w:r>
          <w:rPr>
            <w:color w:val="0000EE"/>
            <w:u w:val="single"/>
          </w:rPr>
          <w:t>https://www.nbcnews.com/tech/actors-artists-authors-open-letter-ai-copyright-rcna176681</w:t>
        </w:r>
      </w:hyperlink>
      <w:r>
        <w:t xml:space="preserve"> - Discusses Ed Newton-Rex's role in organizing the statement and his concerns as a former AI executive and current head of Fairly Trained.</w:t>
      </w:r>
      <w:r/>
    </w:p>
    <w:p>
      <w:pPr>
        <w:pStyle w:val="ListNumber"/>
        <w:spacing w:line="240" w:lineRule="auto"/>
        <w:ind w:left="720"/>
      </w:pPr>
      <w:r/>
      <w:hyperlink r:id="rId11">
        <w:r>
          <w:rPr>
            <w:color w:val="0000EE"/>
            <w:u w:val="single"/>
          </w:rPr>
          <w:t>https://www.washingtonpost.com/technology/2024/10/22/thom-yorke-letter-ai-copyright/</w:t>
        </w:r>
      </w:hyperlink>
      <w:r>
        <w:t xml:space="preserve"> - Details ongoing litigation in the U.S., including lawsuits by authors like Jodi Picoult and George RR Martin against OpenAI for copyright infringement.</w:t>
      </w:r>
      <w:r/>
    </w:p>
    <w:p>
      <w:pPr>
        <w:pStyle w:val="ListNumber"/>
        <w:spacing w:line="240" w:lineRule="auto"/>
        <w:ind w:left="720"/>
      </w:pPr>
      <w:r/>
      <w:hyperlink r:id="rId12">
        <w:r>
          <w:rPr>
            <w:color w:val="0000EE"/>
            <w:u w:val="single"/>
          </w:rPr>
          <w:t>https://www.nbcnews.com/tech/actors-artists-authors-open-letter-ai-copyright-rcna176681</w:t>
        </w:r>
      </w:hyperlink>
      <w:r>
        <w:t xml:space="preserve"> - Mentions legal actions by major record labels against AI music firms and the complexities in demonstrating direct imitation in AI-generated outputs.</w:t>
      </w:r>
      <w:r/>
    </w:p>
    <w:p>
      <w:pPr>
        <w:pStyle w:val="ListNumber"/>
        <w:spacing w:line="240" w:lineRule="auto"/>
        <w:ind w:left="720"/>
      </w:pPr>
      <w:r/>
      <w:hyperlink r:id="rId10">
        <w:r>
          <w:rPr>
            <w:color w:val="0000EE"/>
            <w:u w:val="single"/>
          </w:rPr>
          <w:t>https://www.ndtv.com/world-news/over-11-000-artists-issue-unlicensed-use-of-artificial-intelligence-warning-6853225</w:t>
        </w:r>
      </w:hyperlink>
      <w:r>
        <w:t xml:space="preserve"> - Highlights broader industry efforts and support from organizations like the Songwriters of North America and the CEO of Hachette Book Group.</w:t>
      </w:r>
      <w:r/>
    </w:p>
    <w:p>
      <w:pPr>
        <w:pStyle w:val="ListNumber"/>
        <w:spacing w:line="240" w:lineRule="auto"/>
        <w:ind w:left="720"/>
      </w:pPr>
      <w:r/>
      <w:hyperlink r:id="rId13">
        <w:r>
          <w:rPr>
            <w:color w:val="0000EE"/>
            <w:u w:val="single"/>
          </w:rPr>
          <w:t>https://www.kgw.com/article/news/local/technology/musicians-sign-ai-protest-letter-against-unlicensed-use-of-works/507-a73431ad-86f7-4b15-9060-24297faf9a48</w:t>
        </w:r>
      </w:hyperlink>
      <w:r>
        <w:t xml:space="preserve"> - Reflects on the broader debate and its implications for the future relationship between AI development and creative copyrights.</w:t>
      </w:r>
      <w:r/>
    </w:p>
    <w:p>
      <w:pPr>
        <w:pStyle w:val="ListNumber"/>
        <w:spacing w:line="240" w:lineRule="auto"/>
        <w:ind w:left="720"/>
      </w:pPr>
      <w:r/>
      <w:hyperlink r:id="rId15">
        <w:r>
          <w:rPr>
            <w:color w:val="0000EE"/>
            <w:u w:val="single"/>
          </w:rPr>
          <w:t>https://www.theguardian.com/film/2024/oct/22/thom-yorke-and-julianne-moore-join-thousands-of-creatives-in-ai-warning</w:t>
        </w:r>
      </w:hyperlink>
      <w:r>
        <w:t xml:space="preserve"> - Please view link - unable to able to access data</w:t>
      </w:r>
      <w:r/>
    </w:p>
    <w:p>
      <w:pPr>
        <w:pStyle w:val="ListNumber"/>
        <w:spacing w:line="240" w:lineRule="auto"/>
        <w:ind w:left="720"/>
      </w:pPr>
      <w:r/>
      <w:hyperlink r:id="rId11">
        <w:r>
          <w:rPr>
            <w:color w:val="0000EE"/>
            <w:u w:val="single"/>
          </w:rPr>
          <w:t>https://www.washingtonpost.com/technology/2024/10/22/thom-yorke-letter-ai-copyright/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dtv.com/world-news/over-11-000-artists-issue-unlicensed-use-of-artificial-intelligence-warning-6853225" TargetMode="External"/><Relationship Id="rId11" Type="http://schemas.openxmlformats.org/officeDocument/2006/relationships/hyperlink" Target="https://www.washingtonpost.com/technology/2024/10/22/thom-yorke-letter-ai-copyright/" TargetMode="External"/><Relationship Id="rId12" Type="http://schemas.openxmlformats.org/officeDocument/2006/relationships/hyperlink" Target="https://www.nbcnews.com/tech/actors-artists-authors-open-letter-ai-copyright-rcna176681" TargetMode="External"/><Relationship Id="rId13" Type="http://schemas.openxmlformats.org/officeDocument/2006/relationships/hyperlink" Target="https://www.kgw.com/article/news/local/technology/musicians-sign-ai-protest-letter-against-unlicensed-use-of-works/507-a73431ad-86f7-4b15-9060-24297faf9a48" TargetMode="External"/><Relationship Id="rId14" Type="http://schemas.openxmlformats.org/officeDocument/2006/relationships/hyperlink" Target="https://www.billboard.com/pro/labels-artists-sign-petition-opposing-ai-training-creative-works/" TargetMode="External"/><Relationship Id="rId15" Type="http://schemas.openxmlformats.org/officeDocument/2006/relationships/hyperlink" Target="https://www.theguardian.com/film/2024/oct/22/thom-yorke-and-julianne-moore-join-thousands-of-creatives-in-ai-w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