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Efficient Ether announces webinar on AI assistant for IT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Efficient Ether Ltd has announced an upcoming webinar set to delve into the advantages of their newly developed AI assistant, EtherAssist, tailored specifically for IT professionals. The event, entitled "Transform Your IT Operations with EtherAssist," is scheduled to take place on 13th November, beginning at 11:00 am GMT. Participation in this digital seminar is complimentary.</w:t>
      </w:r>
      <w:r/>
    </w:p>
    <w:p>
      <w:r/>
      <w:r>
        <w:t>EtherAssist is an innovative AI-powered solution that has been crafted from inception to meet the evolving challenges faced by IT professionals in the increasingly intricate technological landscape. The forthcoming webinar aims to illustrate how EtherAssist can enhance operational efficiency by streamlining processes, expediting troubleshooting, and ensuring comprehensive data security and compliance.</w:t>
      </w:r>
      <w:r/>
    </w:p>
    <w:p>
      <w:r/>
      <w:r>
        <w:t>In a statement about EtherAssist, Ryan Mangan, CEO of Efficient Ether Ltd, commented on the growing complexity of IT environments. "As IT environments become more complex, professionals need access to intelligent, efficient tools that enable them to manage multiple technology areas with ease," Mangan noted. He emphasised that EtherAssist was created to fulfil these needs, offering IT experts immediate access to resources, problem-solving assistance, and automation capabilities aimed at reducing operational expenses and time.</w:t>
      </w:r>
      <w:r/>
    </w:p>
    <w:p>
      <w:r/>
      <w:r>
        <w:t>The educational session will cover several significant topics for IT professionals:</w:t>
      </w:r>
      <w:r/>
    </w:p>
    <w:p>
      <w:r/>
      <w:r>
        <w:t xml:space="preserve">1. </w:t>
      </w:r>
      <w:r>
        <w:rPr>
          <w:b/>
        </w:rPr>
        <w:t>Tailored Content for IT Experts</w:t>
      </w:r>
      <w:r>
        <w:t>: Attendees will gain insights into how EtherAssist is specifically designed for IT personnel, providing comprehensive technical content that spans key technology areas including Microsoft client/server systems, Azure, Microsoft 365, and essential security best practices.</w:t>
      </w:r>
      <w:r/>
    </w:p>
    <w:p>
      <w:r/>
      <w:r>
        <w:t xml:space="preserve">2. </w:t>
      </w:r>
      <w:r>
        <w:rPr>
          <w:b/>
        </w:rPr>
        <w:t>Enhanced Workflow and Automation</w:t>
      </w:r>
      <w:r>
        <w:t>: The session will explore how the intelligent assistant can simplify daily IT tasks, automate processes through tools like PowerShell and APIs, and quickly resolve issues by using advanced error code analysis.</w:t>
      </w:r>
      <w:r/>
    </w:p>
    <w:p>
      <w:r/>
      <w:r>
        <w:t xml:space="preserve">3. </w:t>
      </w:r>
      <w:r>
        <w:rPr>
          <w:b/>
        </w:rPr>
        <w:t>Distinctive IT Solutions</w:t>
      </w:r>
      <w:r>
        <w:t>: Participants will learn why EtherAssist differentiates itself from other AI tools by offering solutions specifically aimed at the intricate challenges of contemporary IT operations.</w:t>
      </w:r>
      <w:r/>
    </w:p>
    <w:p>
      <w:r/>
      <w:r>
        <w:t>A pivotal feature of the webinar will be a live demonstration of EtherAssist, where its unique capabilities will be highlighted to show the tangible benefits it can bring to IT departments. Participants will have the opportunity to engage in a Q&amp;A session and explore Efficient Ether's partner program intended for Managed Service Providers (MSPs) and technology vendors.</w:t>
      </w:r>
      <w:r/>
    </w:p>
    <w:p>
      <w:r/>
      <w:r>
        <w:t>The event details are as follows:</w:t>
      </w:r>
      <w:r/>
      <w:r/>
    </w:p>
    <w:p>
      <w:pPr>
        <w:pStyle w:val="ListBullet"/>
        <w:spacing w:line="240" w:lineRule="auto"/>
        <w:ind w:left="720"/>
      </w:pPr>
      <w:r/>
      <w:r>
        <w:rPr>
          <w:b/>
        </w:rPr>
        <w:t>Date</w:t>
      </w:r>
      <w:r>
        <w:t>: 13th November 2024</w:t>
      </w:r>
      <w:r/>
    </w:p>
    <w:p>
      <w:pPr>
        <w:pStyle w:val="ListBullet"/>
        <w:spacing w:line="240" w:lineRule="auto"/>
        <w:ind w:left="720"/>
      </w:pPr>
      <w:r/>
      <w:r>
        <w:rPr>
          <w:b/>
        </w:rPr>
        <w:t>Time</w:t>
      </w:r>
      <w:r>
        <w:t>: 11:00 am GMT</w:t>
      </w:r>
      <w:r/>
    </w:p>
    <w:p>
      <w:pPr>
        <w:pStyle w:val="ListBullet"/>
        <w:spacing w:line="240" w:lineRule="auto"/>
        <w:ind w:left="720"/>
      </w:pPr>
      <w:r/>
      <w:r>
        <w:rPr>
          <w:b/>
        </w:rPr>
        <w:t>Event Link</w:t>
      </w:r>
      <w:r>
        <w:t xml:space="preserve">: </w:t>
      </w:r>
      <w:hyperlink r:id="rId9">
        <w:r>
          <w:rPr>
            <w:color w:val="0000EE"/>
            <w:u w:val="single"/>
          </w:rPr>
          <w:t>Microsoft Teams Event</w:t>
        </w:r>
      </w:hyperlink>
      <w:r/>
      <w:r/>
    </w:p>
    <w:p>
      <w:r/>
      <w:r>
        <w:t>For those interested in attending or seeking further information, registration and additional details can be accessed through the provided event link or by joining the conversation on LinkedIn.</w:t>
      </w:r>
      <w:r/>
    </w:p>
    <w:p>
      <w:r/>
      <w:r>
        <w:t xml:space="preserve">Source: </w:t>
      </w:r>
      <w:hyperlink r:id="rId10">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https://www.etherassist.ai</w:t>
        </w:r>
      </w:hyperlink>
      <w:r>
        <w:t xml:space="preserve"> - This link corroborates the information about EtherAssist being an AI-powered solution tailored for IT professionals, highlighting its expertise in Microsoft Azure, Azure Virtual Desktop, and Windows 365.</w:t>
      </w:r>
      <w:r/>
    </w:p>
    <w:p>
      <w:pPr>
        <w:pStyle w:val="ListNumber"/>
        <w:spacing w:line="240" w:lineRule="auto"/>
        <w:ind w:left="720"/>
      </w:pPr>
      <w:r/>
      <w:hyperlink r:id="rId11">
        <w:r>
          <w:rPr>
            <w:color w:val="0000EE"/>
            <w:u w:val="single"/>
          </w:rPr>
          <w:t>https://www.etherassist.ai</w:t>
        </w:r>
      </w:hyperlink>
      <w:r>
        <w:t xml:space="preserve"> - This link supports the claim that EtherAssist is designed to enhance operational efficiency by streamlining processes, expediting troubleshooting, and ensuring comprehensive data security and compliance.</w:t>
      </w:r>
      <w:r/>
    </w:p>
    <w:p>
      <w:pPr>
        <w:pStyle w:val="ListNumber"/>
        <w:spacing w:line="240" w:lineRule="auto"/>
        <w:ind w:left="720"/>
      </w:pPr>
      <w:r/>
      <w:hyperlink r:id="rId11">
        <w:r>
          <w:rPr>
            <w:color w:val="0000EE"/>
            <w:u w:val="single"/>
          </w:rPr>
          <w:t>https://www.etherassist.ai</w:t>
        </w:r>
      </w:hyperlink>
      <w:r>
        <w:t xml:space="preserve"> - This link explains how EtherAssist provides comprehensive technical content for IT personnel, covering key technology areas such as Microsoft client/server systems, Azure, Microsoft 365, and essential security best practices.</w:t>
      </w:r>
      <w:r/>
    </w:p>
    <w:p>
      <w:pPr>
        <w:pStyle w:val="ListNumber"/>
        <w:spacing w:line="240" w:lineRule="auto"/>
        <w:ind w:left="720"/>
      </w:pPr>
      <w:r/>
      <w:hyperlink r:id="rId11">
        <w:r>
          <w:rPr>
            <w:color w:val="0000EE"/>
            <w:u w:val="single"/>
          </w:rPr>
          <w:t>https://www.etherassist.ai</w:t>
        </w:r>
      </w:hyperlink>
      <w:r>
        <w:t xml:space="preserve"> - This link details how EtherAssist simplifies daily IT tasks, automates processes through tools like PowerShell and APIs, and quickly resolves issues using advanced error code analysis.</w:t>
      </w:r>
      <w:r/>
    </w:p>
    <w:p>
      <w:pPr>
        <w:pStyle w:val="ListNumber"/>
        <w:spacing w:line="240" w:lineRule="auto"/>
        <w:ind w:left="720"/>
      </w:pPr>
      <w:r/>
      <w:hyperlink r:id="rId11">
        <w:r>
          <w:rPr>
            <w:color w:val="0000EE"/>
            <w:u w:val="single"/>
          </w:rPr>
          <w:t>https://www.etherassist.ai</w:t>
        </w:r>
      </w:hyperlink>
      <w:r>
        <w:t xml:space="preserve"> - This link highlights why EtherAssist differentiates itself from other AI tools by offering solutions specifically aimed at the intricate challenges of contemporary IT operations.</w:t>
      </w:r>
      <w:r/>
    </w:p>
    <w:p>
      <w:pPr>
        <w:pStyle w:val="ListNumber"/>
        <w:spacing w:line="240" w:lineRule="auto"/>
        <w:ind w:left="720"/>
      </w:pPr>
      <w:r/>
      <w:hyperlink r:id="rId9">
        <w:r>
          <w:rPr>
            <w:color w:val="0000EE"/>
            <w:u w:val="single"/>
          </w:rPr>
          <w:t>https://events.teams.microsoft.com/event/90df2d2c-d5a7-4b68-84c5-2049a8f055f7@7e82d5b2-4ca0-40a9-8e15-bc869aafaac2</w:t>
        </w:r>
      </w:hyperlink>
      <w:r>
        <w:t xml:space="preserve"> - This link provides the event details for the webinar, including the date, time, and registration information.</w:t>
      </w:r>
      <w:r/>
    </w:p>
    <w:p>
      <w:pPr>
        <w:pStyle w:val="ListNumber"/>
        <w:spacing w:line="240" w:lineRule="auto"/>
        <w:ind w:left="720"/>
      </w:pPr>
      <w:r/>
      <w:hyperlink r:id="rId12">
        <w:r>
          <w:rPr>
            <w:color w:val="0000EE"/>
            <w:u w:val="single"/>
          </w:rPr>
          <w:t>https://www.mattnj.com/news-events/webinar-efficiency-made-simple-introducing-your-ai-assistant</w:t>
        </w:r>
      </w:hyperlink>
      <w:r>
        <w:t xml:space="preserve"> - Although not directly related to EtherAssist, this link supports the broader context of AI tools enhancing efficiency and productivity in various professional settings.</w:t>
      </w:r>
      <w:r/>
    </w:p>
    <w:p>
      <w:pPr>
        <w:pStyle w:val="ListNumber"/>
        <w:spacing w:line="240" w:lineRule="auto"/>
        <w:ind w:left="720"/>
      </w:pPr>
      <w:r/>
      <w:hyperlink r:id="rId13">
        <w:r>
          <w:rPr>
            <w:color w:val="0000EE"/>
            <w:u w:val="single"/>
          </w:rPr>
          <w:t>https://webinars.elsevier.com/elsevier/Johnson-Matthey-on-foundations-for-effective-AI</w:t>
        </w:r>
      </w:hyperlink>
      <w:r>
        <w:t xml:space="preserve"> - This link provides an example of another webinar focusing on the effective use of AI in industry, which aligns with the theme of using AI to enhance operational efficiency.</w:t>
      </w:r>
      <w:r/>
    </w:p>
    <w:p>
      <w:pPr>
        <w:pStyle w:val="ListNumber"/>
        <w:spacing w:line="240" w:lineRule="auto"/>
        <w:ind w:left="720"/>
      </w:pPr>
      <w:r/>
      <w:hyperlink r:id="rId14">
        <w:r>
          <w:rPr>
            <w:color w:val="0000EE"/>
            <w:u w:val="single"/>
          </w:rPr>
          <w:t>https://auroratrainingadvantage.com/webinars/ai-for-assistants/</w:t>
        </w:r>
      </w:hyperlink>
      <w:r>
        <w:t xml:space="preserve"> - This link supports the idea of webinars educating professionals on how AI can improve efficiency and productivity, similar to the goals of the EtherAssist webinar.</w:t>
      </w:r>
      <w:r/>
    </w:p>
    <w:p>
      <w:pPr>
        <w:pStyle w:val="ListNumber"/>
        <w:spacing w:line="240" w:lineRule="auto"/>
        <w:ind w:left="720"/>
      </w:pPr>
      <w:r/>
      <w:hyperlink r:id="rId15">
        <w:r>
          <w:rPr>
            <w:color w:val="0000EE"/>
            <w:u w:val="single"/>
          </w:rPr>
          <w:t>https://betteromics.com/news/scientific-queries-with-betteromics-ai-assistant/</w:t>
        </w:r>
      </w:hyperlink>
      <w:r>
        <w:t xml:space="preserve"> - This link illustrates how AI assistants, like Betteromics AI Assistant, help professionals gain more utility out of their data, which is a similar benefit promised by EtherAssist.</w:t>
      </w:r>
      <w:r/>
    </w:p>
    <w:p>
      <w:pPr>
        <w:pStyle w:val="ListNumber"/>
        <w:spacing w:line="240" w:lineRule="auto"/>
        <w:ind w:left="720"/>
      </w:pPr>
      <w:r/>
      <w:hyperlink r:id="rId16">
        <w:r>
          <w:rPr>
            <w:color w:val="0000EE"/>
            <w:u w:val="single"/>
          </w:rPr>
          <w:t>https://uktechnews.co.uk/2024/10/23/efficient-ether-ltd-to-host-webinar-on-ai-powered-solutions-for-it-professionals/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ents.teams.microsoft.com/event/90df2d2c-d5a7-4b68-84c5-2049a8f055f7@7e82d5b2-4ca0-40a9-8e15-bc869aafaac2" TargetMode="External"/><Relationship Id="rId10" Type="http://schemas.openxmlformats.org/officeDocument/2006/relationships/hyperlink" Target="https://www.noahwire.com" TargetMode="External"/><Relationship Id="rId11" Type="http://schemas.openxmlformats.org/officeDocument/2006/relationships/hyperlink" Target="https://www.etherassist.ai" TargetMode="External"/><Relationship Id="rId12" Type="http://schemas.openxmlformats.org/officeDocument/2006/relationships/hyperlink" Target="https://www.mattnj.com/news-events/webinar-efficiency-made-simple-introducing-your-ai-assistant" TargetMode="External"/><Relationship Id="rId13" Type="http://schemas.openxmlformats.org/officeDocument/2006/relationships/hyperlink" Target="https://webinars.elsevier.com/elsevier/Johnson-Matthey-on-foundations-for-effective-AI" TargetMode="External"/><Relationship Id="rId14" Type="http://schemas.openxmlformats.org/officeDocument/2006/relationships/hyperlink" Target="https://auroratrainingadvantage.com/webinars/ai-for-assistants/" TargetMode="External"/><Relationship Id="rId15" Type="http://schemas.openxmlformats.org/officeDocument/2006/relationships/hyperlink" Target="https://betteromics.com/news/scientific-queries-with-betteromics-ai-assistant/" TargetMode="External"/><Relationship Id="rId16" Type="http://schemas.openxmlformats.org/officeDocument/2006/relationships/hyperlink" Target="https://uktechnews.co.uk/2024/10/23/efficient-ether-ltd-to-host-webinar-on-ai-powered-solutions-for-it-profession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