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xAI announces remote job opportunities with competitive pay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Musk's xAI Announces Remote Job Opportunities with Competitive Pay</w:t>
      </w:r>
      <w:r/>
    </w:p>
    <w:p>
      <w:r/>
      <w:r>
        <w:t>Elon Musk's artificial intelligence venture, xAI, has unveiled exciting job opportunities for individuals with English writing and research skills. The innovative company, which focuses on artificial intelligence technologies, is seeking candidates to fill the position of AI tutor. This role offers the flexibility of working from home, amongst a range of attractive compensation and benefits.</w:t>
      </w:r>
      <w:r/>
    </w:p>
    <w:p>
      <w:r/>
      <w:r>
        <w:t>The AI tutor position entails providing filtered and labelled data to the AI systems at xAI. The primary objective of this role is to enhance the understanding and capabilities of AI through precise data training. This involves collecting, organising, and ensuring the quality of data, as well as extracting relevant information from diverse sources. An integral part of the job includes the labelling and categorisation of the researched content, tasks for which the requisite tools are provided by xAI.</w:t>
      </w:r>
      <w:r/>
    </w:p>
    <w:p>
      <w:r/>
      <w:r>
        <w:t>Applicants are not required to possess extensive technological expertise. Instead, the key competencies for this role are strong proficiency in English and adept research skills. As an AI tutor, the employee will engage closely with the technical team to ensure seamless data processing and labelling. An additional responsibility involves educating the AI systems on the significance of the processed data, enabling them to execute language learning tasks effectively. These tasks are designed to improve the AI's adeptness at language comprehension and writing.</w:t>
      </w:r>
      <w:r/>
    </w:p>
    <w:p>
      <w:r/>
      <w:r>
        <w:t>Prospective candidates will undergo a comprehensive two-week training module prior to commencing their duties with xAI. The standard working hours during the training period will be from 9 am to 5:30 pm, after which employees will have the flexibility to align their work schedules with their respective time zones. xAI is offering a lucrative salary range of $35 to $65 per hour for these positions, significantly rewarding their workforce for their contributions. Moreover, employees will benefit from a comprehensive benefits package, including medical, dental, and vision insurance coverages.</w:t>
      </w:r>
      <w:r/>
    </w:p>
    <w:p>
      <w:r/>
      <w:r>
        <w:t>Positions within xAI can be applied for via the professional networking platform, LinkedIn. This opportunity may appeal to those seeking an engaging role within the burgeoning field of artificial intelligence without necessitating a background in technology. With competitive remuneration and inclusive work packages, xAI positions itself as an enticing prospect for those looking to carve out a new career path in AI tutoring.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https://www.linkedin.com/pulse/elon-musks-xai-looking-hindi-speaking-ai-tutors-job-can-sulbha-tiwari-jaj6c</w:t>
        </w:r>
      </w:hyperlink>
      <w:r>
        <w:t xml:space="preserve"> - Corroborates the job title 'AI Tutor - Bilingual' and the remote, temporary nature of the position.</w:t>
      </w:r>
      <w:r/>
    </w:p>
    <w:p>
      <w:pPr>
        <w:pStyle w:val="ListNumber"/>
        <w:spacing w:line="240" w:lineRule="auto"/>
        <w:ind w:left="720"/>
      </w:pPr>
      <w:r/>
      <w:hyperlink r:id="rId11">
        <w:r>
          <w:rPr>
            <w:color w:val="0000EE"/>
            <w:u w:val="single"/>
          </w:rPr>
          <w:t>https://www.businesstoday.in/technology/news/story/elon-musk-xai-is-looking-for-hindi-speaking-ai-tutors-and-the-remote-position-can-pay-up-to-rs-5000-per-hour-450819-2024-10-21</w:t>
        </w:r>
      </w:hyperlink>
      <w:r>
        <w:t xml:space="preserve"> - Details the responsibilities of AI tutors, including generating and labeling data, and collaborating with xAI's technical team.</w:t>
      </w:r>
      <w:r/>
    </w:p>
    <w:p>
      <w:pPr>
        <w:pStyle w:val="ListNumber"/>
        <w:spacing w:line="240" w:lineRule="auto"/>
        <w:ind w:left="720"/>
      </w:pPr>
      <w:r/>
      <w:hyperlink r:id="rId11">
        <w:r>
          <w:rPr>
            <w:color w:val="0000EE"/>
            <w:u w:val="single"/>
          </w:rPr>
          <w:t>https://www.businesstoday.in/technology/news/story/elon-musk-xai-is-looking-for-hindi-speaking-ai-tutors-and-the-remote-position-can-pay-up-to-rs-5000-per-hour-450819-2024-10-21</w:t>
        </w:r>
      </w:hyperlink>
      <w:r>
        <w:t xml:space="preserve"> - Mentions the required language proficiency, research skills, and the compensation range of $35 to $65 per hour.</w:t>
      </w:r>
      <w:r/>
    </w:p>
    <w:p>
      <w:pPr>
        <w:pStyle w:val="ListNumber"/>
        <w:spacing w:line="240" w:lineRule="auto"/>
        <w:ind w:left="720"/>
      </w:pPr>
      <w:r/>
      <w:hyperlink r:id="rId12">
        <w:r>
          <w:rPr>
            <w:color w:val="0000EE"/>
            <w:u w:val="single"/>
          </w:rPr>
          <w:t>https://www.republicworld.com/tech/elon-musk-is-hiring-hindi-tutors-offering-rs-5500-per-hour</w:t>
        </w:r>
      </w:hyperlink>
      <w:r>
        <w:t xml:space="preserve"> - Confirms the hourly compensation range and the role's focus on enhancing AI models with multilingual data.</w:t>
      </w:r>
      <w:r/>
    </w:p>
    <w:p>
      <w:pPr>
        <w:pStyle w:val="ListNumber"/>
        <w:spacing w:line="240" w:lineRule="auto"/>
        <w:ind w:left="720"/>
      </w:pPr>
      <w:r/>
      <w:hyperlink r:id="rId12">
        <w:r>
          <w:rPr>
            <w:color w:val="0000EE"/>
            <w:u w:val="single"/>
          </w:rPr>
          <w:t>https://www.republicworld.com/tech/elon-musk-is-hiring-hindi-tutors-offering-rs-5500-per-hour</w:t>
        </w:r>
      </w:hyperlink>
      <w:r>
        <w:t xml:space="preserve"> - Describes the job's flexibility, including remote work and adaptation to local time zones after training.</w:t>
      </w:r>
      <w:r/>
    </w:p>
    <w:p>
      <w:pPr>
        <w:pStyle w:val="ListNumber"/>
        <w:spacing w:line="240" w:lineRule="auto"/>
        <w:ind w:left="720"/>
      </w:pPr>
      <w:r/>
      <w:hyperlink r:id="rId13">
        <w:r>
          <w:rPr>
            <w:color w:val="0000EE"/>
            <w:u w:val="single"/>
          </w:rPr>
          <w:t>https://northeastlivetv.com/topnews/elon-musk-is-hiring-hindi-tutors-offering-rs-5000-per-hour/</w:t>
        </w:r>
      </w:hyperlink>
      <w:r>
        <w:t xml:space="preserve"> - Explains the key responsibilities of AI tutors, such as using specialized software to label and categorize information.</w:t>
      </w:r>
      <w:r/>
    </w:p>
    <w:p>
      <w:pPr>
        <w:pStyle w:val="ListNumber"/>
        <w:spacing w:line="240" w:lineRule="auto"/>
        <w:ind w:left="720"/>
      </w:pPr>
      <w:r/>
      <w:hyperlink r:id="rId13">
        <w:r>
          <w:rPr>
            <w:color w:val="0000EE"/>
            <w:u w:val="single"/>
          </w:rPr>
          <w:t>https://northeastlivetv.com/topnews/elon-musk-is-hiring-hindi-tutors-offering-rs-5000-per-hour/</w:t>
        </w:r>
      </w:hyperlink>
      <w:r>
        <w:t xml:space="preserve"> - Details the benefits package, including medical, dental, and vision insurance, and the two-week training period.</w:t>
      </w:r>
      <w:r/>
    </w:p>
    <w:p>
      <w:pPr>
        <w:pStyle w:val="ListNumber"/>
        <w:spacing w:line="240" w:lineRule="auto"/>
        <w:ind w:left="720"/>
      </w:pPr>
      <w:r/>
      <w:hyperlink r:id="rId13">
        <w:r>
          <w:rPr>
            <w:color w:val="0000EE"/>
            <w:u w:val="single"/>
          </w:rPr>
          <w:t>https://northeastlivetv.com/topnews/elon-musk-is-hiring-hindi-tutors-offering-rs-5000-per-hour/</w:t>
        </w:r>
      </w:hyperlink>
      <w:r>
        <w:t xml:space="preserve"> - Mentions the requirement for strong research skills and proficiency in English, and the collaboration with the technical team.</w:t>
      </w:r>
      <w:r/>
    </w:p>
    <w:p>
      <w:pPr>
        <w:pStyle w:val="ListNumber"/>
        <w:spacing w:line="240" w:lineRule="auto"/>
        <w:ind w:left="720"/>
      </w:pPr>
      <w:r/>
      <w:hyperlink r:id="rId11">
        <w:r>
          <w:rPr>
            <w:color w:val="0000EE"/>
            <w:u w:val="single"/>
          </w:rPr>
          <w:t>https://www.businesstoday.in/technology/news/story/elon-musk-xai-is-looking-for-hindi-speaking-ai-tutors-and-the-remote-position-can-pay-up-to-rs-5000-per-hour-450819-2024-10-21</w:t>
        </w:r>
      </w:hyperlink>
      <w:r>
        <w:t xml:space="preserve"> - Confirms that the job can be applied for via LinkedIn and highlights the opportunity for those without a technology background.</w:t>
      </w:r>
      <w:r/>
    </w:p>
    <w:p>
      <w:pPr>
        <w:pStyle w:val="ListNumber"/>
        <w:spacing w:line="240" w:lineRule="auto"/>
        <w:ind w:left="720"/>
      </w:pPr>
      <w:r/>
      <w:hyperlink r:id="rId12">
        <w:r>
          <w:rPr>
            <w:color w:val="0000EE"/>
            <w:u w:val="single"/>
          </w:rPr>
          <w:t>https://www.republicworld.com/tech/elon-musk-is-hiring-hindi-tutors-offering-rs-5500-per-hour</w:t>
        </w:r>
      </w:hyperlink>
      <w:r>
        <w:t xml:space="preserve"> - Supports the competitive remuneration and the inclusive work packages offered by xAI.</w:t>
      </w:r>
      <w:r/>
    </w:p>
    <w:p>
      <w:pPr>
        <w:pStyle w:val="ListNumber"/>
        <w:spacing w:line="240" w:lineRule="auto"/>
        <w:ind w:left="720"/>
      </w:pPr>
      <w:r/>
      <w:hyperlink r:id="rId13">
        <w:r>
          <w:rPr>
            <w:color w:val="0000EE"/>
            <w:u w:val="single"/>
          </w:rPr>
          <w:t>https://northeastlivetv.com/topnews/elon-musk-is-hiring-hindi-tutors-offering-rs-5000-per-hour/</w:t>
        </w:r>
      </w:hyperlink>
      <w:r>
        <w:t xml:space="preserve"> - Corroborates the role's focus on improving AI's language comprehension and writing abilities through data training.</w:t>
      </w:r>
      <w:r/>
    </w:p>
    <w:p>
      <w:pPr>
        <w:pStyle w:val="ListNumber"/>
        <w:spacing w:line="240" w:lineRule="auto"/>
        <w:ind w:left="720"/>
      </w:pPr>
      <w:r/>
      <w:hyperlink r:id="rId14">
        <w:r>
          <w:rPr>
            <w:color w:val="0000EE"/>
            <w:u w:val="single"/>
          </w:rPr>
          <w:t>https://www.informalnewz.com/work-from-home-this-ai-company-announced-work-from-home-salary-will-be-5000-per-hour/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elon-musks-xai-looking-hindi-speaking-ai-tutors-job-can-sulbha-tiwari-jaj6c" TargetMode="External"/><Relationship Id="rId11" Type="http://schemas.openxmlformats.org/officeDocument/2006/relationships/hyperlink" Target="https://www.businesstoday.in/technology/news/story/elon-musk-xai-is-looking-for-hindi-speaking-ai-tutors-and-the-remote-position-can-pay-up-to-rs-5000-per-hour-450819-2024-10-21" TargetMode="External"/><Relationship Id="rId12" Type="http://schemas.openxmlformats.org/officeDocument/2006/relationships/hyperlink" Target="https://www.republicworld.com/tech/elon-musk-is-hiring-hindi-tutors-offering-rs-5500-per-hour" TargetMode="External"/><Relationship Id="rId13" Type="http://schemas.openxmlformats.org/officeDocument/2006/relationships/hyperlink" Target="https://northeastlivetv.com/topnews/elon-musk-is-hiring-hindi-tutors-offering-rs-5000-per-hour/" TargetMode="External"/><Relationship Id="rId14" Type="http://schemas.openxmlformats.org/officeDocument/2006/relationships/hyperlink" Target="https://www.informalnewz.com/work-from-home-this-ai-company-announced-work-from-home-salary-will-be-5000-per-h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