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Elvis Presley's legacy revitalised through new reissues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pivotal moment during an international meeting in the late 1980s, Ernst Jorgensen, then an executive at a BMG affiliate in Denmark, questioned the lack of attention given to the catalogue of the legendary Elvis Presley. Prompted to take charge, Jorgensen embarked on a decades-long journey that has seen him helm numerous Presley reissue projects, each seeking to showcase Presley's enduring musical legacy.</w:t>
      </w:r>
      <w:r/>
    </w:p>
    <w:p>
      <w:r/>
      <w:r>
        <w:t>Jorgensen's tenure began in earnest with the 1992 release of "The King of Rock N' Roll — The Complete 50s Masters," a comprehensive collection celebrating Presley's revolutionary 1950s recordings. His latest venture is the "Memphis" box set, which brings together recordings from Presley’s time in the Tennessee city he called home. This set includes reimagined classics such as "In the Ghetto," "Suspicious Minds," and "Kentucky Rain." Here, the aim was to strip out overdubs, allowing listeners to experience the raw Ernest Presley sound, as preserved in the original recording sessions.</w:t>
      </w:r>
      <w:r/>
    </w:p>
    <w:p>
      <w:r/>
      <w:r>
        <w:t>Key to this project was producer and engineer Matt Ross-Spang, who opted for a traditional approach at his Memphis-based Southern Grooves Studio, using analog equipment to bring out the subtleties and nuances of the original recordings. His work highlights how the pure essence of Presley's vocal performances, intertwined with instrumental elements, reverberated in recording studios of the past.</w:t>
      </w:r>
      <w:r/>
    </w:p>
    <w:p>
      <w:r/>
      <w:r>
        <w:t>In an ambitious future endeavour, Jorgensen aims to apply AI-fuelled technology to separate and remix Presley's iconic Sun Studios recordings from the 1950s. These sessions, recorded live to single-track tape with guitarist Scotty Moore and bassist Bill Black, have historically been challenging to remix due to their mono format. However, advancements in AI demixing technology, demonstrated recently by sound engineer Emile de la Rey with Peter Jackson’s documentary "Get Back," promise new possibilities. Jorgensen is eager to leverage such technology to reveal unheard elements of Presley's early masterpieces.</w:t>
      </w:r>
      <w:r/>
    </w:p>
    <w:p>
      <w:r/>
      <w:r>
        <w:t>Jorgensen's commitment extends to preserving Presley's recordings despite some inevitable losses over the years. Presley's Sun Studio outtakes, for example, have been partially lost due to historical oversight and warehousing decisions made by RCA executives in 1959. This has resulted in gaps, such as missing outtakes from crucial sessions and even entire master tapes.</w:t>
      </w:r>
      <w:r/>
    </w:p>
    <w:p>
      <w:r/>
      <w:r>
        <w:t>Within the "Memphis" collection, attention is also given to Presley's live recordings from the 1970s, which Ross-Spang has carefully remixed. These recordings capture the raw energy of Presley's performances, although they present technical challenges such as balancing the lead vocal with surrounding live sounds, including the energetic screams of adoring fans.</w:t>
      </w:r>
      <w:r/>
    </w:p>
    <w:p>
      <w:r/>
      <w:r>
        <w:t>The final part of the Memphis box set brings to light selections from Presley’s last recording sessions in 1976, known as the Jungle Room Sessions. These sessions reflect a poignant period in Presley's life, showcasing tracks where his artistic focus remained strong despite personal challenges. Notably, they include a stirring rendition of “Danny Boy,” highlighting Presley's emotional depth and dedication.</w:t>
      </w:r>
      <w:r/>
    </w:p>
    <w:p>
      <w:r/>
      <w:r>
        <w:t>Jorgensen and Ross-Spang's collaborative efforts in revisiting these seminal recordings underscore an ongoing dedication to preserving and revitalising the legacy of Elvis Presley, ensuring that his music continues to resonate with both long-time fans and new listeners.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https://www.rollingstone.com/music/music-features/elvis-presley-memphis-archives-ai-sun-sessions-1235139403/</w:t>
        </w:r>
      </w:hyperlink>
      <w:r>
        <w:t xml:space="preserve"> - Corroborates Ernst Jorgensen's involvement in Presley reissues, including the 'Memphis' box set and the use of AI technology for Sun Sessions.</w:t>
      </w:r>
      <w:r/>
    </w:p>
    <w:p>
      <w:pPr>
        <w:pStyle w:val="ListNumber"/>
        <w:spacing w:line="240" w:lineRule="auto"/>
        <w:ind w:left="720"/>
      </w:pPr>
      <w:r/>
      <w:hyperlink r:id="rId11">
        <w:r>
          <w:rPr>
            <w:color w:val="0000EE"/>
            <w:u w:val="single"/>
          </w:rPr>
          <w:t>https://variety.com/2017/music/news/elvis-presley-archivist-ernst-jorgensen-interview-1202529943/</w:t>
        </w:r>
      </w:hyperlink>
      <w:r>
        <w:t xml:space="preserve"> - Details Ernst Jorgensen's role as Presley's archivist and his work on comprehensive collections like 'A Boy From Tupelo.'</w:t>
      </w:r>
      <w:r/>
    </w:p>
    <w:p>
      <w:pPr>
        <w:pStyle w:val="ListNumber"/>
        <w:spacing w:line="240" w:lineRule="auto"/>
        <w:ind w:left="720"/>
      </w:pPr>
      <w:r/>
      <w:hyperlink r:id="rId12">
        <w:r>
          <w:rPr>
            <w:color w:val="0000EE"/>
            <w:u w:val="single"/>
          </w:rPr>
          <w:t>https://www.elvisinfonet.com/interview_ernst_on_stage.html</w:t>
        </w:r>
      </w:hyperlink>
      <w:r>
        <w:t xml:space="preserve"> - Highlights Jorgensen's work with Sony Legacy on reissues of Elvis' historically important albums.</w:t>
      </w:r>
      <w:r/>
    </w:p>
    <w:p>
      <w:pPr>
        <w:pStyle w:val="ListNumber"/>
        <w:spacing w:line="240" w:lineRule="auto"/>
        <w:ind w:left="720"/>
      </w:pPr>
      <w:r/>
      <w:hyperlink r:id="rId10">
        <w:r>
          <w:rPr>
            <w:color w:val="0000EE"/>
            <w:u w:val="single"/>
          </w:rPr>
          <w:t>https://www.rollingstone.com/music/music-features/elvis-presley-memphis-archives-ai-sun-sessions-1235139403/</w:t>
        </w:r>
      </w:hyperlink>
      <w:r>
        <w:t xml:space="preserve"> - Mentions the 1992 release of 'The King of Rock N' Roll — The Complete 50s Masters' and Jorgensen's ongoing projects.</w:t>
      </w:r>
      <w:r/>
    </w:p>
    <w:p>
      <w:pPr>
        <w:pStyle w:val="ListNumber"/>
        <w:spacing w:line="240" w:lineRule="auto"/>
        <w:ind w:left="720"/>
      </w:pPr>
      <w:r/>
      <w:hyperlink r:id="rId12">
        <w:r>
          <w:rPr>
            <w:color w:val="0000EE"/>
            <w:u w:val="single"/>
          </w:rPr>
          <w:t>https://www.elvisinfonet.com/interview_ernst_on_stage.html</w:t>
        </w:r>
      </w:hyperlink>
      <w:r>
        <w:t xml:space="preserve"> - Discusses Jorgensen's commitment to preserving and reissuing Elvis' recordings.</w:t>
      </w:r>
      <w:r/>
    </w:p>
    <w:p>
      <w:pPr>
        <w:pStyle w:val="ListNumber"/>
        <w:spacing w:line="240" w:lineRule="auto"/>
        <w:ind w:left="720"/>
      </w:pPr>
      <w:r/>
      <w:hyperlink r:id="rId11">
        <w:r>
          <w:rPr>
            <w:color w:val="0000EE"/>
            <w:u w:val="single"/>
          </w:rPr>
          <w:t>https://variety.com/2017/music/news/elvis-presley-archivist-ernst-jorgensen-interview-1202529943/</w:t>
        </w:r>
      </w:hyperlink>
      <w:r>
        <w:t xml:space="preserve"> - Explains the historical context and challenges of preserving Presley's early recordings, including losses due to RCA decisions.</w:t>
      </w:r>
      <w:r/>
    </w:p>
    <w:p>
      <w:pPr>
        <w:pStyle w:val="ListNumber"/>
        <w:spacing w:line="240" w:lineRule="auto"/>
        <w:ind w:left="720"/>
      </w:pPr>
      <w:r/>
      <w:hyperlink r:id="rId10">
        <w:r>
          <w:rPr>
            <w:color w:val="0000EE"/>
            <w:u w:val="single"/>
          </w:rPr>
          <w:t>https://www.rollingstone.com/music/music-features/elvis-presley-memphis-archives-ai-sun-sessions-1235139403/</w:t>
        </w:r>
      </w:hyperlink>
      <w:r>
        <w:t xml:space="preserve"> - Details the use of AI-fuelled technology to remix Presley's Sun Studios recordings.</w:t>
      </w:r>
      <w:r/>
    </w:p>
    <w:p>
      <w:pPr>
        <w:pStyle w:val="ListNumber"/>
        <w:spacing w:line="240" w:lineRule="auto"/>
        <w:ind w:left="720"/>
      </w:pPr>
      <w:r/>
      <w:hyperlink r:id="rId12">
        <w:r>
          <w:rPr>
            <w:color w:val="0000EE"/>
            <w:u w:val="single"/>
          </w:rPr>
          <w:t>https://www.elvisinfonet.com/interview_ernst_on_stage.html</w:t>
        </w:r>
      </w:hyperlink>
      <w:r>
        <w:t xml:space="preserve"> - Highlights the collaborative efforts between Jorgensen and other producers/engineers in reissuing Elvis' music.</w:t>
      </w:r>
      <w:r/>
    </w:p>
    <w:p>
      <w:pPr>
        <w:pStyle w:val="ListNumber"/>
        <w:spacing w:line="240" w:lineRule="auto"/>
        <w:ind w:left="720"/>
      </w:pPr>
      <w:r/>
      <w:hyperlink r:id="rId13">
        <w:r>
          <w:rPr>
            <w:color w:val="0000EE"/>
            <w:u w:val="single"/>
          </w:rPr>
          <w:t>https://www.amazon.com/Elvis-Presley-Complete-Recording-Sessions/dp/0312185723</w:t>
        </w:r>
      </w:hyperlink>
      <w:r>
        <w:t xml:space="preserve"> - Provides context on the comprehensive nature of Elvis' recording sessions, which Jorgensen has worked to preserve and reissue.</w:t>
      </w:r>
      <w:r/>
    </w:p>
    <w:p>
      <w:pPr>
        <w:pStyle w:val="ListNumber"/>
        <w:spacing w:line="240" w:lineRule="auto"/>
        <w:ind w:left="720"/>
      </w:pPr>
      <w:r/>
      <w:hyperlink r:id="rId14">
        <w:r>
          <w:rPr>
            <w:color w:val="0000EE"/>
            <w:u w:val="single"/>
          </w:rPr>
          <w:t>https://www.elvis.com.au/presley/Ernst-jorgensen-acquires-i-forgot-to-remember-to-forget.shtml</w:t>
        </w:r>
      </w:hyperlink>
      <w:r>
        <w:t xml:space="preserve"> - Shows Jorgensen's acquisition of specific Elvis recordings, such as 'I Forgot To Remember To Forget,' highlighting his dedication to preserving Elvis' music.</w:t>
      </w:r>
      <w:r/>
    </w:p>
    <w:p>
      <w:pPr>
        <w:pStyle w:val="ListNumber"/>
        <w:spacing w:line="240" w:lineRule="auto"/>
        <w:ind w:left="720"/>
      </w:pPr>
      <w:r/>
      <w:hyperlink r:id="rId10">
        <w:r>
          <w:rPr>
            <w:color w:val="0000EE"/>
            <w:u w:val="single"/>
          </w:rPr>
          <w:t>https://www.rollingstone.com/music/music-features/elvis-presley-memphis-archives-ai-sun-sessions-1235139403/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llingstone.com/music/music-features/elvis-presley-memphis-archives-ai-sun-sessions-1235139403/" TargetMode="External"/><Relationship Id="rId11" Type="http://schemas.openxmlformats.org/officeDocument/2006/relationships/hyperlink" Target="https://variety.com/2017/music/news/elvis-presley-archivist-ernst-jorgensen-interview-1202529943/" TargetMode="External"/><Relationship Id="rId12" Type="http://schemas.openxmlformats.org/officeDocument/2006/relationships/hyperlink" Target="https://www.elvisinfonet.com/interview_ernst_on_stage.html" TargetMode="External"/><Relationship Id="rId13" Type="http://schemas.openxmlformats.org/officeDocument/2006/relationships/hyperlink" Target="https://www.amazon.com/Elvis-Presley-Complete-Recording-Sessions/dp/0312185723" TargetMode="External"/><Relationship Id="rId14" Type="http://schemas.openxmlformats.org/officeDocument/2006/relationships/hyperlink" Target="https://www.elvis.com.au/presley/Ernst-jorgensen-acquires-i-forgot-to-remember-to-forge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