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Fiverr's controversial AI campaign stirs debate in creative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Fiverr's Controversial AI Campaign Stirs Debate in Creative Industry</w:t>
      </w:r>
      <w:r/>
    </w:p>
    <w:p>
      <w:r/>
      <w:r>
        <w:t>Fiverr, a well-known platform for freelance services, has ignited a lively discussion within the creative sectors with its recent AI-focused advertising initiative. The campaign, described by the company as a "delightfully ironic new AI campaign," aims to highlight the supposed indifference among audiences towards the use of artificial intelligence in creative outputs. However, it has received mixed reactions from industry professionals and audiences alike.</w:t>
      </w:r>
      <w:r/>
    </w:p>
    <w:p>
      <w:r/>
      <w:r>
        <w:t>The centrepiece of the campaign is a musical advertisement titled "Nobody Cares," available on YouTube. The ad presents a parodic and lighthearted narrative concerning the integration of AI in creative processes, showcasing it through AI-generated content—a choice that has sparked controversy. Within the video, the lyrics suggest a dismissive attitude towards the ethical and legal concerns widely associated with AI technologies, including lines such as “Just make it work fast and we’ll give it a shot” and “AI is only a tool.”</w:t>
      </w:r>
      <w:r/>
    </w:p>
    <w:p>
      <w:r/>
      <w:r>
        <w:t>In the midst of an ongoing debate about the role of AI in creative professions, Fiverr's advertisement has been perceived by many as trivialising serious issues. The Generative AI Usage Report by Fiverr indicates that "nearly 50% of UK-based freelancers question the quality of AI outputs," highlighting existing skepticism around AI applications. Despite this, the campaign appears to downplay these concerns, promoting AI's expediency over the nuanced discussions of its impact on creative careers.</w:t>
      </w:r>
      <w:r/>
    </w:p>
    <w:p>
      <w:r/>
      <w:r>
        <w:t>This approach by Fiverr follows recent controversies surrounding AI, exemplified by Adobe's backlash over their AI tools, signalling that AI remains a hotly debated topic. Critics argue that Fiverr's campaign portrays an overly simplistic view, which might alienate the freelance community that forms the backbone of its own platform. Some industry observers have noted the irony in a campaign designed to celebrate human talent, which instead heavily leans on AI-generated content.</w:t>
      </w:r>
      <w:r/>
    </w:p>
    <w:p>
      <w:r/>
      <w:r>
        <w:t>Furthermore, the campaign has been criticised for the superficial transparency it attempts to convey regarding AI usage. While Fiverr claims the ad is meant to highlight the talent using AI and the results it produces, the reliance on AI to create the advertisement itself has been viewed as a tone-deaf move. The ad’s content and its delivery are seen to potentially widen the divide between proponents and skeptics of AI technologies within creative industries.</w:t>
      </w:r>
      <w:r/>
    </w:p>
    <w:p>
      <w:r/>
      <w:r>
        <w:t>Reactions on social media reflect a mixed reception. Some users have pointed out the disconnect between the advertised message of celebrating human creativity and the execution of the campaign using AI technology. This paradox is underscored with the ability of music and dance in the ad to catch attention, but simultaneously raise questions on the portrayal and prioritisation of AI over human creativity.</w:t>
      </w:r>
      <w:r/>
    </w:p>
    <w:p>
      <w:r/>
      <w:r>
        <w:t>The future interactions between AI and creative industries continue to be a subject of intense discussion. As AI technologies evolve, they bring unprecedented capabilities and challenges that require careful consideration and open dialogue. The discourse sparked by Fiverr's campaign underscores the complexities involved in integrating AI within sectors traditionally driven by human ingenuity, and the ongoing pursuit of finding a balanced and ethical approach remains essential for stakeholders involved.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https://digitalsynopsis.com/advertising/ai-took-my-job-to-the-next-level/</w:t>
        </w:r>
      </w:hyperlink>
      <w:r>
        <w:t xml:space="preserve"> - This article discusses Fiverr's 'Power of Humanity' campaign, which highlights AI as a tool to enhance human creativity, contrasting with the controversial 'Nobody Cares' campaign.</w:t>
      </w:r>
      <w:r/>
    </w:p>
    <w:p>
      <w:pPr>
        <w:pStyle w:val="ListNumber"/>
        <w:spacing w:line="240" w:lineRule="auto"/>
        <w:ind w:left="720"/>
      </w:pPr>
      <w:r/>
      <w:hyperlink r:id="rId11">
        <w:r>
          <w:rPr>
            <w:color w:val="0000EE"/>
            <w:u w:val="single"/>
          </w:rPr>
          <w:t>https://www.creativebloq.com/ai/fivvers-new-ai-ad-fails-to-read-the-room</w:t>
        </w:r>
      </w:hyperlink>
      <w:r>
        <w:t xml:space="preserve"> - This article critiques Fiverr's 'Nobody Cares' musical ad, pointing out its failure to address the ethical and legal concerns surrounding AI in creative industries.</w:t>
      </w:r>
      <w:r/>
    </w:p>
    <w:p>
      <w:pPr>
        <w:pStyle w:val="ListNumber"/>
        <w:spacing w:line="240" w:lineRule="auto"/>
        <w:ind w:left="720"/>
      </w:pPr>
      <w:r/>
      <w:hyperlink r:id="rId11">
        <w:r>
          <w:rPr>
            <w:color w:val="0000EE"/>
            <w:u w:val="single"/>
          </w:rPr>
          <w:t>https://www.creativebloq.com/ai/fivvers-new-ai-ad-fails-to-read-the-room</w:t>
        </w:r>
      </w:hyperlink>
      <w:r>
        <w:t xml:space="preserve"> - This source details the mixed reactions to Fiverr's campaign, including the criticism that it trivializes serious issues and alienates the freelance community.</w:t>
      </w:r>
      <w:r/>
    </w:p>
    <w:p>
      <w:pPr>
        <w:pStyle w:val="ListNumber"/>
        <w:spacing w:line="240" w:lineRule="auto"/>
        <w:ind w:left="720"/>
      </w:pPr>
      <w:r/>
      <w:hyperlink r:id="rId11">
        <w:r>
          <w:rPr>
            <w:color w:val="0000EE"/>
            <w:u w:val="single"/>
          </w:rPr>
          <w:t>https://www.creativebloq.com/ai/fivvers-new-ai-ad-fails-to-read-the-room</w:t>
        </w:r>
      </w:hyperlink>
      <w:r>
        <w:t xml:space="preserve"> - The article mentions Fiverr's Generative AI Usage Report, which indicates that nearly 50% of UK-based freelancers question the quality of AI outputs, highlighting existing skepticism.</w:t>
      </w:r>
      <w:r/>
    </w:p>
    <w:p>
      <w:pPr>
        <w:pStyle w:val="ListNumber"/>
        <w:spacing w:line="240" w:lineRule="auto"/>
        <w:ind w:left="720"/>
      </w:pPr>
      <w:r/>
      <w:hyperlink r:id="rId11">
        <w:r>
          <w:rPr>
            <w:color w:val="0000EE"/>
            <w:u w:val="single"/>
          </w:rPr>
          <w:t>https://www.creativebloq.com/ai/fivvers-new-ai-ad-fails-to-read-the-room</w:t>
        </w:r>
      </w:hyperlink>
      <w:r>
        <w:t xml:space="preserve"> - This source discusses the controversy surrounding AI, including Adobe's backlash, and how Fiverr's campaign has been perceived as overly simplistic and tone-deaf.</w:t>
      </w:r>
      <w:r/>
    </w:p>
    <w:p>
      <w:pPr>
        <w:pStyle w:val="ListNumber"/>
        <w:spacing w:line="240" w:lineRule="auto"/>
        <w:ind w:left="720"/>
      </w:pPr>
      <w:r/>
      <w:hyperlink r:id="rId12">
        <w:r>
          <w:rPr>
            <w:color w:val="0000EE"/>
            <w:u w:val="single"/>
          </w:rPr>
          <w:t>https://www.youtube.com/watch?v=gfjGnIK3Ipg</w:t>
        </w:r>
      </w:hyperlink>
      <w:r>
        <w:t xml:space="preserve"> - This TEDx-style event by Fiverr explores the impact of AI on content creation and consumption, highlighting the need for ethical and responsible use of AI, which contrasts with the criticism of Fiverr's 'Nobody Cares' campaign.</w:t>
      </w:r>
      <w:r/>
    </w:p>
    <w:p>
      <w:pPr>
        <w:pStyle w:val="ListNumber"/>
        <w:spacing w:line="240" w:lineRule="auto"/>
        <w:ind w:left="720"/>
      </w:pPr>
      <w:r/>
      <w:hyperlink r:id="rId13">
        <w:r>
          <w:rPr>
            <w:color w:val="0000EE"/>
            <w:u w:val="single"/>
          </w:rPr>
          <w:t>https://www.reddit.com/r/graphic_design/comments/18nwwf8/how_do_you_think_ai_will_change_the_graphic/</w:t>
        </w:r>
      </w:hyperlink>
      <w:r>
        <w:t xml:space="preserve"> - This discussion on Reddit reflects the mixed reactions and concerns within the graphic design community about the impact of AI, mirroring the debate sparked by Fiverr's campaign.</w:t>
      </w:r>
      <w:r/>
    </w:p>
    <w:p>
      <w:pPr>
        <w:pStyle w:val="ListNumber"/>
        <w:spacing w:line="240" w:lineRule="auto"/>
        <w:ind w:left="720"/>
      </w:pPr>
      <w:r/>
      <w:hyperlink r:id="rId13">
        <w:r>
          <w:rPr>
            <w:color w:val="0000EE"/>
            <w:u w:val="single"/>
          </w:rPr>
          <w:t>https://www.reddit.com/r/graphic_design/comments/18nwwf8/how_do_you_think_ai_will_change_the_graphic/</w:t>
        </w:r>
      </w:hyperlink>
      <w:r>
        <w:t xml:space="preserve"> - The Reddit thread highlights the fear among designers that AI could replace mediocre designers and the need for human creativity, aligning with criticisms of Fiverr's campaign.</w:t>
      </w:r>
      <w:r/>
    </w:p>
    <w:p>
      <w:pPr>
        <w:pStyle w:val="ListNumber"/>
        <w:spacing w:line="240" w:lineRule="auto"/>
        <w:ind w:left="720"/>
      </w:pPr>
      <w:r/>
      <w:hyperlink r:id="rId10">
        <w:r>
          <w:rPr>
            <w:color w:val="0000EE"/>
            <w:u w:val="single"/>
          </w:rPr>
          <w:t>https://digitalsynopsis.com/advertising/ai-took-my-job-to-the-next-level/</w:t>
        </w:r>
      </w:hyperlink>
      <w:r>
        <w:t xml:space="preserve"> - This article showcases Fiverr's positive approach to AI integration, emphasizing the collaborative potential between humans and AI, which contrasts with the negative reception of the 'Nobody Cares' campaign.</w:t>
      </w:r>
      <w:r/>
    </w:p>
    <w:p>
      <w:pPr>
        <w:pStyle w:val="ListNumber"/>
        <w:spacing w:line="240" w:lineRule="auto"/>
        <w:ind w:left="720"/>
      </w:pPr>
      <w:r/>
      <w:hyperlink r:id="rId11">
        <w:r>
          <w:rPr>
            <w:color w:val="0000EE"/>
            <w:u w:val="single"/>
          </w:rPr>
          <w:t>https://www.creativebloq.com/ai/fivvers-new-ai-ad-fails-to-read-the-room</w:t>
        </w:r>
      </w:hyperlink>
      <w:r>
        <w:t xml:space="preserve"> - The article criticizes Fiverr's campaign for its superficial transparency and the reliance on AI-generated content, which is seen as a tone-deaf move given the platform's focus on human talent.</w:t>
      </w:r>
      <w:r/>
    </w:p>
    <w:p>
      <w:pPr>
        <w:pStyle w:val="ListNumber"/>
        <w:spacing w:line="240" w:lineRule="auto"/>
        <w:ind w:left="720"/>
      </w:pPr>
      <w:r/>
      <w:hyperlink r:id="rId11">
        <w:r>
          <w:rPr>
            <w:color w:val="0000EE"/>
            <w:u w:val="single"/>
          </w:rPr>
          <w:t>https://www.creativebloq.com/ai/fivvers-new-ai-ad-fails-to-read-the-room</w:t>
        </w:r>
      </w:hyperlink>
      <w:r>
        <w:t xml:space="preserve"> - This source underscores the ongoing debate about the future interactions between AI and creative industries, emphasizing the need for a balanced and ethical approach.</w:t>
      </w:r>
      <w:r/>
    </w:p>
    <w:p>
      <w:pPr>
        <w:pStyle w:val="ListNumber"/>
        <w:spacing w:line="240" w:lineRule="auto"/>
        <w:ind w:left="720"/>
      </w:pPr>
      <w:r/>
      <w:hyperlink r:id="rId11">
        <w:r>
          <w:rPr>
            <w:color w:val="0000EE"/>
            <w:u w:val="single"/>
          </w:rPr>
          <w:t>https://www.creativebloq.com/ai/fivvers-new-ai-ad-fails-to-read-the-room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synopsis.com/advertising/ai-took-my-job-to-the-next-level/" TargetMode="External"/><Relationship Id="rId11" Type="http://schemas.openxmlformats.org/officeDocument/2006/relationships/hyperlink" Target="https://www.creativebloq.com/ai/fivvers-new-ai-ad-fails-to-read-the-room" TargetMode="External"/><Relationship Id="rId12" Type="http://schemas.openxmlformats.org/officeDocument/2006/relationships/hyperlink" Target="https://www.youtube.com/watch?v=gfjGnIK3Ipg" TargetMode="External"/><Relationship Id="rId13" Type="http://schemas.openxmlformats.org/officeDocument/2006/relationships/hyperlink" Target="https://www.reddit.com/r/graphic_design/comments/18nwwf8/how_do_you_think_ai_will_change_the_graph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