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Fred Fitness to launch AI-powered gym in Santa Monica in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Fred Fitness is poised to make a significant impact on the American fitness scene with the impending launch of its first AI-powered gym in Santa Monica, California, scheduled for January 2025. The innovative gym concept comes from Clever Fit, a major player in the European fitness industry, and is supported by EGYM’s advanced technology. This collaboration aims to offer a novel and personalised workout experience by utilising artificial intelligence to guide and optimise member workouts at a cost-effective price point.</w:t>
      </w:r>
      <w:r/>
    </w:p>
    <w:p>
      <w:r/>
      <w:r>
        <w:t>The brainchild of Clever Fit’s founder, Alfred Enzensberger, with technological backing from EGYM CEO Philipp Roesch-Schlanderer, Fred Fitness is set to become a trailblazer in fitness personalisation. This gym concept revolves around EGYM's sophisticated AI, which has recently fortified its position in the market by securing $200 million in growth capital, reaching a valuation exceeding $1 billion. Enzensberger’s vision is to transcend the usual gym proposition of mere equipment access by providing a solution-oriented approach that allows each gym-goer to receive a highly customised training plan. As he highlights, Fred Fitness offers a type of personal trainer experience that adapts dynamically to an individual's progress — a level of personalisation unmatched by human trainers.</w:t>
      </w:r>
      <w:r/>
    </w:p>
    <w:p>
      <w:r/>
      <w:r>
        <w:t>Central to this initiative is EGYM’s AI system, which is designed to continuously evolve alongside its users, analysing performance and tailoring workouts to ensure peak effectiveness and safety. The smart equipment offers real-time feedback and adjusts each user's regimen to optimise results. Philipp Roesch-Schlanderer of EGYM sees the establishment of Fred Fitness as the culmination of a shared ambition for industry innovation, making high-quality fitness training accessible to a broader audience.</w:t>
      </w:r>
      <w:r/>
    </w:p>
    <w:p>
      <w:r/>
      <w:r>
        <w:t>Fred Fitness goes beyond conventional gyms by combining AI-driven training with accredited trainers, offering an environment that is both professional and approachable for users of all fitness levels. It is situated at 1344 4th Street in Santa Monica and features an inclusive design with Scandinavian minimalist aesthetics, creating a modern ambience conducive to all kinds of workout regimes.</w:t>
      </w:r>
      <w:r/>
    </w:p>
    <w:p>
      <w:r/>
      <w:r>
        <w:t>The gym will combine Matrix Cardio Equipment, EGYM Genius, and Functional Equipment, all integrated through the Fred Fitness App, ensuring a seamless and connected workout experience. Enzensberger emphasises that every workout at Fred Fitness is precisely tailored to fit the individual’s needs, removing the uncertainty often associated with gym training.</w:t>
      </w:r>
      <w:r/>
    </w:p>
    <w:p>
      <w:r/>
      <w:r>
        <w:t>The creators of Fred Fitness have ambitious plans to expand this AI-driven gym concept across the U.S. via a franchise model. Backed by Clever Fit’s extensive European operational experience, encompassing over 500 studios, and powered by EGYM’s cutting-edge smart technology, Fred Fitness proposes a new era of personalised fitness solutions on American soil.</w:t>
      </w:r>
      <w:r/>
    </w:p>
    <w:p>
      <w:r/>
      <w:r>
        <w:t>For those interested in more details about the opening, the facilities, and available membership plans, additional information can be found on the Fred Fitness website. This landmark opening heralds a potential shift in how fitness is perceived and consumed in the U.S., offering a sneak peek into the gym of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https://www.prnewswire.com/news/fred-fitness-holdings,-llc/</w:t>
        </w:r>
      </w:hyperlink>
      <w:r>
        <w:t xml:space="preserve"> - Corroborates the launch of Fred Fitness, the first AI-powered gym, in Santa Monica, California, scheduled for January 2025.</w:t>
      </w:r>
      <w:r/>
    </w:p>
    <w:p>
      <w:pPr>
        <w:pStyle w:val="ListNumber"/>
        <w:spacing w:line="240" w:lineRule="auto"/>
        <w:ind w:left="720"/>
      </w:pPr>
      <w:r/>
      <w:hyperlink r:id="rId11">
        <w:r>
          <w:rPr>
            <w:color w:val="0000EE"/>
            <w:u w:val="single"/>
          </w:rPr>
          <w:t>https://www.benzinga.com/pressreleases/24/10/n41460899/fred-fitness-first-ai-powered-gym-concept-to-launch-in-santa-monica</w:t>
        </w:r>
      </w:hyperlink>
      <w:r>
        <w:t xml:space="preserve"> - Supports the information about Fred Fitness being the first AI-powered gym concept and its launch in Santa Monica.</w:t>
      </w:r>
      <w:r/>
    </w:p>
    <w:p>
      <w:pPr>
        <w:pStyle w:val="ListNumber"/>
        <w:spacing w:line="240" w:lineRule="auto"/>
        <w:ind w:left="720"/>
      </w:pPr>
      <w:r/>
      <w:hyperlink r:id="rId12">
        <w:r>
          <w:rPr>
            <w:color w:val="0000EE"/>
            <w:u w:val="single"/>
          </w:rPr>
          <w:t>https://www.prnewswire.com/news-releases/fred-fitness-first-ai-powered-gym-concept-to-launch-in-santa-monica-302283422.html</w:t>
        </w:r>
      </w:hyperlink>
      <w:r>
        <w:t xml:space="preserve"> - Provides details about the launch of Fred Fitness and its AI-powered gym concept in Santa Monica.</w:t>
      </w:r>
      <w:r/>
    </w:p>
    <w:p>
      <w:pPr>
        <w:pStyle w:val="ListNumber"/>
        <w:spacing w:line="240" w:lineRule="auto"/>
        <w:ind w:left="720"/>
      </w:pPr>
      <w:r/>
      <w:hyperlink r:id="rId13">
        <w:r>
          <w:rPr>
            <w:color w:val="0000EE"/>
            <w:u w:val="single"/>
          </w:rPr>
          <w:t>https://fredfitness.com</w:t>
        </w:r>
      </w:hyperlink>
      <w:r>
        <w:t xml:space="preserve"> - Offers information about the facilities, membership plans, and the overall concept of Fred Fitness.</w:t>
      </w:r>
      <w:r/>
    </w:p>
    <w:p>
      <w:pPr>
        <w:pStyle w:val="ListNumber"/>
        <w:spacing w:line="240" w:lineRule="auto"/>
        <w:ind w:left="720"/>
      </w:pPr>
      <w:r/>
      <w:hyperlink r:id="rId14">
        <w:r>
          <w:rPr>
            <w:color w:val="0000EE"/>
            <w:u w:val="single"/>
          </w:rPr>
          <w:t>https://muckrack.com/media-outlet/athletechnews</w:t>
        </w:r>
      </w:hyperlink>
      <w:r>
        <w:t xml:space="preserve"> - Although not directly about Fred Fitness, it provides context on the intersection of fitness and technology, relevant to the AI-driven gym concept.</w:t>
      </w:r>
      <w:r/>
    </w:p>
    <w:p>
      <w:pPr>
        <w:pStyle w:val="ListNumber"/>
        <w:spacing w:line="240" w:lineRule="auto"/>
        <w:ind w:left="720"/>
      </w:pPr>
      <w:r/>
      <w:hyperlink r:id="rId12">
        <w:r>
          <w:rPr>
            <w:color w:val="0000EE"/>
            <w:u w:val="single"/>
          </w:rPr>
          <w:t>https://www.prnewswire.com/news-releases/fred-fitness-first-ai-powered-gym-concept-to-launch-in-santa-monica-302283422.html</w:t>
        </w:r>
      </w:hyperlink>
      <w:r>
        <w:t xml:space="preserve"> - Corroborates the collaboration between Clever Fit and EGYM for the Fred Fitness concept.</w:t>
      </w:r>
      <w:r/>
    </w:p>
    <w:p>
      <w:pPr>
        <w:pStyle w:val="ListNumber"/>
        <w:spacing w:line="240" w:lineRule="auto"/>
        <w:ind w:left="720"/>
      </w:pPr>
      <w:r/>
      <w:hyperlink r:id="rId11">
        <w:r>
          <w:rPr>
            <w:color w:val="0000EE"/>
            <w:u w:val="single"/>
          </w:rPr>
          <w:t>https://www.benzinga.com/pressreleases/24/10/n41460899/fred-fitness-first-ai-powered-gym-concept-to-launch-in-santa-monica</w:t>
        </w:r>
      </w:hyperlink>
      <w:r>
        <w:t xml:space="preserve"> - Supports the information about EGYM’s advanced technology and its role in Fred Fitness.</w:t>
      </w:r>
      <w:r/>
    </w:p>
    <w:p>
      <w:pPr>
        <w:pStyle w:val="ListNumber"/>
        <w:spacing w:line="240" w:lineRule="auto"/>
        <w:ind w:left="720"/>
      </w:pPr>
      <w:r/>
      <w:hyperlink r:id="rId13">
        <w:r>
          <w:rPr>
            <w:color w:val="0000EE"/>
            <w:u w:val="single"/>
          </w:rPr>
          <w:t>https://fredfitness.com</w:t>
        </w:r>
      </w:hyperlink>
      <w:r>
        <w:t xml:space="preserve"> - Details the use of EGYM’s AI system to provide personalized and adaptive workout plans.</w:t>
      </w:r>
      <w:r/>
    </w:p>
    <w:p>
      <w:pPr>
        <w:pStyle w:val="ListNumber"/>
        <w:spacing w:line="240" w:lineRule="auto"/>
        <w:ind w:left="720"/>
      </w:pPr>
      <w:r/>
      <w:hyperlink r:id="rId10">
        <w:r>
          <w:rPr>
            <w:color w:val="0000EE"/>
            <w:u w:val="single"/>
          </w:rPr>
          <w:t>https://www.prnewswire.com/news/fred-fitness-holdings,-llc/</w:t>
        </w:r>
      </w:hyperlink>
      <w:r>
        <w:t xml:space="preserve"> - Mentions the integration of smart equipment and the Fred Fitness App for a seamless workout experience.</w:t>
      </w:r>
      <w:r/>
    </w:p>
    <w:p>
      <w:pPr>
        <w:pStyle w:val="ListNumber"/>
        <w:spacing w:line="240" w:lineRule="auto"/>
        <w:ind w:left="720"/>
      </w:pPr>
      <w:r/>
      <w:hyperlink r:id="rId11">
        <w:r>
          <w:rPr>
            <w:color w:val="0000EE"/>
            <w:u w:val="single"/>
          </w:rPr>
          <w:t>https://www.benzinga.com/pressreleases/24/10/n41460899/fred-fitness-first-ai-powered-gym-concept-to-launch-in-santa-monica</w:t>
        </w:r>
      </w:hyperlink>
      <w:r>
        <w:t xml:space="preserve"> - Corroborates the plans for expanding the AI-driven gym concept across the U.S. via a franchise model.</w:t>
      </w:r>
      <w:r/>
    </w:p>
    <w:p>
      <w:pPr>
        <w:pStyle w:val="ListNumber"/>
        <w:spacing w:line="240" w:lineRule="auto"/>
        <w:ind w:left="720"/>
      </w:pPr>
      <w:r/>
      <w:hyperlink r:id="rId13">
        <w:r>
          <w:rPr>
            <w:color w:val="0000EE"/>
            <w:u w:val="single"/>
          </w:rPr>
          <w:t>https://fredfitness.com</w:t>
        </w:r>
      </w:hyperlink>
      <w:r>
        <w:t xml:space="preserve"> - Provides information about the location and design of the gym, including its Scandinavian minimalist aesthetics.</w:t>
      </w:r>
      <w:r/>
    </w:p>
    <w:p>
      <w:pPr>
        <w:pStyle w:val="ListNumber"/>
        <w:spacing w:line="240" w:lineRule="auto"/>
        <w:ind w:left="720"/>
      </w:pPr>
      <w:r/>
      <w:hyperlink r:id="rId15">
        <w:r>
          <w:rPr>
            <w:color w:val="0000EE"/>
            <w:u w:val="single"/>
          </w:rPr>
          <w:t>https://aijourn.com/fred-fitness-first-ai-powered-gym-concept-to-launch-in-santa-monica/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fred-fitness-holdings,-llc/" TargetMode="External"/><Relationship Id="rId11" Type="http://schemas.openxmlformats.org/officeDocument/2006/relationships/hyperlink" Target="https://www.benzinga.com/pressreleases/24/10/n41460899/fred-fitness-first-ai-powered-gym-concept-to-launch-in-santa-monica" TargetMode="External"/><Relationship Id="rId12" Type="http://schemas.openxmlformats.org/officeDocument/2006/relationships/hyperlink" Target="https://www.prnewswire.com/news-releases/fred-fitness-first-ai-powered-gym-concept-to-launch-in-santa-monica-302283422.html" TargetMode="External"/><Relationship Id="rId13" Type="http://schemas.openxmlformats.org/officeDocument/2006/relationships/hyperlink" Target="https://fredfitness.com" TargetMode="External"/><Relationship Id="rId14" Type="http://schemas.openxmlformats.org/officeDocument/2006/relationships/hyperlink" Target="https://muckrack.com/media-outlet/athletechnews" TargetMode="External"/><Relationship Id="rId15" Type="http://schemas.openxmlformats.org/officeDocument/2006/relationships/hyperlink" Target="https://aijourn.com/fred-fitness-first-ai-powered-gym-concept-to-launch-in-santa-mon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