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new anti-theft software aims to combat London’s mobile phone theft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New Anti-Theft Software Aims to Combat London’s Mobile Phone Theft Surge</w:t>
      </w:r>
      <w:r/>
    </w:p>
    <w:p>
      <w:r/>
      <w:r>
        <w:t>London, a bustling metropolis with its thrive and challenges, has been grappling with a significant spike in mobile phone thefts in recent years. Reports indicate an alarming rise in phone snatchings, largely attributed to thieves riding mopeds and e-bikes. In response to this pervasive issue, Google has unveiled innovative software designed to render stolen mobile phones useless, a move that has been warmly received by Sadiq Khan, the Mayor of London.</w:t>
      </w:r>
      <w:r/>
    </w:p>
    <w:p>
      <w:r/>
      <w:r>
        <w:t>This week, Mayor Khan visited Google's offices in St Pancras to witness the new Android smartphone security features firsthand. The software suite includes several groundbreaking tools, with a particular focus on protecting users from theft. Among the highlights is the 'Theft Detection Lock', an AI-powered feature that can discern when a phone has been forcibly snatched. By interpreting signals from the device such as the accelerometer, which can detect a sudden motion characteristic of a theft, the tool initiates a lock on the phone, thereby preventing unauthorized access to the phone and its data.</w:t>
      </w:r>
      <w:r/>
    </w:p>
    <w:p>
      <w:r/>
      <w:r>
        <w:t>During his visit, Khan expressed his enthusiasm for these advancements, stating he desires a future where "second-hand stolen phones are completely useless" to deter organised criminals. The aim is to make it challenging for these stolen devices to be resold or repurposed for parts, thus attacking the theft industry’s profitability.</w:t>
      </w:r>
      <w:r/>
    </w:p>
    <w:p>
      <w:r/>
      <w:r>
        <w:t>Dave Burke, Android's Vice President of Engineering, highlighted the global relevance of these tools, mentioning that the feedback from cities like Sao Paulo, Brazil, and London, where phone thefts are rampant, inspired their development. Burke underscored the severity of the issue, citing stark statistics that, in London, a phone is stolen approximately every six minutes.</w:t>
      </w:r>
      <w:r/>
    </w:p>
    <w:p>
      <w:r/>
      <w:r>
        <w:t>Alongside the Theft Detection Lock, Google has also introduced tools to enhance user control in the aftermath of a theft. One such feature allows users to lock their device remotely using their phone number to secure their personal information swiftly.</w:t>
      </w:r>
      <w:r/>
    </w:p>
    <w:p>
      <w:r/>
      <w:r>
        <w:t>The statistics around phone thefts in London are indeed sobering. Published figures from September reveal a 150 percent increase in snatch thefts, encompassing phone and handbag grabs, in just a year. Out of the 78,000 such thefts reported in England and Wales, the majority were in London, highlighting the city's struggle with this crime wave. Notably, the number of reported mobile phone thefts in London alone grew from 48,209 in 2018 to a staggering 94,341 in 2023.</w:t>
      </w:r>
      <w:r/>
    </w:p>
    <w:p>
      <w:r/>
      <w:r>
        <w:t>Key areas such as Westminster, Lambeth, and Newham have been highlighted as hotspots for these activities, with Dep Supt Saj Hussain, the Metropolitan Police's lead officer for phone theft, noting that most victims tend to be school-aged children. The police advise against retaliating during a theft, as a quarter of such incidents involve a knife, with video evidence showing some thieves even brandishing large blades.</w:t>
      </w:r>
      <w:r/>
    </w:p>
    <w:p>
      <w:r/>
      <w:r>
        <w:t>Mobile phones, even when locked and disabled, remain valuable as they can be dismantled for parts. IT and cyber-security expert Thomas Balogun explains that stolen phones are often shipped abroad, notably to regions like China, due to demand for components and looser regulations.</w:t>
      </w:r>
      <w:r/>
    </w:p>
    <w:p>
      <w:r/>
      <w:r>
        <w:t>The Mayor's comments coincide with wider governmental efforts to collaborate with tech companies. Policing Minister Dame Diana Johnson has voiced the need for manufacturers to create devices that are hard to exploit once stolen, further decreasing their value in the black market. However, concerns persist as devices can still be stripped for their valuable metal components.</w:t>
      </w:r>
      <w:r/>
    </w:p>
    <w:p>
      <w:r/>
      <w:r>
        <w:t>Despite the challenges, the Metropolitan Police continues its efforts to curb these crimes through increased patrols and strategic use of technology. The message emphasizes rapid reporting of thefts to maximise the likelihood of recovering stolen property and apprehending the thieves.</w:t>
      </w:r>
      <w:r/>
    </w:p>
    <w:p>
      <w:r/>
      <w:r>
        <w:t>In conclusion, Google's new security features are a promising step towards countering the rampant phone theft issue in London. With ongoing collaboration between tech firms, law enforcement, and government bodies, there is hope that criminals will find fewer incentives to target mobile phones, ultimately enhancing the safety and security of Londoners.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https://www.standard.co.uk/news/london/sadiq-khan-android-google-phone-thefts-london-robberies-stolen-mayor-b1189417.html</w:t>
        </w:r>
      </w:hyperlink>
      <w:r>
        <w:t xml:space="preserve"> - Corroborates Mayor Sadiq Khan's visit to Google's offices and his support for new Android security features to combat phone theft in London.</w:t>
      </w:r>
      <w:r/>
    </w:p>
    <w:p>
      <w:pPr>
        <w:pStyle w:val="ListNumber"/>
        <w:spacing w:line="240" w:lineRule="auto"/>
        <w:ind w:left="720"/>
      </w:pPr>
      <w:r/>
      <w:hyperlink r:id="rId10">
        <w:r>
          <w:rPr>
            <w:color w:val="0000EE"/>
            <w:u w:val="single"/>
          </w:rPr>
          <w:t>https://www.standard.co.uk/news/london/sadiq-khan-android-google-phone-thefts-london-robberies-stolen-mayor-b1189417.html</w:t>
        </w:r>
      </w:hyperlink>
      <w:r>
        <w:t xml:space="preserve"> - Details the 'Theft Detection Lock' feature and the ability to hide sensitive apps behind a separate PIN-locked area.</w:t>
      </w:r>
      <w:r/>
    </w:p>
    <w:p>
      <w:pPr>
        <w:pStyle w:val="ListNumber"/>
        <w:spacing w:line="240" w:lineRule="auto"/>
        <w:ind w:left="720"/>
      </w:pPr>
      <w:r/>
      <w:hyperlink r:id="rId11">
        <w:r>
          <w:rPr>
            <w:color w:val="0000EE"/>
            <w:u w:val="single"/>
          </w:rPr>
          <w:t>https://londonlovestech.com/mayor-welcomes-updates-from-google-to-combat-mobile-phone-theft/</w:t>
        </w:r>
      </w:hyperlink>
      <w:r>
        <w:t xml:space="preserve"> - Explains the Remote Lock feature that allows users to lock their device using just their phone number if it is lost or stolen.</w:t>
      </w:r>
      <w:r/>
    </w:p>
    <w:p>
      <w:pPr>
        <w:pStyle w:val="ListNumber"/>
        <w:spacing w:line="240" w:lineRule="auto"/>
        <w:ind w:left="720"/>
      </w:pPr>
      <w:r/>
      <w:hyperlink r:id="rId12">
        <w:r>
          <w:rPr>
            <w:color w:val="0000EE"/>
            <w:u w:val="single"/>
          </w:rPr>
          <w:t>https://www.reddit.com/r/london/comments/1cq40pl/londoners_phone_theft_advice/</w:t>
        </w:r>
      </w:hyperlink>
      <w:r>
        <w:t xml:space="preserve"> - Provides statistics on the frequency of phone thefts in London, including the fact that a phone is stolen every 10 minutes.</w:t>
      </w:r>
      <w:r/>
    </w:p>
    <w:p>
      <w:pPr>
        <w:pStyle w:val="ListNumber"/>
        <w:spacing w:line="240" w:lineRule="auto"/>
        <w:ind w:left="720"/>
      </w:pPr>
      <w:r/>
      <w:hyperlink r:id="rId13">
        <w:r>
          <w:rPr>
            <w:color w:val="0000EE"/>
            <w:u w:val="single"/>
          </w:rPr>
          <w:t>https://www.london.gov.uk/media-centre/mayors-press-release/mayor-welcomes-updates-from-google-to-combat-mobile-phone-theft</w:t>
        </w:r>
      </w:hyperlink>
      <w:r>
        <w:t xml:space="preserve"> - Highlights the meeting between the Mayor, Metropolitan Police Commissioner, and tech companies to address phone theft and the new security features introduced by Google.</w:t>
      </w:r>
      <w:r/>
    </w:p>
    <w:p>
      <w:pPr>
        <w:pStyle w:val="ListNumber"/>
        <w:spacing w:line="240" w:lineRule="auto"/>
        <w:ind w:left="720"/>
      </w:pPr>
      <w:r/>
      <w:hyperlink r:id="rId14">
        <w:r>
          <w:rPr>
            <w:color w:val="0000EE"/>
            <w:u w:val="single"/>
          </w:rPr>
          <w:t>https://blog.google/products/android/android-theft-protection/</w:t>
        </w:r>
      </w:hyperlink>
      <w:r>
        <w:t xml:space="preserve"> - Details the 'Theft Detection Lock' and 'Offline Device Lock' features, as well as the enhanced authentication and factory reset protection updates.</w:t>
      </w:r>
      <w:r/>
    </w:p>
    <w:p>
      <w:pPr>
        <w:pStyle w:val="ListNumber"/>
        <w:spacing w:line="240" w:lineRule="auto"/>
        <w:ind w:left="720"/>
      </w:pPr>
      <w:r/>
      <w:hyperlink r:id="rId12">
        <w:r>
          <w:rPr>
            <w:color w:val="0000EE"/>
            <w:u w:val="single"/>
          </w:rPr>
          <w:t>https://www.reddit.com/r/london/comments/1cq40pl/londoners_phone_theft_advice/</w:t>
        </w:r>
      </w:hyperlink>
      <w:r>
        <w:t xml:space="preserve"> - Discusses the tactics used by thieves, such as shoulder surfing and covert filming, to obtain passcodes and the financial risks associated with phone theft.</w:t>
      </w:r>
      <w:r/>
    </w:p>
    <w:p>
      <w:pPr>
        <w:pStyle w:val="ListNumber"/>
        <w:spacing w:line="240" w:lineRule="auto"/>
        <w:ind w:left="720"/>
      </w:pPr>
      <w:r/>
      <w:hyperlink r:id="rId10">
        <w:r>
          <w:rPr>
            <w:color w:val="0000EE"/>
            <w:u w:val="single"/>
          </w:rPr>
          <w:t>https://www.standard.co.uk/news/london/sadiq-khan-android-google-phone-thefts-london-robberies-stolen-mayor-b1189417.html</w:t>
        </w:r>
      </w:hyperlink>
      <w:r>
        <w:t xml:space="preserve"> - Mentions the significant increase in phone thefts in London, with figures showing a rise from 37,534 to 66,528 offences over two years.</w:t>
      </w:r>
      <w:r/>
    </w:p>
    <w:p>
      <w:pPr>
        <w:pStyle w:val="ListNumber"/>
        <w:spacing w:line="240" w:lineRule="auto"/>
        <w:ind w:left="720"/>
      </w:pPr>
      <w:r/>
      <w:hyperlink r:id="rId11">
        <w:r>
          <w:rPr>
            <w:color w:val="0000EE"/>
            <w:u w:val="single"/>
          </w:rPr>
          <w:t>https://londonlovestech.com/mayor-welcomes-updates-from-google-to-combat-mobile-phone-theft/</w:t>
        </w:r>
      </w:hyperlink>
      <w:r>
        <w:t xml:space="preserve"> - Corroborates the statistics on mobile phone crime driving the rise in robberies and thefts in London, with 33% of robberies involving phone theft.</w:t>
      </w:r>
      <w:r/>
    </w:p>
    <w:p>
      <w:pPr>
        <w:pStyle w:val="ListNumber"/>
        <w:spacing w:line="240" w:lineRule="auto"/>
        <w:ind w:left="720"/>
      </w:pPr>
      <w:r/>
      <w:hyperlink r:id="rId13">
        <w:r>
          <w:rPr>
            <w:color w:val="0000EE"/>
            <w:u w:val="single"/>
          </w:rPr>
          <w:t>https://www.london.gov.uk/media-centre/mayors-press-release/mayor-welcomes-updates-from-google-to-combat-mobile-phone-theft</w:t>
        </w:r>
      </w:hyperlink>
      <w:r>
        <w:t xml:space="preserve"> - Details the Metropolitan Police's efforts to curb phone theft, including increased patrols and the use of technology to track stolen devices.</w:t>
      </w:r>
      <w:r/>
    </w:p>
    <w:p>
      <w:pPr>
        <w:pStyle w:val="ListNumber"/>
        <w:spacing w:line="240" w:lineRule="auto"/>
        <w:ind w:left="720"/>
      </w:pPr>
      <w:r/>
      <w:hyperlink r:id="rId14">
        <w:r>
          <w:rPr>
            <w:color w:val="0000EE"/>
            <w:u w:val="single"/>
          </w:rPr>
          <w:t>https://blog.google/products/android/android-theft-protection/</w:t>
        </w:r>
      </w:hyperlink>
      <w:r>
        <w:t xml:space="preserve"> - Explains how stolen phones can be rendered useless by making it difficult to reset the device without the owner's credentials, reducing the incentive for theft.</w:t>
      </w:r>
      <w:r/>
    </w:p>
    <w:p>
      <w:pPr>
        <w:pStyle w:val="ListNumber"/>
        <w:spacing w:line="240" w:lineRule="auto"/>
        <w:ind w:left="720"/>
      </w:pPr>
      <w:r/>
      <w:hyperlink r:id="rId15">
        <w:r>
          <w:rPr>
            <w:color w:val="0000EE"/>
            <w:u w:val="single"/>
          </w:rPr>
          <w:t>https://www.dailymail.co.uk/news/article-13991507/Sadiq-Khan-hails-new-Google-software-makes-mobiles-completely-useless-moped-riding-thieves-critics-say-London-mayor-more.html?ns_mchannel=rss&amp;ns_campaign=1490&amp;ito=1490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ndard.co.uk/news/london/sadiq-khan-android-google-phone-thefts-london-robberies-stolen-mayor-b1189417.html" TargetMode="External"/><Relationship Id="rId11" Type="http://schemas.openxmlformats.org/officeDocument/2006/relationships/hyperlink" Target="https://londonlovestech.com/mayor-welcomes-updates-from-google-to-combat-mobile-phone-theft/" TargetMode="External"/><Relationship Id="rId12" Type="http://schemas.openxmlformats.org/officeDocument/2006/relationships/hyperlink" Target="https://www.reddit.com/r/london/comments/1cq40pl/londoners_phone_theft_advice/" TargetMode="External"/><Relationship Id="rId13" Type="http://schemas.openxmlformats.org/officeDocument/2006/relationships/hyperlink" Target="https://www.london.gov.uk/media-centre/mayors-press-release/mayor-welcomes-updates-from-google-to-combat-mobile-phone-theft" TargetMode="External"/><Relationship Id="rId14" Type="http://schemas.openxmlformats.org/officeDocument/2006/relationships/hyperlink" Target="https://blog.google/products/android/android-theft-protection/" TargetMode="External"/><Relationship Id="rId15" Type="http://schemas.openxmlformats.org/officeDocument/2006/relationships/hyperlink" Target="https://www.dailymail.co.uk/news/article-13991507/Sadiq-Khan-hails-new-Google-software-makes-mobiles-completely-useless-moped-riding-thieves-critics-say-London-mayor-mor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