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strengthens AI presence with Gemini Live innovations for Android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Strengthens AI Presence with Gemini Live Innovations for Android</w:t>
      </w:r>
      <w:r/>
    </w:p>
    <w:p>
      <w:r/>
      <w:r>
        <w:t>In a continued effort to reinforce its artificial intelligence offerings, Google is set to enhance its Gemini Live AI assistant across Android devices. According to a recent discovery of unreleased code by Android Authority, Gemini will soon be equipped with the capability to send messages and make calls even when the phone is locked, a feature that currently lies within the domain of Google Assistant.</w:t>
      </w:r>
      <w:r/>
    </w:p>
    <w:p>
      <w:r/>
      <w:r>
        <w:rPr>
          <w:b/>
        </w:rPr>
        <w:t>Enhanced AI Autonomy</w:t>
      </w:r>
      <w:r/>
    </w:p>
    <w:p>
      <w:r/>
      <w:r>
        <w:t>Gemini Live’s ability to control a device while locked is poised to be a central feature of this upgrade. Whilst users can already interact vocally with the AI when their device is locked, only Google Assistant currently facilitates making calls or sending messages without device unlocking. The newly unearthed code indicates that Gemini will soon offer these functionalities too.</w:t>
      </w:r>
      <w:r/>
    </w:p>
    <w:p>
      <w:r/>
      <w:r>
        <w:t>The impending update would include modifying Gemini’s settings to allow this feature, showcasing a toggle option to permit calls and messages from locked devices. This upgrade holds particular significance for scenarios requiring hands-free operation, such as driving or engaging in tasks that demand undivided attention.</w:t>
      </w:r>
      <w:r/>
    </w:p>
    <w:p>
      <w:r/>
      <w:r>
        <w:rPr>
          <w:b/>
        </w:rPr>
        <w:t>Redesign for User-Friendly Experience</w:t>
      </w:r>
      <w:r/>
    </w:p>
    <w:p>
      <w:r/>
      <w:r>
        <w:t>In addition to these functional upgrades, the development code also suggests a refined user interface for Gemini. The enhancements involve a more streamlined appearance, notably featuring an expanded floating text box for better visibility. Furthermore, Gemini Extensions will be categorically grouped for easier accessibility; however, the typical example commands for each category are reduced from three to just one, aiming for simplicity and clarity.</w:t>
      </w:r>
      <w:r/>
    </w:p>
    <w:p>
      <w:r/>
      <w:r>
        <w:t>These modifications, albeit incremental, underscore Google’s commitment to its AI strategy, reinforcing Android as a pivotal platform for Gemini’s capabilities amidst growing competition from rivals like Apple, who continue to advance their Apple Intelligence offerings.</w:t>
      </w:r>
      <w:r/>
    </w:p>
    <w:p>
      <w:r/>
      <w:r>
        <w:rPr>
          <w:b/>
        </w:rPr>
        <w:t>User Interaction Simplified</w:t>
      </w:r>
      <w:r/>
    </w:p>
    <w:p>
      <w:r/>
      <w:r>
        <w:t>Accompanying these technical updates are changes aimed at simplifying the user experience. Notably, the prompt within the text field has been reduced to "Ask Gemini" or "Ask Gemini Advanced," replacing the previous lengthy prompt. This change is already visible on Android devices and the web portal gemini.google.com, though the original format persists on iOS devices.</w:t>
      </w:r>
      <w:r/>
    </w:p>
    <w:p>
      <w:r/>
      <w:r>
        <w:t>The simplification aligns with recent Gemini home screen redesigns introduced from early October. Among these are potential future features allowing the overlay panel to expand as more text is entered, while maintaining versatility across different device versions.</w:t>
      </w:r>
      <w:r/>
    </w:p>
    <w:p>
      <w:r/>
      <w:r>
        <w:t>By implementing these upgrades, Google aims to solidify Gemini’s presence across Android platforms, enhancing its functionality and usability for its consumer base. As these developments unfold, users can anticipate a more integrated and efficient AI assistant experience, further entrenching Gemini within the daily operations of Android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https://www.zdnet.com/article/gemini-live-is-available-to-all-android-phones-for-free-heres-why-you-should-try-it/</w:t>
        </w:r>
      </w:hyperlink>
      <w:r>
        <w:t xml:space="preserve"> - Corroborates that Gemini Live is available for free to all Android users and details its conversational capabilities.</w:t>
      </w:r>
      <w:r/>
    </w:p>
    <w:p>
      <w:pPr>
        <w:pStyle w:val="ListNumber"/>
        <w:spacing w:line="240" w:lineRule="auto"/>
        <w:ind w:left="720"/>
      </w:pPr>
      <w:r/>
      <w:hyperlink r:id="rId11">
        <w:r>
          <w:rPr>
            <w:color w:val="0000EE"/>
            <w:u w:val="single"/>
          </w:rPr>
          <w:t>https://www.pymnts.com/artificial-intelligence-2/2024/google-makes-gemini-live-ai-chatbot-available-to-all-android-users/</w:t>
        </w:r>
      </w:hyperlink>
      <w:r>
        <w:t xml:space="preserve"> - Supports the availability of Gemini Live to all Android users and its features such as interrupting conversations and background use.</w:t>
      </w:r>
      <w:r/>
    </w:p>
    <w:p>
      <w:pPr>
        <w:pStyle w:val="ListNumber"/>
        <w:spacing w:line="240" w:lineRule="auto"/>
        <w:ind w:left="720"/>
      </w:pPr>
      <w:r/>
      <w:hyperlink r:id="rId12">
        <w:r>
          <w:rPr>
            <w:color w:val="0000EE"/>
            <w:u w:val="single"/>
          </w:rPr>
          <w:t>https://blog.google/products/gemini/gemini-live-extensions-language-expansion/</w:t>
        </w:r>
      </w:hyperlink>
      <w:r>
        <w:t xml:space="preserve"> - Details the expansion of Gemini Live to support over 40 languages and its integration with other Google apps.</w:t>
      </w:r>
      <w:r/>
    </w:p>
    <w:p>
      <w:pPr>
        <w:pStyle w:val="ListNumber"/>
        <w:spacing w:line="240" w:lineRule="auto"/>
        <w:ind w:left="720"/>
      </w:pPr>
      <w:r/>
      <w:hyperlink r:id="rId13">
        <w:r>
          <w:rPr>
            <w:color w:val="0000EE"/>
            <w:u w:val="single"/>
          </w:rPr>
          <w:t>https://www.zdnet.com/article/7-gemini-live-tips-and-tricks-how-to-get-more-out-of-googles-free-ai-voice-assistant/</w:t>
        </w:r>
      </w:hyperlink>
      <w:r>
        <w:t xml:space="preserve"> - Provides tips and tricks for using Gemini Live, including interrupting conversations, pausing chats, and using it in the background or on the lock screen.</w:t>
      </w:r>
      <w:r/>
    </w:p>
    <w:p>
      <w:pPr>
        <w:pStyle w:val="ListNumber"/>
        <w:spacing w:line="240" w:lineRule="auto"/>
        <w:ind w:left="720"/>
      </w:pPr>
      <w:r/>
      <w:hyperlink r:id="rId14">
        <w:r>
          <w:rPr>
            <w:color w:val="0000EE"/>
            <w:u w:val="single"/>
          </w:rPr>
          <w:t>https://www.revolgy.com/insights/blog/google-gemini-live-is-now-free-for-android-users</w:t>
        </w:r>
      </w:hyperlink>
      <w:r>
        <w:t xml:space="preserve"> - Confirms that Gemini Live is now free for Android users and highlights its adaptive AI, voice control, and hands-free capabilities.</w:t>
      </w:r>
      <w:r/>
    </w:p>
    <w:p>
      <w:pPr>
        <w:pStyle w:val="ListNumber"/>
        <w:spacing w:line="240" w:lineRule="auto"/>
        <w:ind w:left="720"/>
      </w:pPr>
      <w:r/>
      <w:hyperlink r:id="rId10">
        <w:r>
          <w:rPr>
            <w:color w:val="0000EE"/>
            <w:u w:val="single"/>
          </w:rPr>
          <w:t>https://www.zdnet.com/article/gemini-live-is-available-to-all-android-phones-for-free-heres-why-you-should-try-it/</w:t>
        </w:r>
      </w:hyperlink>
      <w:r>
        <w:t xml:space="preserve"> - Mentions the user-friendly features of Gemini Live, such as its ability to remember context and have natural conversations.</w:t>
      </w:r>
      <w:r/>
    </w:p>
    <w:p>
      <w:pPr>
        <w:pStyle w:val="ListNumber"/>
        <w:spacing w:line="240" w:lineRule="auto"/>
        <w:ind w:left="720"/>
      </w:pPr>
      <w:r/>
      <w:hyperlink r:id="rId11">
        <w:r>
          <w:rPr>
            <w:color w:val="0000EE"/>
            <w:u w:val="single"/>
          </w:rPr>
          <w:t>https://www.pymnts.com/artificial-intelligence-2/2024/google-makes-gemini-live-ai-chatbot-available-to-all-android-users/</w:t>
        </w:r>
      </w:hyperlink>
      <w:r>
        <w:t xml:space="preserve"> - Discusses the integration of Gemini with other Google apps and tools, aligning with the simplification and enhancement of the user experience.</w:t>
      </w:r>
      <w:r/>
    </w:p>
    <w:p>
      <w:pPr>
        <w:pStyle w:val="ListNumber"/>
        <w:spacing w:line="240" w:lineRule="auto"/>
        <w:ind w:left="720"/>
      </w:pPr>
      <w:r/>
      <w:hyperlink r:id="rId12">
        <w:r>
          <w:rPr>
            <w:color w:val="0000EE"/>
            <w:u w:val="single"/>
          </w:rPr>
          <w:t>https://blog.google/products/gemini/gemini-live-extensions-language-expansion/</w:t>
        </w:r>
      </w:hyperlink>
      <w:r>
        <w:t xml:space="preserve"> - Explains the categorial grouping of Gemini Extensions for easier accessibility and the reduction of example commands for simplicity.</w:t>
      </w:r>
      <w:r/>
    </w:p>
    <w:p>
      <w:pPr>
        <w:pStyle w:val="ListNumber"/>
        <w:spacing w:line="240" w:lineRule="auto"/>
        <w:ind w:left="720"/>
      </w:pPr>
      <w:r/>
      <w:hyperlink r:id="rId13">
        <w:r>
          <w:rPr>
            <w:color w:val="0000EE"/>
            <w:u w:val="single"/>
          </w:rPr>
          <w:t>https://www.zdnet.com/article/7-gemini-live-tips-and-tricks-how-to-get-more-out-of-googles-free-ai-voice-assistant/</w:t>
        </w:r>
      </w:hyperlink>
      <w:r>
        <w:t xml:space="preserve"> - Details the streamlined appearance and the expanded floating text box for better visibility in the Gemini interface.</w:t>
      </w:r>
      <w:r/>
    </w:p>
    <w:p>
      <w:pPr>
        <w:pStyle w:val="ListNumber"/>
        <w:spacing w:line="240" w:lineRule="auto"/>
        <w:ind w:left="720"/>
      </w:pPr>
      <w:r/>
      <w:hyperlink r:id="rId14">
        <w:r>
          <w:rPr>
            <w:color w:val="0000EE"/>
            <w:u w:val="single"/>
          </w:rPr>
          <w:t>https://www.revolgy.com/insights/blog/google-gemini-live-is-now-free-for-android-users</w:t>
        </w:r>
      </w:hyperlink>
      <w:r>
        <w:t xml:space="preserve"> - Supports the hands-free operation and the potential for future features like the overlay panel expanding as more text is entered.</w:t>
      </w:r>
      <w:r/>
    </w:p>
    <w:p>
      <w:pPr>
        <w:pStyle w:val="ListNumber"/>
        <w:spacing w:line="240" w:lineRule="auto"/>
        <w:ind w:left="720"/>
      </w:pPr>
      <w:r/>
      <w:hyperlink r:id="rId10">
        <w:r>
          <w:rPr>
            <w:color w:val="0000EE"/>
            <w:u w:val="single"/>
          </w:rPr>
          <w:t>https://www.zdnet.com/article/gemini-live-is-available-to-all-android-phones-for-free-heres-why-you-should-try-it/</w:t>
        </w:r>
      </w:hyperlink>
      <w:r>
        <w:t xml:space="preserve"> - Highlights Google's commitment to enhancing Gemini's functionality and usability, especially in comparison to competitors like Apple's Apple Intelligence.</w:t>
      </w:r>
      <w:r/>
    </w:p>
    <w:p>
      <w:pPr>
        <w:pStyle w:val="ListNumber"/>
        <w:spacing w:line="240" w:lineRule="auto"/>
        <w:ind w:left="720"/>
      </w:pPr>
      <w:r/>
      <w:hyperlink r:id="rId15">
        <w:r>
          <w:rPr>
            <w:color w:val="0000EE"/>
            <w:u w:val="single"/>
          </w:rPr>
          <w:t>https://www.techradar.com/computing/artificial-intelligence/gemini-will-soon-call-and-text-for-you-without-you-needing-to-unlock-your-phone</w:t>
        </w:r>
      </w:hyperlink>
      <w:r>
        <w:t xml:space="preserve"> - Please view link - unable to able to access data</w:t>
      </w:r>
      <w:r/>
    </w:p>
    <w:p>
      <w:pPr>
        <w:pStyle w:val="ListNumber"/>
        <w:spacing w:line="240" w:lineRule="auto"/>
        <w:ind w:left="720"/>
      </w:pPr>
      <w:r/>
      <w:hyperlink r:id="rId16">
        <w:r>
          <w:rPr>
            <w:color w:val="0000EE"/>
            <w:u w:val="single"/>
          </w:rPr>
          <w:t>https://www.androidauthority.com/gemini-simplification-continues-3492853/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gemini-live-is-available-to-all-android-phones-for-free-heres-why-you-should-try-it/" TargetMode="External"/><Relationship Id="rId11" Type="http://schemas.openxmlformats.org/officeDocument/2006/relationships/hyperlink" Target="https://www.pymnts.com/artificial-intelligence-2/2024/google-makes-gemini-live-ai-chatbot-available-to-all-android-users/" TargetMode="External"/><Relationship Id="rId12" Type="http://schemas.openxmlformats.org/officeDocument/2006/relationships/hyperlink" Target="https://blog.google/products/gemini/gemini-live-extensions-language-expansion/" TargetMode="External"/><Relationship Id="rId13" Type="http://schemas.openxmlformats.org/officeDocument/2006/relationships/hyperlink" Target="https://www.zdnet.com/article/7-gemini-live-tips-and-tricks-how-to-get-more-out-of-googles-free-ai-voice-assistant/" TargetMode="External"/><Relationship Id="rId14" Type="http://schemas.openxmlformats.org/officeDocument/2006/relationships/hyperlink" Target="https://www.revolgy.com/insights/blog/google-gemini-live-is-now-free-for-android-users" TargetMode="External"/><Relationship Id="rId15" Type="http://schemas.openxmlformats.org/officeDocument/2006/relationships/hyperlink" Target="https://www.techradar.com/computing/artificial-intelligence/gemini-will-soon-call-and-text-for-you-without-you-needing-to-unlock-your-phone" TargetMode="External"/><Relationship Id="rId16" Type="http://schemas.openxmlformats.org/officeDocument/2006/relationships/hyperlink" Target="https://www.androidauthority.com/gemini-simplification-continues-34928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