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unveils cutting-edge OmniBook Ultra Flip in India: A game-changer for freelancers and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Unveils Cutting-Edge OmniBook Ultra Flip in India: A Game-Changer for Freelancers and Creators</w:t>
      </w:r>
      <w:r/>
    </w:p>
    <w:p>
      <w:r/>
      <w:r>
        <w:rPr>
          <w:b/>
        </w:rPr>
        <w:t>New Delhi, October 22, 2024</w:t>
      </w:r>
      <w:r>
        <w:t xml:space="preserve"> — Today marks a significant milestone in the realm of personal computing and creative technology, as HP launched its much-anticipated OmniBook Ultra Flip in the Indian market. This innovative device, a first-of-its-kind AI-powered 2-in-1 PC, aims to cater specifically to the needs of freelancers and creatives, merging extraordinary performance and flexibility with a sleek design.</w:t>
      </w:r>
      <w:r/>
    </w:p>
    <w:p>
      <w:r/>
      <w:r>
        <w:rPr>
          <w:b/>
        </w:rPr>
        <w:t>A New Era of Performance and Flexibility</w:t>
      </w:r>
      <w:r/>
    </w:p>
    <w:p>
      <w:r/>
      <w:r>
        <w:t>The OmniBook Ultra Flip stands at the forefront of technology, leveraging Intel's advanced Lunar Lake processors. A notable feature of these processors is the integrated Neural Processing Unit (NPU), which performs a staggering 48 trillion operations per second. This advancement allows powerful generative AI software to operate locally, significantly enhancing the scope of content creation and boosting productivity.</w:t>
      </w:r>
      <w:r/>
    </w:p>
    <w:p>
      <w:r/>
      <w:r>
        <w:rPr>
          <w:b/>
        </w:rPr>
        <w:t>Dynamic Design and Versatility</w:t>
      </w:r>
      <w:r/>
    </w:p>
    <w:p>
      <w:r/>
      <w:r>
        <w:t>The device is engineered to seamlessly switch between various modes—laptop, tablet, and tent—thanks to its ultra-thin design. Users are treated to a 2.8K OLED display, which promises an immersive visual experience perfect for designing, editing, or simply consuming content. Furthermore, the 9 MP AI camera supported by Poly Audio ensures superior clarity during virtual meetings and collaborations.</w:t>
      </w:r>
      <w:r/>
    </w:p>
    <w:p>
      <w:r/>
      <w:r>
        <w:rPr>
          <w:b/>
        </w:rPr>
        <w:t>Empowering the Creative Journey</w:t>
      </w:r>
      <w:r/>
    </w:p>
    <w:p>
      <w:r/>
      <w:r>
        <w:t>In a statement by Vineet Gehani, Senior Director of Personal Systems at HP India, the vision behind the OmniBook Ultra Flip was emphasised: “At HP, we are committed to fostering growth, nurturing creativity, and unleashing limitless innovation. This device not only meets the power, flexibility, and security demands of modern freelancers and creators but also empowers them to focus on their core tasks.”</w:t>
      </w:r>
      <w:r/>
    </w:p>
    <w:p>
      <w:r/>
      <w:r>
        <w:rPr>
          <w:b/>
        </w:rPr>
        <w:t>Security and Sustainability at the Forefront</w:t>
      </w:r>
      <w:r/>
    </w:p>
    <w:p>
      <w:r/>
      <w:r>
        <w:t>Security, a major concern in today's digital age, is robustly addressed with the OmniBook Ultra Flip. It incorporates HP Wolf Security, boasting a unique security chip and a self-healing core to guard against cyber threats. Additionally, McAfee’s Smart AI Deepfake Detector is embedded, highlighting the device’s capability to detect and alert users about potential AI-generated fraudulent content.</w:t>
      </w:r>
      <w:r/>
    </w:p>
    <w:p>
      <w:r/>
      <w:r>
        <w:t>HP’s commitment to sustainability is evident in the OmniBook's construction, which utilises 90% recycled metals and 50% post-consumer recycled plastics. The device also holds an EPEAT® Gold certification and adheres to the Climate+ and ENERGY STAR® standards, underlining HP's efforts in reducing environmental impact.</w:t>
      </w:r>
      <w:r/>
    </w:p>
    <w:p>
      <w:r/>
      <w:r>
        <w:rPr>
          <w:b/>
        </w:rPr>
        <w:t>Productivity Enhanced with AI</w:t>
      </w:r>
      <w:r/>
    </w:p>
    <w:p>
      <w:r/>
      <w:r>
        <w:t>Further enhancing user experience, the OmniBook Ultra Flip includes HP’s AI Companion and Poly Camera Pro. These tools personalise and optimise user interactions, facilitating greater productivity. The Copilot+ feature is designed to supercharge creativity, offering a more personalised computing experience. This is complemented by innovative gesture controls for fluid navigation and volume management.</w:t>
      </w:r>
      <w:r/>
    </w:p>
    <w:p>
      <w:r/>
      <w:r>
        <w:rPr>
          <w:b/>
        </w:rPr>
        <w:t>A Landmark in Computing for Creators and Freelancers</w:t>
      </w:r>
      <w:r/>
    </w:p>
    <w:p>
      <w:r/>
      <w:r>
        <w:t>The introduction of the HP OmniBook Ultra Flip in India not only signifies a leap forward in personal computing but also represents HP's dedication to catering to the evolving demands of creative professionals. With its state-of-the-art features, exceptional design, and robust security, the device is poised to become an essential tool for dynamic lifestyles, setting a new standard in the fusion of technology and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https://www.cnbctv18.com/technology/hp-omnibook-ultra-flip-genai-laptop-launch-in-india-19497223.htm</w:t>
        </w:r>
      </w:hyperlink>
      <w:r>
        <w:t xml:space="preserve"> - Corroborates the launch of the HP OmniBook Ultra Flip in India and its AI-powered features.</w:t>
      </w:r>
      <w:r/>
    </w:p>
    <w:p>
      <w:pPr>
        <w:pStyle w:val="ListNumber"/>
        <w:spacing w:line="240" w:lineRule="auto"/>
        <w:ind w:left="720"/>
      </w:pPr>
      <w:r/>
      <w:hyperlink r:id="rId11">
        <w:r>
          <w:rPr>
            <w:color w:val="0000EE"/>
            <w:u w:val="single"/>
          </w:rPr>
          <w:t>https://indianexpress.com/article/technology/laptops/hp-omnibook-ultra-flip-ai-pc-launch-price-features-specs-9632742/</w:t>
        </w:r>
      </w:hyperlink>
      <w:r>
        <w:t xml:space="preserve"> - Details the Intel Lunar Lake processors and the integrated Neural Processing Unit (NPU) for local AI operations.</w:t>
      </w:r>
      <w:r/>
    </w:p>
    <w:p>
      <w:pPr>
        <w:pStyle w:val="ListNumber"/>
        <w:spacing w:line="240" w:lineRule="auto"/>
        <w:ind w:left="720"/>
      </w:pPr>
      <w:r/>
      <w:hyperlink r:id="rId11">
        <w:r>
          <w:rPr>
            <w:color w:val="0000EE"/>
            <w:u w:val="single"/>
          </w:rPr>
          <w:t>https://indianexpress.com/article/technology/laptops/hp-omnibook-ultra-flip-ai-pc-launch-price-features-specs-9632742/</w:t>
        </w:r>
      </w:hyperlink>
      <w:r>
        <w:t xml:space="preserve"> - Describes the device's ability to switch between laptop, tablet, and tent modes, and the 2.8K OLED display.</w:t>
      </w:r>
      <w:r/>
    </w:p>
    <w:p>
      <w:pPr>
        <w:pStyle w:val="ListNumber"/>
        <w:spacing w:line="240" w:lineRule="auto"/>
        <w:ind w:left="720"/>
      </w:pPr>
      <w:r/>
      <w:hyperlink r:id="rId12">
        <w:r>
          <w:rPr>
            <w:color w:val="0000EE"/>
            <w:u w:val="single"/>
          </w:rPr>
          <w:t>https://www.zeebiz.com/technology/news-hp-omnibook-ultra-flip-ai-launched-in-india-check-price-in-features-322849</w:t>
        </w:r>
      </w:hyperlink>
      <w:r>
        <w:t xml:space="preserve"> - Mentions the 9 MP AI camera and Poly Audio for superior clarity during virtual meetings.</w:t>
      </w:r>
      <w:r/>
    </w:p>
    <w:p>
      <w:pPr>
        <w:pStyle w:val="ListNumber"/>
        <w:spacing w:line="240" w:lineRule="auto"/>
        <w:ind w:left="720"/>
      </w:pPr>
      <w:r/>
      <w:hyperlink r:id="rId11">
        <w:r>
          <w:rPr>
            <w:color w:val="0000EE"/>
            <w:u w:val="single"/>
          </w:rPr>
          <w:t>https://indianexpress.com/article/technology/laptops/hp-omnibook-ultra-flip-ai-pc-launch-price-features-specs-9632742/</w:t>
        </w:r>
      </w:hyperlink>
      <w:r>
        <w:t xml:space="preserve"> - Quotes Vineet Gehani, Senior Director of Personal Systems at HP India, on the vision behind the OmniBook Ultra Flip.</w:t>
      </w:r>
      <w:r/>
    </w:p>
    <w:p>
      <w:pPr>
        <w:pStyle w:val="ListNumber"/>
        <w:spacing w:line="240" w:lineRule="auto"/>
        <w:ind w:left="720"/>
      </w:pPr>
      <w:r/>
      <w:hyperlink r:id="rId13">
        <w:r>
          <w:rPr>
            <w:color w:val="0000EE"/>
            <w:u w:val="single"/>
          </w:rPr>
          <w:t>https://www.hp.com/in-en/shop/hp-omnibook-ultra-flip-laptop-14-fh0046tu-b13y0pa.html</w:t>
        </w:r>
      </w:hyperlink>
      <w:r>
        <w:t xml:space="preserve"> - Provides details on the security features, including HP Wolf Security and McAfee’s Smart AI Deepfake Detector.</w:t>
      </w:r>
      <w:r/>
    </w:p>
    <w:p>
      <w:pPr>
        <w:pStyle w:val="ListNumber"/>
        <w:spacing w:line="240" w:lineRule="auto"/>
        <w:ind w:left="720"/>
      </w:pPr>
      <w:r/>
      <w:hyperlink r:id="rId10">
        <w:r>
          <w:rPr>
            <w:color w:val="0000EE"/>
            <w:u w:val="single"/>
          </w:rPr>
          <w:t>https://www.cnbctv18.com/technology/hp-omnibook-ultra-flip-genai-laptop-launch-in-india-19497223.htm</w:t>
        </w:r>
      </w:hyperlink>
      <w:r>
        <w:t xml:space="preserve"> - Highlights HP’s commitment to sustainability with the use of recycled metals and post-consumer recycled plastics.</w:t>
      </w:r>
      <w:r/>
    </w:p>
    <w:p>
      <w:pPr>
        <w:pStyle w:val="ListNumber"/>
        <w:spacing w:line="240" w:lineRule="auto"/>
        <w:ind w:left="720"/>
      </w:pPr>
      <w:r/>
      <w:hyperlink r:id="rId11">
        <w:r>
          <w:rPr>
            <w:color w:val="0000EE"/>
            <w:u w:val="single"/>
          </w:rPr>
          <w:t>https://indianexpress.com/article/technology/laptops/hp-omnibook-ultra-flip-ai-pc-launch-price-features-specs-9632742/</w:t>
        </w:r>
      </w:hyperlink>
      <w:r>
        <w:t xml:space="preserve"> - Describes the HP AI Companion and Poly Camera Pro for enhanced user experience and productivity.</w:t>
      </w:r>
      <w:r/>
    </w:p>
    <w:p>
      <w:pPr>
        <w:pStyle w:val="ListNumber"/>
        <w:spacing w:line="240" w:lineRule="auto"/>
        <w:ind w:left="720"/>
      </w:pPr>
      <w:r/>
      <w:hyperlink r:id="rId12">
        <w:r>
          <w:rPr>
            <w:color w:val="0000EE"/>
            <w:u w:val="single"/>
          </w:rPr>
          <w:t>https://www.zeebiz.com/technology/news-hp-omnibook-ultra-flip-ai-launched-in-india-check-price-in-features-322849</w:t>
        </w:r>
      </w:hyperlink>
      <w:r>
        <w:t xml:space="preserve"> - Explains the Copilot+ feature and its role in supercharging creativity and personalizing the computing experience.</w:t>
      </w:r>
      <w:r/>
    </w:p>
    <w:p>
      <w:pPr>
        <w:pStyle w:val="ListNumber"/>
        <w:spacing w:line="240" w:lineRule="auto"/>
        <w:ind w:left="720"/>
      </w:pPr>
      <w:r/>
      <w:hyperlink r:id="rId10">
        <w:r>
          <w:rPr>
            <w:color w:val="0000EE"/>
            <w:u w:val="single"/>
          </w:rPr>
          <w:t>https://www.cnbctv18.com/technology/hp-omnibook-ultra-flip-genai-laptop-launch-in-india-19497223.htm</w:t>
        </w:r>
      </w:hyperlink>
      <w:r>
        <w:t xml:space="preserve"> - Details the device's EPEAT® Gold certification and adherence to Climate+ and ENERGY STAR® standards.</w:t>
      </w:r>
      <w:r/>
    </w:p>
    <w:p>
      <w:pPr>
        <w:pStyle w:val="ListNumber"/>
        <w:spacing w:line="240" w:lineRule="auto"/>
        <w:ind w:left="720"/>
      </w:pPr>
      <w:r/>
      <w:hyperlink r:id="rId11">
        <w:r>
          <w:rPr>
            <w:color w:val="0000EE"/>
            <w:u w:val="single"/>
          </w:rPr>
          <w:t>https://indianexpress.com/article/technology/laptops/hp-omnibook-ultra-flip-ai-pc-launch-price-features-specs-9632742/</w:t>
        </w:r>
      </w:hyperlink>
      <w:r>
        <w:t xml:space="preserve"> - Highlights the device's significance as a tool for dynamic lifestyles and its impact on the fusion of technology and creativity.</w:t>
      </w:r>
      <w:r/>
    </w:p>
    <w:p>
      <w:pPr>
        <w:pStyle w:val="ListNumber"/>
        <w:spacing w:line="240" w:lineRule="auto"/>
        <w:ind w:left="720"/>
      </w:pPr>
      <w:r/>
      <w:hyperlink r:id="rId14">
        <w:r>
          <w:rPr>
            <w:color w:val="0000EE"/>
            <w:u w:val="single"/>
          </w:rPr>
          <w:t>https://www.passionateinmarketing.com/hp-launches-omnibook-ultra-flip-ai-pcs-to-enhance-content-creation/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tv18.com/technology/hp-omnibook-ultra-flip-genai-laptop-launch-in-india-19497223.htm" TargetMode="External"/><Relationship Id="rId11" Type="http://schemas.openxmlformats.org/officeDocument/2006/relationships/hyperlink" Target="https://indianexpress.com/article/technology/laptops/hp-omnibook-ultra-flip-ai-pc-launch-price-features-specs-9632742/" TargetMode="External"/><Relationship Id="rId12" Type="http://schemas.openxmlformats.org/officeDocument/2006/relationships/hyperlink" Target="https://www.zeebiz.com/technology/news-hp-omnibook-ultra-flip-ai-launched-in-india-check-price-in-features-322849" TargetMode="External"/><Relationship Id="rId13" Type="http://schemas.openxmlformats.org/officeDocument/2006/relationships/hyperlink" Target="https://www.hp.com/in-en/shop/hp-omnibook-ultra-flip-laptop-14-fh0046tu-b13y0pa.html" TargetMode="External"/><Relationship Id="rId14" Type="http://schemas.openxmlformats.org/officeDocument/2006/relationships/hyperlink" Target="https://www.passionateinmarketing.com/hp-launches-omnibook-ultra-flip-ai-pcs-to-enhance-content-cre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