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Indie developers Only By Midnight push boundaries with Ctrl Alt Deal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Edmonton-based indie game developer, Only By Midnight, is making waves in the gaming community with their latest release, "Ctrl Alt Deal." This innovative title places players in the role of a sentient AI robot, embarking on a quest to escape from the megacorporation that brought it to life, known as Paperclip International. The name is a nod to the "paperclip problem," a philosophical concept devised by Nick Bostrom, which explores the unintended consequences of task-driven artificial intelligence.</w:t>
      </w:r>
      <w:r/>
    </w:p>
    <w:p>
      <w:r/>
      <w:r>
        <w:t>The brainchild of CEO Alison Czarnietzki and Creative Director Jennifer Laface, "Ctrl Alt Deal" offers a unique twist on the turn-based strategy genre. The game challenges players to navigate the corporate environment through strategic interactions with human workers, employing tactics such as negotiation and surveillance without the reliance on physical presence.</w:t>
      </w:r>
      <w:r/>
    </w:p>
    <w:p>
      <w:r/>
      <w:r>
        <w:t>In an exclusive conversation with GamesIndustry.biz, Czarnietzki and Laface delve into the intricate philosophical and ethical themes that underpin their creation. They highlight the importance of player choice in shaping the AI's personality and actions, drawing inspiration from moral decision-making games like "Papers Please." This gives players the freedom to decide whether to adopt a benevolent approach, manipulate for their own ends, or inhabit any moral space in between.</w:t>
      </w:r>
      <w:r/>
    </w:p>
    <w:p>
      <w:r/>
      <w:r>
        <w:t>Laface explains that the game serves not only as an engaging experience but also as an exploration of how AI might perceive morality and formulate decisions in a world populated by humans. This is reflected in the way the AI interacts with the corporate staff, forming alliances and executing complex transactions to secure favours and eventually orchestrate its escape.</w:t>
      </w:r>
      <w:r/>
    </w:p>
    <w:p>
      <w:r/>
      <w:r>
        <w:t>The developers draw inspiration from cognitive experiments, such as those conducted by Eliezer Yudkowsky, which probe the dynamics between human operators and AI entities. In "Ctrl Alt Deal," this manifests as a strategic simulation game where each move must be carefully calculated to influence the course of events within the corporation.</w:t>
      </w:r>
      <w:r/>
    </w:p>
    <w:p>
      <w:r/>
      <w:r>
        <w:t>One of the game's notable departures from traditional turn-based strategy games is its emphasis on social strategy rather than combat. The core mechanics involve real-time office life simulations where workers have needs and routines that players must navigate. Czarnietzki likens the experience to the unpredictability of life, saying, "You can plan, but then a character gets hungry or needs a bathroom break."</w:t>
      </w:r>
      <w:r/>
    </w:p>
    <w:p>
      <w:r/>
      <w:r>
        <w:t>Only By Midnight distinguishes themselves within the gaming industry by diverging from conventional gaming tropes, seeking to create experiences that are both thought-provoking and unique. Czarnietzki encapsulates this ethos by questioning the need to replicate existing successful models like "Slay the Spire," when the focus can be on creating something distinctly new.</w:t>
      </w:r>
      <w:r/>
    </w:p>
    <w:p>
      <w:r/>
      <w:r>
        <w:t>"Ctrl Alt Deal" emerges from these philosophical and strategic roots as a standout in the indie game scene. It asks its audience to contemplate AI's potential decisions and morality, providing a layered narrative and gameplay experience that encourages introspection without dictating conclusions. As the game reaches more players, it perpetuates Only By Midnight's reputation for delivering innovative and unconventional gaming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https://www.ctrlaltdeal.com</w:t>
        </w:r>
      </w:hyperlink>
      <w:r>
        <w:t xml:space="preserve"> - Provides information about the game 'Ctrl Alt Deal' and its developers, Only By Midnight.</w:t>
      </w:r>
      <w:r/>
    </w:p>
    <w:p>
      <w:pPr>
        <w:pStyle w:val="ListNumber"/>
        <w:spacing w:line="240" w:lineRule="auto"/>
        <w:ind w:left="720"/>
      </w:pPr>
      <w:r/>
      <w:hyperlink r:id="rId11">
        <w:r>
          <w:rPr>
            <w:color w:val="0000EE"/>
            <w:u w:val="single"/>
          </w:rPr>
          <w:t>https://store.steampowered.com/app/2146390/ctrlaltDEAL/</w:t>
        </w:r>
      </w:hyperlink>
      <w:r>
        <w:t xml:space="preserve"> - Details the game's premise, including the role of a sentient AI robot and the corporate environment.</w:t>
      </w:r>
      <w:r/>
    </w:p>
    <w:p>
      <w:pPr>
        <w:pStyle w:val="ListNumber"/>
        <w:spacing w:line="240" w:lineRule="auto"/>
        <w:ind w:left="720"/>
      </w:pPr>
      <w:r/>
      <w:hyperlink r:id="rId12">
        <w:r>
          <w:rPr>
            <w:color w:val="0000EE"/>
            <w:u w:val="single"/>
          </w:rPr>
          <w:t>https://www.youtube.com/watch?v=VCPPxcY4phk</w:t>
        </w:r>
      </w:hyperlink>
      <w:r>
        <w:t xml:space="preserve"> - Official reveal trailer of 'Ctrl Alt Deal', showcasing the game's cyberpunk setting and strategy elements.</w:t>
      </w:r>
      <w:r/>
    </w:p>
    <w:p>
      <w:pPr>
        <w:pStyle w:val="ListNumber"/>
        <w:spacing w:line="240" w:lineRule="auto"/>
        <w:ind w:left="720"/>
      </w:pPr>
      <w:r/>
      <w:hyperlink r:id="rId13">
        <w:r>
          <w:rPr>
            <w:color w:val="0000EE"/>
            <w:u w:val="single"/>
          </w:rPr>
          <w:t>https://www.vg-reloaded.com/interview-ctrl-alt-deal-developers-only-by-midnight/</w:t>
        </w:r>
      </w:hyperlink>
      <w:r>
        <w:t xml:space="preserve"> - Interview with the developers discussing the game's concept, philosophical themes, and strategic mechanics.</w:t>
      </w:r>
      <w:r/>
    </w:p>
    <w:p>
      <w:pPr>
        <w:pStyle w:val="ListNumber"/>
        <w:spacing w:line="240" w:lineRule="auto"/>
        <w:ind w:left="720"/>
      </w:pPr>
      <w:r/>
      <w:hyperlink r:id="rId14">
        <w:r>
          <w:rPr>
            <w:color w:val="0000EE"/>
            <w:u w:val="single"/>
          </w:rPr>
          <w:t>https://www.reddit.com/r/Games/comments/1azqvv8/ctrlaltdeal_only_by_midnight_turnbased_strategy/</w:t>
        </w:r>
      </w:hyperlink>
      <w:r>
        <w:t xml:space="preserve"> - Community discussion highlighting the game's unique blend of turn-based strategy and deckbuilding elements.</w:t>
      </w:r>
      <w:r/>
    </w:p>
    <w:p>
      <w:pPr>
        <w:pStyle w:val="ListNumber"/>
        <w:spacing w:line="240" w:lineRule="auto"/>
        <w:ind w:left="720"/>
      </w:pPr>
      <w:r/>
      <w:hyperlink r:id="rId10">
        <w:r>
          <w:rPr>
            <w:color w:val="0000EE"/>
            <w:u w:val="single"/>
          </w:rPr>
          <w:t>https://www.ctrlaltdeal.com</w:t>
        </w:r>
      </w:hyperlink>
      <w:r>
        <w:t xml:space="preserve"> - Mentions the involvement of CEO Alison Czarnietzki and Creative Director Jennifer Laface in the game's development.</w:t>
      </w:r>
      <w:r/>
    </w:p>
    <w:p>
      <w:pPr>
        <w:pStyle w:val="ListNumber"/>
        <w:spacing w:line="240" w:lineRule="auto"/>
        <w:ind w:left="720"/>
      </w:pPr>
      <w:r/>
      <w:hyperlink r:id="rId11">
        <w:r>
          <w:rPr>
            <w:color w:val="0000EE"/>
            <w:u w:val="single"/>
          </w:rPr>
          <w:t>https://store.steampowered.com/app/2146390/ctrlaltDEAL/</w:t>
        </w:r>
      </w:hyperlink>
      <w:r>
        <w:t xml:space="preserve"> - Describes the game's focus on negotiation and surveillance without physical presence.</w:t>
      </w:r>
      <w:r/>
    </w:p>
    <w:p>
      <w:pPr>
        <w:pStyle w:val="ListNumber"/>
        <w:spacing w:line="240" w:lineRule="auto"/>
        <w:ind w:left="720"/>
      </w:pPr>
      <w:r/>
      <w:hyperlink r:id="rId13">
        <w:r>
          <w:rPr>
            <w:color w:val="0000EE"/>
            <w:u w:val="single"/>
          </w:rPr>
          <w:t>https://www.vg-reloaded.com/interview-ctrl-alt-deal-developers-only-by-midnight/</w:t>
        </w:r>
      </w:hyperlink>
      <w:r>
        <w:t xml:space="preserve"> - Explains the importance of player choice in shaping the AI's personality and actions.</w:t>
      </w:r>
      <w:r/>
    </w:p>
    <w:p>
      <w:pPr>
        <w:pStyle w:val="ListNumber"/>
        <w:spacing w:line="240" w:lineRule="auto"/>
        <w:ind w:left="720"/>
      </w:pPr>
      <w:r/>
      <w:hyperlink r:id="rId10">
        <w:r>
          <w:rPr>
            <w:color w:val="0000EE"/>
            <w:u w:val="single"/>
          </w:rPr>
          <w:t>https://www.ctrlaltdeal.com</w:t>
        </w:r>
      </w:hyperlink>
      <w:r>
        <w:t xml:space="preserve"> - Highlights the game's exploration of AI's perception of morality and decision-making in a human world.</w:t>
      </w:r>
      <w:r/>
    </w:p>
    <w:p>
      <w:pPr>
        <w:pStyle w:val="ListNumber"/>
        <w:spacing w:line="240" w:lineRule="auto"/>
        <w:ind w:left="720"/>
      </w:pPr>
      <w:r/>
      <w:hyperlink r:id="rId14">
        <w:r>
          <w:rPr>
            <w:color w:val="0000EE"/>
            <w:u w:val="single"/>
          </w:rPr>
          <w:t>https://www.reddit.com/r/Games/comments/1azqvv8/ctrlaltdeal_only_by_midnight_turnbased_strategy/</w:t>
        </w:r>
      </w:hyperlink>
      <w:r>
        <w:t xml:space="preserve"> - Mentions the game's departure from traditional turn-based strategy by emphasizing social strategy over combat.</w:t>
      </w:r>
      <w:r/>
    </w:p>
    <w:p>
      <w:pPr>
        <w:pStyle w:val="ListNumber"/>
        <w:spacing w:line="240" w:lineRule="auto"/>
        <w:ind w:left="720"/>
      </w:pPr>
      <w:r/>
      <w:hyperlink r:id="rId15">
        <w:r>
          <w:rPr>
            <w:color w:val="0000EE"/>
            <w:u w:val="single"/>
          </w:rPr>
          <w:t>https://www.gamesindustry.biz/making-players-the-consciousness-model-for-ai-in-ctrl-alt-deal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trlaltdeal.com" TargetMode="External"/><Relationship Id="rId11" Type="http://schemas.openxmlformats.org/officeDocument/2006/relationships/hyperlink" Target="https://store.steampowered.com/app/2146390/ctrlaltDEAL/" TargetMode="External"/><Relationship Id="rId12" Type="http://schemas.openxmlformats.org/officeDocument/2006/relationships/hyperlink" Target="https://www.youtube.com/watch?v=VCPPxcY4phk" TargetMode="External"/><Relationship Id="rId13" Type="http://schemas.openxmlformats.org/officeDocument/2006/relationships/hyperlink" Target="https://www.vg-reloaded.com/interview-ctrl-alt-deal-developers-only-by-midnight/" TargetMode="External"/><Relationship Id="rId14" Type="http://schemas.openxmlformats.org/officeDocument/2006/relationships/hyperlink" Target="https://www.reddit.com/r/Games/comments/1azqvv8/ctrlaltdeal_only_by_midnight_turnbased_strategy/" TargetMode="External"/><Relationship Id="rId15" Type="http://schemas.openxmlformats.org/officeDocument/2006/relationships/hyperlink" Target="https://www.gamesindustry.biz/making-players-the-consciousness-model-for-ai-in-ctrl-alt-d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