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Lawsuit against Tesla and Elon Musk centres on alleged copyright infringement involving Blade Runner 2049</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A recent lawsuit filed by Alcon Entertainment has put Tesla and Elon Musk in the spotlight over allegations of copyright infringement involving the 2017 film "Blade Runner 2049." The lawsuit accuses Musk and Tesla of using AI-generated images closely resembling scenes from the iconic science-fiction movie during their 'We, Robot' event, held on October 10 at the Warner Bros. studio lot in Burbank, California. </w:t>
      </w:r>
      <w:r/>
    </w:p>
    <w:p>
      <w:r/>
      <w:r>
        <w:t>Alcon Entertainment, which holds exclusive rights to the movie, claims it had previously refused permission for the use of any "Blade Runner 2049" images. The complaint filed in a federal court in Southern California further asserts that Warner Bros. Discovery (WBD), the movie’s distributor and a host of the event, collaborated with Tesla, potentially breaching copyright laws for financial gain through brand association. The lawsuit was filed after a last-minute, unsuccessful attempt by WBD to secure licensing rights just hours before the event.</w:t>
      </w:r>
      <w:r/>
    </w:p>
    <w:p>
      <w:r/>
      <w:r>
        <w:t>During the event, Musk unveiled Tesla's new creations - the Cybercab and Robovan, part of its ambitious roadmap into autonomous technology. At one point, as Musk introduced the Cybercab, a large screen behind him displayed an image of a figure in a long coat overseeing a devastated city, reminiscent of a scene in "Blade Runner 2049" featuring actor Ryan Gosling. Musk referenced the movie series during his speech, stating, "I love Blade Runner, but I don’t know if we want that future. I think we want that duster he’s wearing, but not the bleak apocalypse.”</w:t>
      </w:r>
      <w:r/>
    </w:p>
    <w:p>
      <w:r/>
      <w:r>
        <w:t>The live-streamed event, watched globally on X, formerly known as Twitter, featured not only these futuristic vehicles but also showcased Tesla's Optimus robot, highlighting its advanced skills and capabilities. The Tesla event, highly praised for its technological showcases, now faces scrutiny due to the alleged copyright infringement.</w:t>
      </w:r>
      <w:r/>
    </w:p>
    <w:p>
      <w:r/>
      <w:r>
        <w:t>Alcon Entertainment's complaint outlines their concerns about any implied association between their film and Tesla or Elon Musk, considering Musk's polarising public image and his controversial actions and statements, which they fear could affect the perception and partnerships related to their upcoming Blade Runner series, "Blade Runner 2099." Alcon's co-CEOs were firm in rejecting any such association that could potentially alienate other car brands or deter top Hollywood talent from working with them.</w:t>
      </w:r>
      <w:r/>
    </w:p>
    <w:p>
      <w:r/>
      <w:r>
        <w:t>Amidst these legal wrangles, neither Tesla nor Warner Bros. Discovery have offered immediate responses regarding the lawsuit. The allegations highlight a significant clash between a leading entertainment entity and a top-tier tech company, each with considerable influence within their respective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https://www.mysanantonio.com/business/article/elon-musk-tesla-blade-runner-lawsuit-19854100.php</w:t>
        </w:r>
      </w:hyperlink>
      <w:r>
        <w:t xml:space="preserve"> - Corroborates the lawsuit filed by Alcon Entertainment against Elon Musk and Tesla over copyright infringement involving 'Blade Runner 2049' images.</w:t>
      </w:r>
      <w:r/>
    </w:p>
    <w:p>
      <w:pPr>
        <w:pStyle w:val="ListNumber"/>
        <w:spacing w:line="240" w:lineRule="auto"/>
        <w:ind w:left="720"/>
      </w:pPr>
      <w:r/>
      <w:hyperlink r:id="rId11">
        <w:r>
          <w:rPr>
            <w:color w:val="0000EE"/>
            <w:u w:val="single"/>
          </w:rPr>
          <w:t>https://abcnews.go.com/US/wireStory/blade-runner-2049-producers-sue-elon-musk-tesla-115024918</w:t>
        </w:r>
      </w:hyperlink>
      <w:r>
        <w:t xml:space="preserve"> - Details the event where Tesla used AI-generated images resembling scenes from 'Blade Runner 2049' and Alcon's refusal of permission for image use.</w:t>
      </w:r>
      <w:r/>
    </w:p>
    <w:p>
      <w:pPr>
        <w:pStyle w:val="ListNumber"/>
        <w:spacing w:line="240" w:lineRule="auto"/>
        <w:ind w:left="720"/>
      </w:pPr>
      <w:r/>
      <w:hyperlink r:id="rId11">
        <w:r>
          <w:rPr>
            <w:color w:val="0000EE"/>
            <w:u w:val="single"/>
          </w:rPr>
          <w:t>https://abcnews.go.com/US/wireStory/blade-runner-2049-producers-sue-elon-musk-tesla-115024918</w:t>
        </w:r>
      </w:hyperlink>
      <w:r>
        <w:t xml:space="preserve"> - Describes the specific image shown during the event, comparing it to a scene from 'Blade Runner 2049' featuring Ryan Gosling.</w:t>
      </w:r>
      <w:r/>
    </w:p>
    <w:p>
      <w:pPr>
        <w:pStyle w:val="ListNumber"/>
        <w:spacing w:line="240" w:lineRule="auto"/>
        <w:ind w:left="720"/>
      </w:pPr>
      <w:r/>
      <w:hyperlink r:id="rId12">
        <w:r>
          <w:rPr>
            <w:color w:val="0000EE"/>
            <w:u w:val="single"/>
          </w:rPr>
          <w:t>https://variety.com/2024/biz/news/blade-runner-2049-lawsuit-elon-musk-tesla-warner-bros-discovery-1236184961/</w:t>
        </w:r>
      </w:hyperlink>
      <w:r>
        <w:t xml:space="preserve"> - Confirms the lawsuit filed in a Southern California federal court and the involvement of Warner Bros. Discovery.</w:t>
      </w:r>
      <w:r/>
    </w:p>
    <w:p>
      <w:pPr>
        <w:pStyle w:val="ListNumber"/>
        <w:spacing w:line="240" w:lineRule="auto"/>
        <w:ind w:left="720"/>
      </w:pPr>
      <w:r/>
      <w:hyperlink r:id="rId13">
        <w:r>
          <w:rPr>
            <w:color w:val="0000EE"/>
            <w:u w:val="single"/>
          </w:rPr>
          <w:t>https://www.washingtonpost.com/nation/2024/10/22/elon-musk-tesla-blade-runner-lawsuit/</w:t>
        </w:r>
      </w:hyperlink>
      <w:r>
        <w:t xml:space="preserve"> - Supports the allegations of copyright infringement and the last-minute attempt to secure licensing rights before the event.</w:t>
      </w:r>
      <w:r/>
    </w:p>
    <w:p>
      <w:pPr>
        <w:pStyle w:val="ListNumber"/>
        <w:spacing w:line="240" w:lineRule="auto"/>
        <w:ind w:left="720"/>
      </w:pPr>
      <w:r/>
      <w:hyperlink r:id="rId11">
        <w:r>
          <w:rPr>
            <w:color w:val="0000EE"/>
            <w:u w:val="single"/>
          </w:rPr>
          <w:t>https://abcnews.go.com/US/wireStory/blade-runner-2049-producers-sue-elon-musk-tesla-115024918</w:t>
        </w:r>
      </w:hyperlink>
      <w:r>
        <w:t xml:space="preserve"> - Quotes Elon Musk's speech during the event, where he referenced 'Blade Runner' and expressed his views on the movie's future.</w:t>
      </w:r>
      <w:r/>
    </w:p>
    <w:p>
      <w:pPr>
        <w:pStyle w:val="ListNumber"/>
        <w:spacing w:line="240" w:lineRule="auto"/>
        <w:ind w:left="720"/>
      </w:pPr>
      <w:r/>
      <w:hyperlink r:id="rId12">
        <w:r>
          <w:rPr>
            <w:color w:val="0000EE"/>
            <w:u w:val="single"/>
          </w:rPr>
          <w:t>https://variety.com/2024/biz/news/blade-runner-2049-lawsuit-elon-musk-tesla-warner-bros-discovery-1236184961/</w:t>
        </w:r>
      </w:hyperlink>
      <w:r>
        <w:t xml:space="preserve"> - Mentions the unveiling of Tesla's new creations, including the Cybercab and Robovan, during the 'We, Robot' event.</w:t>
      </w:r>
      <w:r/>
    </w:p>
    <w:p>
      <w:pPr>
        <w:pStyle w:val="ListNumber"/>
        <w:spacing w:line="240" w:lineRule="auto"/>
        <w:ind w:left="720"/>
      </w:pPr>
      <w:r/>
      <w:hyperlink r:id="rId10">
        <w:r>
          <w:rPr>
            <w:color w:val="0000EE"/>
            <w:u w:val="single"/>
          </w:rPr>
          <w:t>https://www.mysanantonio.com/business/article/elon-musk-tesla-blade-runner-lawsuit-19854100.php</w:t>
        </w:r>
      </w:hyperlink>
      <w:r>
        <w:t xml:space="preserve"> - Explains Alcon Entertainment's concerns about the potential impact of Musk's public image on their upcoming 'Blade Runner 2099' series.</w:t>
      </w:r>
      <w:r/>
    </w:p>
    <w:p>
      <w:pPr>
        <w:pStyle w:val="ListNumber"/>
        <w:spacing w:line="240" w:lineRule="auto"/>
        <w:ind w:left="720"/>
      </w:pPr>
      <w:r/>
      <w:hyperlink r:id="rId11">
        <w:r>
          <w:rPr>
            <w:color w:val="0000EE"/>
            <w:u w:val="single"/>
          </w:rPr>
          <w:t>https://abcnews.go.com/US/wireStory/blade-runner-2049-producers-sue-elon-musk-tesla-115024918</w:t>
        </w:r>
      </w:hyperlink>
      <w:r>
        <w:t xml:space="preserve"> - Details Alcon's rejection of any association with Tesla due to Musk's controversial actions and statements.</w:t>
      </w:r>
      <w:r/>
    </w:p>
    <w:p>
      <w:pPr>
        <w:pStyle w:val="ListNumber"/>
        <w:spacing w:line="240" w:lineRule="auto"/>
        <w:ind w:left="720"/>
      </w:pPr>
      <w:r/>
      <w:hyperlink r:id="rId12">
        <w:r>
          <w:rPr>
            <w:color w:val="0000EE"/>
            <w:u w:val="single"/>
          </w:rPr>
          <w:t>https://variety.com/2024/biz/news/blade-runner-2049-lawsuit-elon-musk-tesla-warner-bros-discovery-1236184961/</w:t>
        </w:r>
      </w:hyperlink>
      <w:r>
        <w:t xml:space="preserve"> - Notes that neither Tesla nor Warner Bros. Discovery have responded to the lawsuit allegations.</w:t>
      </w:r>
      <w:r/>
    </w:p>
    <w:p>
      <w:pPr>
        <w:pStyle w:val="ListNumber"/>
        <w:spacing w:line="240" w:lineRule="auto"/>
        <w:ind w:left="720"/>
      </w:pPr>
      <w:r/>
      <w:hyperlink r:id="rId13">
        <w:r>
          <w:rPr>
            <w:color w:val="0000EE"/>
            <w:u w:val="single"/>
          </w:rPr>
          <w:t>https://www.washingtonpost.com/nation/2024/10/22/elon-musk-tesla-blade-runner-lawsuit/</w:t>
        </w:r>
      </w:hyperlink>
      <w:r>
        <w:t xml:space="preserve"> - Highlights the significant clash between Alcon Entertainment and Tesla, each influential in their respective industries.</w:t>
      </w:r>
      <w:r/>
    </w:p>
    <w:p>
      <w:pPr>
        <w:pStyle w:val="ListNumber"/>
        <w:spacing w:line="240" w:lineRule="auto"/>
        <w:ind w:left="720"/>
      </w:pPr>
      <w:r/>
      <w:hyperlink r:id="rId14">
        <w:r>
          <w:rPr>
            <w:color w:val="0000EE"/>
            <w:u w:val="single"/>
          </w:rPr>
          <w:t>https://arstechnica.com/tech-policy/2024/10/tesla-warner-bros-sued-for-using-ai-ripoff-of-iconic-blade-runner-imagery/</w:t>
        </w:r>
      </w:hyperlink>
      <w:r>
        <w:t xml:space="preserve"> - Please view link - unable to able to access data</w:t>
      </w:r>
      <w:r/>
    </w:p>
    <w:p>
      <w:pPr>
        <w:pStyle w:val="ListNumber"/>
        <w:spacing w:line="240" w:lineRule="auto"/>
        <w:ind w:left="720"/>
      </w:pPr>
      <w:r/>
      <w:hyperlink r:id="rId15">
        <w:r>
          <w:rPr>
            <w:color w:val="0000EE"/>
            <w:u w:val="single"/>
          </w:rPr>
          <w:t>https://www.independent.co.uk/news/world/americas/tesla-ap-elon-musk-los-angeles-ceo-b2633568.html</w:t>
        </w:r>
      </w:hyperlink>
      <w:r>
        <w:t xml:space="preserve"> - Please view link - unable to able to access data</w:t>
      </w:r>
      <w:r/>
    </w:p>
    <w:p>
      <w:pPr>
        <w:pStyle w:val="ListNumber"/>
        <w:spacing w:line="240" w:lineRule="auto"/>
        <w:ind w:left="720"/>
      </w:pPr>
      <w:r/>
      <w:hyperlink r:id="rId16">
        <w:r>
          <w:rPr>
            <w:color w:val="0000EE"/>
            <w:u w:val="single"/>
          </w:rPr>
          <w:t>https://www.techtimes.com/articles/307960/20241022/tesla-elon-musk-faces-copyright-infringement-suit-blade-runner-2049s-alcon-we-robot-event.htm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ysanantonio.com/business/article/elon-musk-tesla-blade-runner-lawsuit-19854100.php" TargetMode="External"/><Relationship Id="rId11" Type="http://schemas.openxmlformats.org/officeDocument/2006/relationships/hyperlink" Target="https://abcnews.go.com/US/wireStory/blade-runner-2049-producers-sue-elon-musk-tesla-115024918" TargetMode="External"/><Relationship Id="rId12" Type="http://schemas.openxmlformats.org/officeDocument/2006/relationships/hyperlink" Target="https://variety.com/2024/biz/news/blade-runner-2049-lawsuit-elon-musk-tesla-warner-bros-discovery-1236184961/" TargetMode="External"/><Relationship Id="rId13" Type="http://schemas.openxmlformats.org/officeDocument/2006/relationships/hyperlink" Target="https://www.washingtonpost.com/nation/2024/10/22/elon-musk-tesla-blade-runner-lawsuit/" TargetMode="External"/><Relationship Id="rId14" Type="http://schemas.openxmlformats.org/officeDocument/2006/relationships/hyperlink" Target="https://arstechnica.com/tech-policy/2024/10/tesla-warner-bros-sued-for-using-ai-ripoff-of-iconic-blade-runner-imagery/" TargetMode="External"/><Relationship Id="rId15" Type="http://schemas.openxmlformats.org/officeDocument/2006/relationships/hyperlink" Target="https://www.independent.co.uk/news/world/americas/tesla-ap-elon-musk-los-angeles-ceo-b2633568.html" TargetMode="External"/><Relationship Id="rId16" Type="http://schemas.openxmlformats.org/officeDocument/2006/relationships/hyperlink" Target="https://www.techtimes.com/articles/307960/20241022/tesla-elon-musk-faces-copyright-infringement-suit-blade-runner-2049s-alcon-we-robot-event.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