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achieves breakthrough in solving long-standing mathematical problems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 giant known for its advancements in social networking and virtual reality, has reportedly made a significant scientific breakthrough by utilising artificial intelligence (AI) to solve longstanding mathematical problems. According to researchers at Meta, their newly developed AI system can effectively tackle complex mathematical challenges that have perplexed mathematicians for over a hundred years.</w:t>
      </w:r>
      <w:r/>
    </w:p>
    <w:p>
      <w:r/>
      <w:r>
        <w:t>The focus of this breakthrough lies in the resolution of problems involving Lyapunov functions. Named in honour of Russian mathematician Aleksandr Lyapunov, these mathematical tools are integral in determining the stability of a system over time. Essentially, Lyapunov functions help predict whether a system's behaviour will remain steady or result in unpredictable outcomes. An illustrative example of such a system is the "three-body problem," a classic conundrum in physics and mathematics that describes the intricate gravitational interactions between three celestial bodies. The motion resulting from these interactions is notoriously difficult to predict and model due to its complexity and sensitivity to initial conditions.</w:t>
      </w:r>
      <w:r/>
    </w:p>
    <w:p>
      <w:r/>
      <w:r>
        <w:t>Meta's AI system employs sophisticated algorithms to navigate these intricate calculations, offering insights into these long-resistant problems. This development not only underscores the potential of AI to enhance human understanding in domains traditionally dominated by complex calculus and mathematical intuition but also signifies a substantial leap forward in how technology can contribute to scientific inquiry.</w:t>
      </w:r>
      <w:r/>
    </w:p>
    <w:p>
      <w:r/>
      <w:r>
        <w:t>While the full implications of this achievement are yet to be explored, the ability to solve such complex mathematical issues could have far-reaching consequences. Potential applications may extend across varied scientific disciplines, including physics, engineering, and beyond, highlighting the transformative capacity of AI in aiding and advancing human knowledge.</w:t>
      </w:r>
      <w:r/>
    </w:p>
    <w:p>
      <w:r/>
      <w:r>
        <w:t>Meta's announcement marks a pivotal moment in the realm of AI and mathematics, heralding a future where artificial intelligence might play an increasingly integral role in addressing some of the most daunting scientific and mathematical challenges. This breakthrough represents a remarkable fusion of technology and mathematics, opening new avenues for exploration and understanding in fields dependent on rigorous mathematical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https://www.newscientist.com/article/2452780-meta-ai-tackles-maths-problems-that-stumped-humans-for-over-a-century/</w:t>
        </w:r>
      </w:hyperlink>
      <w:r>
        <w:t xml:space="preserve"> - Corroborates Meta's AI system solving mathematical problems involving Lyapunov functions and the three-body problem.</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Explains the role of Lyapunov functions in determining system stability and predicting behavior.</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Describes the complexity and sensitivity of the three-body problem in physics and mathematics.</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Details the sophisticated algorithms used by Meta's AI system to solve complex mathematical calculations.</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Highlights the potential of AI to enhance human understanding in complex mathematical domains.</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Discusses the far-reaching consequences and potential applications across scientific disciplines like physics and engineering.</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Marks the significance of Meta's announcement in the realm of AI and mathematics.</w:t>
      </w:r>
      <w:r/>
    </w:p>
    <w:p>
      <w:pPr>
        <w:pStyle w:val="ListNumber"/>
        <w:spacing w:line="240" w:lineRule="auto"/>
        <w:ind w:left="720"/>
      </w:pPr>
      <w:r/>
      <w:hyperlink r:id="rId10">
        <w:r>
          <w:rPr>
            <w:color w:val="0000EE"/>
            <w:u w:val="single"/>
          </w:rPr>
          <w:t>https://www.newscientist.com/article/2452780-meta-ai-tackles-maths-problems-that-stumped-humans-for-over-a-century/</w:t>
        </w:r>
      </w:hyperlink>
      <w:r>
        <w:t xml:space="preserve"> - Describes the fusion of technology and mathematics and the new avenues for exploration it opens.</w:t>
      </w:r>
      <w:r/>
    </w:p>
    <w:p>
      <w:pPr>
        <w:pStyle w:val="ListNumber"/>
        <w:spacing w:line="240" w:lineRule="auto"/>
        <w:ind w:left="720"/>
      </w:pPr>
      <w:r/>
      <w:hyperlink r:id="rId11">
        <w:r>
          <w:rPr>
            <w:color w:val="0000EE"/>
            <w:u w:val="single"/>
          </w:rPr>
          <w:t>https://www.reddit.com/r/technews/comments/1g9yd87/meta_ai_tackles_maths_problems_that_stumped/</w:t>
        </w:r>
      </w:hyperlink>
      <w:r>
        <w:t xml:space="preserve"> - Mentions Meta AI tackling maths problems that stumped humans, though it lacks detailed explanations.</w:t>
      </w:r>
      <w:r/>
    </w:p>
    <w:p>
      <w:pPr>
        <w:pStyle w:val="ListNumber"/>
        <w:spacing w:line="240" w:lineRule="auto"/>
        <w:ind w:left="720"/>
      </w:pPr>
      <w:r/>
      <w:hyperlink r:id="rId12">
        <w:r>
          <w:rPr>
            <w:color w:val="0000EE"/>
            <w:u w:val="single"/>
          </w:rPr>
          <w:t>https://www.theguardian.com/technology/article/2024/jul/25/google-deepmind-takes-step-closer-to-cracking-top-level-maths</w:t>
        </w:r>
      </w:hyperlink>
      <w:r>
        <w:t xml:space="preserve"> - Provides context on AI advancements in mathematics, though it focuses on Google DeepMind rather than Meta.</w:t>
      </w:r>
      <w:r/>
    </w:p>
    <w:p>
      <w:pPr>
        <w:pStyle w:val="ListNumber"/>
        <w:spacing w:line="240" w:lineRule="auto"/>
        <w:ind w:left="720"/>
      </w:pPr>
      <w:r/>
      <w:hyperlink r:id="rId13">
        <w:r>
          <w:rPr>
            <w:color w:val="0000EE"/>
            <w:u w:val="single"/>
          </w:rPr>
          <w:t>https://www.newscientist.com/article/2452780-meta-ai-tackles-maths-problems-that-stumped-humans-for-over-a-century/?utm_campaign=RSS%7CNSNS&amp;utm_source=NSNS&amp;utm_medium=RSS&amp;utm_content=technology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cientist.com/article/2452780-meta-ai-tackles-maths-problems-that-stumped-humans-for-over-a-century/" TargetMode="External"/><Relationship Id="rId11" Type="http://schemas.openxmlformats.org/officeDocument/2006/relationships/hyperlink" Target="https://www.reddit.com/r/technews/comments/1g9yd87/meta_ai_tackles_maths_problems_that_stumped/" TargetMode="External"/><Relationship Id="rId12" Type="http://schemas.openxmlformats.org/officeDocument/2006/relationships/hyperlink" Target="https://www.theguardian.com/technology/article/2024/jul/25/google-deepmind-takes-step-closer-to-cracking-top-level-maths" TargetMode="External"/><Relationship Id="rId13" Type="http://schemas.openxmlformats.org/officeDocument/2006/relationships/hyperlink" Target="https://www.newscientist.com/article/2452780-meta-ai-tackles-maths-problems-that-stumped-humans-for-over-a-century/?utm_campaign=RSS%7CNSNS&amp;utm_source=NSNS&amp;utm_medium=RSS&amp;utm_content=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