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grief through technology: A widow's journey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episode of the "Modern Love" podcast, two years after the tragic loss of her husband Eli de Figueiredo, Madeline de Figueiredo shares her poignant journey through grief and technological rediscovery. Eli, who passed away just a year into their marriage, left a profound void in Madeline's life, compelling her to find unconventional means to cope with his absence.</w:t>
      </w:r>
      <w:r/>
    </w:p>
    <w:p>
      <w:r/>
      <w:r>
        <w:t>In the aftermath of Eli’s passing, Madeline employed various personal rituals to keep his memory alive. She immersed herself in cooking Eli’s favourite dishes from his personal recipe book, danced to playlists meticulously curated by him, and sought comfort in watching videos and listening to voice mail messages that Eli had left behind. Yet, despite these efforts, the heavy burden of grief continued to weigh on her.</w:t>
      </w:r>
      <w:r/>
    </w:p>
    <w:p>
      <w:r/>
      <w:r>
        <w:t>A transformative moment arrived on what would have been Eli’s 27th birthday. Struck by the yearning to hear her husband’s voice once more, Madeline turned to artificial intelligence technology to recreate Eli’s voice, hoping to bridge the silent gap left in his wake. On the "Modern Love" podcast, she describes the initial trepidation and mixed emotions intertwined with listening to Eli’s artificially resurrected voice. This cutting-edge approach brought a new dimension to her grieving process, offering a unique avenue to connect with her departed spouse beyond traditional methods.</w:t>
      </w:r>
      <w:r/>
    </w:p>
    <w:p>
      <w:r/>
      <w:r>
        <w:t>The episode provides an auditory glimpse into Madeline’s innovative attempt at maintaining her emotional bond with Eli, exploring the complex interplay between technology and human emotion in the realm of grief. Her story was originally encapsulated in an essay published in 2024 entitled "Our Last, Impossible Conversation," which delves into the personal and emotional impacts of such a profound experience.</w:t>
      </w:r>
      <w:r/>
    </w:p>
    <w:p>
      <w:r/>
      <w:r>
        <w:t>While listeners of the podcast experience the depths of Madeline's emotional journey, the producers of "Modern Love" also engage with their audience, seeking stories related to personal and intimate experiences beyond loss. They invite individuals to share their narratives, particularly concerning the topic of egg freezing, thus broadening the conversation on modern love and the diverse ways people grapple with life’s significant choices and challenges.</w:t>
      </w:r>
      <w:r/>
    </w:p>
    <w:p>
      <w:r/>
      <w:r>
        <w:t>Madeline's story serves as a point of reflection on the possibilities and complexities technology introduces to personal relationships and the grieving process, offering listeners a multifaceted perspective on how love and memory can be preserved and experienced anew.</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https://www.nytimes.com/2024/10/23/podcasts/one-last-conversation-with-the-help-of-ai.html</w:t>
        </w:r>
      </w:hyperlink>
      <w:r>
        <w:t xml:space="preserve"> - Corroborates Madeline de Figueiredo's story of using AI to recreate her husband's voice and her emotional journey through grief.</w:t>
      </w:r>
      <w:r/>
    </w:p>
    <w:p>
      <w:pPr>
        <w:pStyle w:val="ListNumber"/>
        <w:spacing w:line="240" w:lineRule="auto"/>
        <w:ind w:left="720"/>
      </w:pPr>
      <w:r/>
      <w:hyperlink r:id="rId11">
        <w:r>
          <w:rPr>
            <w:color w:val="0000EE"/>
            <w:u w:val="single"/>
          </w:rPr>
          <w:t>https://www.nytimes.com/2024/03/22/style/modern-love-ai-our-last-impossible-conversation.html</w:t>
        </w:r>
      </w:hyperlink>
      <w:r>
        <w:t xml:space="preserve"> - Supports the publication of Madeline's essay 'Our Last, Impossible Conversation' and its connection to the Modern Love series.</w:t>
      </w:r>
      <w:r/>
    </w:p>
    <w:p>
      <w:pPr>
        <w:pStyle w:val="ListNumber"/>
        <w:spacing w:line="240" w:lineRule="auto"/>
        <w:ind w:left="720"/>
      </w:pPr>
      <w:r/>
      <w:hyperlink r:id="rId12">
        <w:r>
          <w:rPr>
            <w:color w:val="0000EE"/>
            <w:u w:val="single"/>
          </w:rPr>
          <w:t>https://www.youtube.com/watch?v=fgjSEqZAyLE</w:t>
        </w:r>
      </w:hyperlink>
      <w:r>
        <w:t xml:space="preserve"> - Provides a video version of the podcast episode where Madeline shares her experience with AI and grief.</w:t>
      </w:r>
      <w:r/>
    </w:p>
    <w:p>
      <w:pPr>
        <w:pStyle w:val="ListNumber"/>
        <w:spacing w:line="240" w:lineRule="auto"/>
        <w:ind w:left="720"/>
      </w:pPr>
      <w:r/>
      <w:hyperlink r:id="rId13">
        <w:r>
          <w:rPr>
            <w:color w:val="0000EE"/>
            <w:u w:val="single"/>
          </w:rPr>
          <w:t>https://www.spreaker.com/podcast/modern-love--4180709</w:t>
        </w:r>
      </w:hyperlink>
      <w:r>
        <w:t xml:space="preserve"> - Details the episode of the Modern Love podcast featuring Madeline de Figueiredo's story and her use of AI to reconnect with her husband.</w:t>
      </w:r>
      <w:r/>
    </w:p>
    <w:p>
      <w:pPr>
        <w:pStyle w:val="ListNumber"/>
        <w:spacing w:line="240" w:lineRule="auto"/>
        <w:ind w:left="720"/>
      </w:pPr>
      <w:r/>
      <w:hyperlink r:id="rId10">
        <w:r>
          <w:rPr>
            <w:color w:val="0000EE"/>
            <w:u w:val="single"/>
          </w:rPr>
          <w:t>https://www.nytimes.com/2024/10/23/podcasts/one-last-conversation-with-the-help-of-ai.html</w:t>
        </w:r>
      </w:hyperlink>
      <w:r>
        <w:t xml:space="preserve"> - Explains Madeline's personal rituals to keep her husband's memory alive, such as cooking his favorite dishes and listening to his voicemail messages.</w:t>
      </w:r>
      <w:r/>
    </w:p>
    <w:p>
      <w:pPr>
        <w:pStyle w:val="ListNumber"/>
        <w:spacing w:line="240" w:lineRule="auto"/>
        <w:ind w:left="720"/>
      </w:pPr>
      <w:r/>
      <w:hyperlink r:id="rId10">
        <w:r>
          <w:rPr>
            <w:color w:val="0000EE"/>
            <w:u w:val="single"/>
          </w:rPr>
          <w:t>https://www.nytimes.com/2024/10/23/podcasts/one-last-conversation-with-the-help-of-ai.html</w:t>
        </w:r>
      </w:hyperlink>
      <w:r>
        <w:t xml:space="preserve"> - Describes the transformative moment when Madeline used AI to recreate her husband's voice on what would have been his 27th birthday.</w:t>
      </w:r>
      <w:r/>
    </w:p>
    <w:p>
      <w:pPr>
        <w:pStyle w:val="ListNumber"/>
        <w:spacing w:line="240" w:lineRule="auto"/>
        <w:ind w:left="720"/>
      </w:pPr>
      <w:r/>
      <w:hyperlink r:id="rId11">
        <w:r>
          <w:rPr>
            <w:color w:val="0000EE"/>
            <w:u w:val="single"/>
          </w:rPr>
          <w:t>https://www.nytimes.com/2024/03/22/style/modern-love-ai-our-last-impossible-conversation.html</w:t>
        </w:r>
      </w:hyperlink>
      <w:r>
        <w:t xml:space="preserve"> - Provides context on the Modern Love series and its exploration of love, loss, and redemption.</w:t>
      </w:r>
      <w:r/>
    </w:p>
    <w:p>
      <w:pPr>
        <w:pStyle w:val="ListNumber"/>
        <w:spacing w:line="240" w:lineRule="auto"/>
        <w:ind w:left="720"/>
      </w:pPr>
      <w:r/>
      <w:hyperlink r:id="rId10">
        <w:r>
          <w:rPr>
            <w:color w:val="0000EE"/>
            <w:u w:val="single"/>
          </w:rPr>
          <w:t>https://www.nytimes.com/2024/10/23/podcasts/one-last-conversation-with-the-help-of-ai.html</w:t>
        </w:r>
      </w:hyperlink>
      <w:r>
        <w:t xml:space="preserve"> - Mentions the producers' invitation for audience stories, particularly on the topic of egg freezing.</w:t>
      </w:r>
      <w:r/>
    </w:p>
    <w:p>
      <w:pPr>
        <w:pStyle w:val="ListNumber"/>
        <w:spacing w:line="240" w:lineRule="auto"/>
        <w:ind w:left="720"/>
      </w:pPr>
      <w:r/>
      <w:hyperlink r:id="rId13">
        <w:r>
          <w:rPr>
            <w:color w:val="0000EE"/>
            <w:u w:val="single"/>
          </w:rPr>
          <w:t>https://www.spreaker.com/podcast/modern-love--4180709</w:t>
        </w:r>
      </w:hyperlink>
      <w:r>
        <w:t xml:space="preserve"> - Supports the broader context of the Modern Love podcast and its engagement with audience stories.</w:t>
      </w:r>
      <w:r/>
    </w:p>
    <w:p>
      <w:pPr>
        <w:pStyle w:val="ListNumber"/>
        <w:spacing w:line="240" w:lineRule="auto"/>
        <w:ind w:left="720"/>
      </w:pPr>
      <w:r/>
      <w:hyperlink r:id="rId10">
        <w:r>
          <w:rPr>
            <w:color w:val="0000EE"/>
            <w:u w:val="single"/>
          </w:rPr>
          <w:t>https://www.nytimes.com/2024/10/23/podcasts/one-last-conversation-with-the-help-of-ai.html</w:t>
        </w:r>
      </w:hyperlink>
      <w:r>
        <w:t xml:space="preserve"> - Reflects on the complexities and possibilities technology introduces to personal relationships and the grieving process.</w:t>
      </w:r>
      <w:r/>
    </w:p>
    <w:p>
      <w:pPr>
        <w:pStyle w:val="ListNumber"/>
        <w:spacing w:line="240" w:lineRule="auto"/>
        <w:ind w:left="720"/>
      </w:pPr>
      <w:r/>
      <w:hyperlink r:id="rId10">
        <w:r>
          <w:rPr>
            <w:color w:val="0000EE"/>
            <w:u w:val="single"/>
          </w:rPr>
          <w:t>https://www.nytimes.com/2024/10/23/podcasts/one-last-conversation-with-the-help-of-ai.html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ytimes.com/2024/10/23/podcasts/one-last-conversation-with-the-help-of-ai.html" TargetMode="External"/><Relationship Id="rId11" Type="http://schemas.openxmlformats.org/officeDocument/2006/relationships/hyperlink" Target="https://www.nytimes.com/2024/03/22/style/modern-love-ai-our-last-impossible-conversation.html" TargetMode="External"/><Relationship Id="rId12" Type="http://schemas.openxmlformats.org/officeDocument/2006/relationships/hyperlink" Target="https://www.youtube.com/watch?v=fgjSEqZAyLE" TargetMode="External"/><Relationship Id="rId13" Type="http://schemas.openxmlformats.org/officeDocument/2006/relationships/hyperlink" Target="https://www.spreaker.com/podcast/modern-love--418070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