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 xml:space="preserve">Nick Cannon tackles ethical dilemmas in gripping episode of </w:t>
      </w:r>
      <w:r>
        <w:rPr>
          <w:i/>
        </w:rPr>
        <w:t>Accused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Nick Cannon returns to dramatic acting in a gripping episode of the anthology TV series, </w:t>
      </w:r>
      <w:r>
        <w:rPr>
          <w:i/>
        </w:rPr>
        <w:t>Accused</w:t>
      </w:r>
      <w:r>
        <w:t>, airing on Fox. In the latest instalment, Cannon portrays Marcus, a successful entrepreneur on the brink of selling an AI-powered facial recognition software to Google, positioning him and his partner Pete, played by Patrick J. Adams, as upcoming billionaires. However, their fortunes take a drastic turn due to an ethical dilemma surrounding the software's accuracy.</w:t>
      </w:r>
      <w:r/>
    </w:p>
    <w:p>
      <w:r/>
      <w:r>
        <w:t>The storyline unfolds as Marcus learns about a significant discrepancy in the software, which tends to misidentify people of colour. This comes to light when an anonymous caller demands a hefty sum to keep the issue quiet, pushing Marcus to confront an ethical quagmire he was initially unaware of. Despite Pete's reassurance that the problem has been addressed, Marcus is torn, especially after a recent incident where a Black man was fatally misidentified by police using the software.</w:t>
      </w:r>
      <w:r/>
    </w:p>
    <w:p>
      <w:r/>
      <w:r>
        <w:t>Their business and ethical decision-making critically clash — Marcus favours transparency by disclosing the potentially damaging information, even at the risk of jeopardising the lucrative deal with Google. In contrast, Pete suggests paying off the blackmailer as a way to protect their financial interests. This conflict leads to a heated argument between the partners, culminating in a tragic accident. In a physical altercation, Marcus inadvertently causes Pete's death by shoving him, resulting in a fatal fall.</w:t>
      </w:r>
      <w:r/>
    </w:p>
    <w:p>
      <w:r/>
      <w:r>
        <w:t>As the episode progresses, viewers see Marcus on trial, not for the software's flaws, but for Pete's death. The court ultimately finds Marcus not guilty, yet the burden of the deaths and the ethical implications of their software weigh heavily on him. Marcus' experience serves as a turning point, forcing him to confront issues of race and technology that he had previously been shielded from by his professional success.</w:t>
      </w:r>
      <w:r/>
    </w:p>
    <w:p>
      <w:r/>
      <w:r>
        <w:t xml:space="preserve">In an interview about his role, Cannon expressed his enthusiasm for stepping into Marcus' shoes, describing the character's emotional journey as a compelling challenge. After years predominantly in hosting roles, Cannon embraced the opportunity to portray a character radically different from himself in a world far removed from his own. This episode of </w:t>
      </w:r>
      <w:r>
        <w:rPr>
          <w:i/>
        </w:rPr>
        <w:t>Accused</w:t>
      </w:r>
      <w:r>
        <w:t xml:space="preserve"> provided him a stage to display a range of emotions and to engage with pertinent contemporary issues surrounding artificial intelligence.</w:t>
      </w:r>
      <w:r/>
    </w:p>
    <w:p>
      <w:r/>
      <w:r>
        <w:t>Cannon reflected on the intriguing dilemma faced by Marcus, noting how it differs starkly from his personal life. While Nick Cannon has had to juggle career advancements and ethical questions, his personal experiences have not mirrored the intense struggles seen in Accused. Despite the weighty subject matter, Cannon found acting in the role deeply rewarding and expressed a desire to continue pursuing dramatic roles moving forward.</w:t>
      </w:r>
      <w:r/>
    </w:p>
    <w:p>
      <w:r/>
      <w:r>
        <w:t>The episode also showcases Cannon's raw portrayal of Marcus's inner turmoil, particularly during the concluding courtroom monologue, where Marcus articulates his remorse and the complex emotions following Pete's death and the software revelation. In preparing for this scene, Cannon navigated through various script versions, ultimately delivering a heartfelt performance that captures Marcus's struggle with guilt, loss, and the societal implications of his innovative work.</w:t>
      </w:r>
      <w:r/>
    </w:p>
    <w:p>
      <w:r/>
      <w:r>
        <w:t>Cannon’s return to dramatic acting highlights his versatility and commitment to his craft. While the future is uncertain for Marcus, who must manage the guilt of his friend’s accidental death alongside the looming ethical controversy, Cannon is optimistic about taking on new dramatic roles that challenge him and push boundaries, aligning with his passion for storytelling and acting.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https://wsvn.com/entertainment/deco-drive/nick-cannon-working-overtime-hosting-masked-singer-and-starring-new-fox-series-accused/</w:t>
        </w:r>
      </w:hyperlink>
      <w:r>
        <w:t xml:space="preserve"> - Corroborates Nick Cannon's role in the Fox series 'Accused' and the storyline involving a tech geek and facial recognition software.</w:t>
      </w:r>
      <w:r/>
    </w:p>
    <w:p>
      <w:pPr>
        <w:pStyle w:val="ListNumber"/>
        <w:spacing w:line="240" w:lineRule="auto"/>
        <w:ind w:left="720"/>
      </w:pPr>
      <w:r/>
      <w:hyperlink r:id="rId11">
        <w:r>
          <w:rPr>
            <w:color w:val="0000EE"/>
            <w:u w:val="single"/>
          </w:rPr>
          <w:t>https://deadline.com/2024/10/accused-season-2-episode-3-marcus-story-nick-cannon-interview-deadly-ai-1236144845/</w:t>
        </w:r>
      </w:hyperlink>
      <w:r>
        <w:t xml:space="preserve"> - Provides details on Nick Cannon's character Marcus and the unintended consequences of AI in the 'Accused' series.</w:t>
      </w:r>
      <w:r/>
    </w:p>
    <w:p>
      <w:pPr>
        <w:pStyle w:val="ListNumber"/>
        <w:spacing w:line="240" w:lineRule="auto"/>
        <w:ind w:left="720"/>
      </w:pPr>
      <w:r/>
      <w:hyperlink r:id="rId12">
        <w:r>
          <w:rPr>
            <w:color w:val="0000EE"/>
            <w:u w:val="single"/>
          </w:rPr>
          <w:t>https://www.imdb.com/news/ni64904249/</w:t>
        </w:r>
      </w:hyperlink>
      <w:r>
        <w:t xml:space="preserve"> - Discusses Nick Cannon's return to dramatic acting in 'Accused' and his character's involvement with AI and its consequences.</w:t>
      </w:r>
      <w:r/>
    </w:p>
    <w:p>
      <w:pPr>
        <w:pStyle w:val="ListNumber"/>
        <w:spacing w:line="240" w:lineRule="auto"/>
        <w:ind w:left="720"/>
      </w:pPr>
      <w:r/>
      <w:hyperlink r:id="rId10">
        <w:r>
          <w:rPr>
            <w:color w:val="0000EE"/>
            <w:u w:val="single"/>
          </w:rPr>
          <w:t>https://wsvn.com/entertainment/deco-drive/nick-cannon-working-overtime-hosting-masked-singer-and-starring-new-fox-series-accused/</w:t>
        </w:r>
      </w:hyperlink>
      <w:r>
        <w:t xml:space="preserve"> - Explains the courtroom scenario and the trial of Marcus Paul, played by Nick Cannon, in 'Accused'.</w:t>
      </w:r>
      <w:r/>
    </w:p>
    <w:p>
      <w:pPr>
        <w:pStyle w:val="ListNumber"/>
        <w:spacing w:line="240" w:lineRule="auto"/>
        <w:ind w:left="720"/>
      </w:pPr>
      <w:r/>
      <w:hyperlink r:id="rId13">
        <w:r>
          <w:rPr>
            <w:color w:val="0000EE"/>
            <w:u w:val="single"/>
          </w:rPr>
          <w:t>https://www.foxflash.com/shows/accused/bio/nick-cannon</w:t>
        </w:r>
      </w:hyperlink>
      <w:r>
        <w:t xml:space="preserve"> - Provides background information on Nick Cannon's career and his involvement in various projects, including 'Accused'.</w:t>
      </w:r>
      <w:r/>
    </w:p>
    <w:p>
      <w:pPr>
        <w:pStyle w:val="ListNumber"/>
        <w:spacing w:line="240" w:lineRule="auto"/>
        <w:ind w:left="720"/>
      </w:pPr>
      <w:r/>
      <w:hyperlink r:id="rId11">
        <w:r>
          <w:rPr>
            <w:color w:val="0000EE"/>
            <w:u w:val="single"/>
          </w:rPr>
          <w:t>https://deadline.com/2024/10/accused-season-2-episode-3-marcus-story-nick-cannon-interview-deadly-ai-1236144845/</w:t>
        </w:r>
      </w:hyperlink>
      <w:r>
        <w:t xml:space="preserve"> - Details the ethical dilemma faced by Marcus due to the AI-powered facial recognition software's accuracy issues.</w:t>
      </w:r>
      <w:r/>
    </w:p>
    <w:p>
      <w:pPr>
        <w:pStyle w:val="ListNumber"/>
        <w:spacing w:line="240" w:lineRule="auto"/>
        <w:ind w:left="720"/>
      </w:pPr>
      <w:r/>
      <w:hyperlink r:id="rId10">
        <w:r>
          <w:rPr>
            <w:color w:val="0000EE"/>
            <w:u w:val="single"/>
          </w:rPr>
          <w:t>https://wsvn.com/entertainment/deco-drive/nick-cannon-working-overtime-hosting-masked-singer-and-starring-new-fox-series-accused/</w:t>
        </w:r>
      </w:hyperlink>
      <w:r>
        <w:t xml:space="preserve"> - Describes the conflict between Marcus and his partner Pete over how to handle the software's flaws and the subsequent tragic accident.</w:t>
      </w:r>
      <w:r/>
    </w:p>
    <w:p>
      <w:pPr>
        <w:pStyle w:val="ListNumber"/>
        <w:spacing w:line="240" w:lineRule="auto"/>
        <w:ind w:left="720"/>
      </w:pPr>
      <w:r/>
      <w:hyperlink r:id="rId12">
        <w:r>
          <w:rPr>
            <w:color w:val="0000EE"/>
            <w:u w:val="single"/>
          </w:rPr>
          <w:t>https://www.imdb.com/news/ni64904249/</w:t>
        </w:r>
      </w:hyperlink>
      <w:r>
        <w:t xml:space="preserve"> - Highlights Nick Cannon's enthusiasm for portraying Marcus and the emotional journey of the character.</w:t>
      </w:r>
      <w:r/>
    </w:p>
    <w:p>
      <w:pPr>
        <w:pStyle w:val="ListNumber"/>
        <w:spacing w:line="240" w:lineRule="auto"/>
        <w:ind w:left="720"/>
      </w:pPr>
      <w:r/>
      <w:hyperlink r:id="rId14">
        <w:r>
          <w:rPr>
            <w:color w:val="0000EE"/>
            <w:u w:val="single"/>
          </w:rPr>
          <w:t>https://www.yahoo.com/entertainment/nick-cannon-wanted-accused-scripted-154040473.html</w:t>
        </w:r>
      </w:hyperlink>
      <w:r>
        <w:t xml:space="preserve"> - Mentions Nick Cannon's return to scripted TV after a decade and his desire to take on dramatic roles like in 'Accused'.</w:t>
      </w:r>
      <w:r/>
    </w:p>
    <w:p>
      <w:pPr>
        <w:pStyle w:val="ListNumber"/>
        <w:spacing w:line="240" w:lineRule="auto"/>
        <w:ind w:left="720"/>
      </w:pPr>
      <w:r/>
      <w:hyperlink r:id="rId11">
        <w:r>
          <w:rPr>
            <w:color w:val="0000EE"/>
            <w:u w:val="single"/>
          </w:rPr>
          <w:t>https://deadline.com/2024/10/accused-season-2-episode-3-marcus-story-nick-cannon-interview-deadly-ai-1236144845/</w:t>
        </w:r>
      </w:hyperlink>
      <w:r>
        <w:t xml:space="preserve"> - Discusses the courtroom monologue and Nick Cannon's preparation for the scene, showcasing Marcus's inner turmoil.</w:t>
      </w:r>
      <w:r/>
    </w:p>
    <w:p>
      <w:pPr>
        <w:pStyle w:val="ListNumber"/>
        <w:spacing w:line="240" w:lineRule="auto"/>
        <w:ind w:left="720"/>
      </w:pPr>
      <w:r/>
      <w:hyperlink r:id="rId10">
        <w:r>
          <w:rPr>
            <w:color w:val="0000EE"/>
            <w:u w:val="single"/>
          </w:rPr>
          <w:t>https://wsvn.com/entertainment/deco-drive/nick-cannon-working-overtime-hosting-masked-singer-and-starring-new-fox-series-accused/</w:t>
        </w:r>
      </w:hyperlink>
      <w:r>
        <w:t xml:space="preserve"> - Corroborates Nick Cannon’s commitment to his craft and his optimism about taking on new dramatic roles.</w:t>
      </w:r>
      <w:r/>
    </w:p>
    <w:p>
      <w:pPr>
        <w:pStyle w:val="ListNumber"/>
        <w:spacing w:line="240" w:lineRule="auto"/>
        <w:ind w:left="720"/>
      </w:pPr>
      <w:r/>
      <w:hyperlink r:id="rId11">
        <w:r>
          <w:rPr>
            <w:color w:val="0000EE"/>
            <w:u w:val="single"/>
          </w:rPr>
          <w:t>https://deadline.com/2024/10/accused-season-2-episode-3-marcus-story-nick-cannon-interview-deadly-ai-1236144845/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svn.com/entertainment/deco-drive/nick-cannon-working-overtime-hosting-masked-singer-and-starring-new-fox-series-accused/" TargetMode="External"/><Relationship Id="rId11" Type="http://schemas.openxmlformats.org/officeDocument/2006/relationships/hyperlink" Target="https://deadline.com/2024/10/accused-season-2-episode-3-marcus-story-nick-cannon-interview-deadly-ai-1236144845/" TargetMode="External"/><Relationship Id="rId12" Type="http://schemas.openxmlformats.org/officeDocument/2006/relationships/hyperlink" Target="https://www.imdb.com/news/ni64904249/" TargetMode="External"/><Relationship Id="rId13" Type="http://schemas.openxmlformats.org/officeDocument/2006/relationships/hyperlink" Target="https://www.foxflash.com/shows/accused/bio/nick-cannon" TargetMode="External"/><Relationship Id="rId14" Type="http://schemas.openxmlformats.org/officeDocument/2006/relationships/hyperlink" Target="https://www.yahoo.com/entertainment/nick-cannon-wanted-accused-scripted-15404047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