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unveils revolutionary AI-powered platforms at Snapdragon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Qualcomm Unveils Revolutionary AI-Powered Platforms at Snapdragon Summit</w:t>
      </w:r>
      <w:r/>
    </w:p>
    <w:p>
      <w:r/>
      <w:r>
        <w:t>In a groundbreaking shift for the automotive industry, Qualcomm has launched its latest innovations, the Snapdragon Cockpit Elite and Snapdragon Ride Elite platforms, which promise to transform the driving experience into a smarter, safer, and more personalised journey. These cutting-edge technologies were introduced at the Snapdragon Summit, which took place in the scenic locale of Hawaii.</w:t>
      </w:r>
      <w:r/>
    </w:p>
    <w:p>
      <w:r/>
      <w:r>
        <w:t>The Snapdragon Cockpit Elite is tailored to enhance the digital experience for both drivers and passengers, transforming vehicles into mobile smart spaces. Meanwhile, the Snapdragon Ride Elite is centred on providing sophisticated assistive driving capabilities that significantly bolster vehicle safety. Leading automotive brands Mercedes Benz and Chinese electric vehicle manufacturer Li Auto have already committed to integrating these platforms into their upcoming models.</w:t>
      </w:r>
      <w:r/>
    </w:p>
    <w:p>
      <w:r/>
      <w:r>
        <w:t>Qualcomm, traditionally renowned for its smartphone chipsets, has made impressive strides in the automotive sector over a short few years. Cristiano Amon, the company’s CEO, highlighted Qualcomm's rapid ascension in the industry during his keynote speech at the summit, acknowledging the scepticism they initially faced. "There's so many people that told us we'll not succeed in automotive," Amon stated, as he emphasised Qualcomm’s success at becoming a partner for nearly every major car manufacturer by offering state-of-the-art technology solutions.</w:t>
      </w:r>
      <w:r/>
    </w:p>
    <w:p>
      <w:r/>
      <w:r>
        <w:t>The new platforms are powered by Qualcomm’s Oryon CPU, initially unveiled last year for mobile platforms and now adapted for automotive use. The Oryon CPU offers a threefold improvement in central processing unit performance and a twelvefold increase in AI capabilities over its predecessor. This translates to more secure and enriched in-vehicle experiences. Central to this advancement is the neural processing unit (NPU), which can efficiently process inputs from multiple sensors and data sources, managing navigation, entertainment, and communication dynamically across all displays and audio interfaces. It can personalise the passenger experience, recognising who is in the vehicle and adapting accordingly—for instance, withholding sensitive message contents if the mentioned person is present.</w:t>
      </w:r>
      <w:r/>
    </w:p>
    <w:p>
      <w:r/>
      <w:r>
        <w:t>Another enhancement brought by Qualcomm’s latest innovations is advanced zonal audio support. This feature creates individualised audio environments for each passenger, allowing for diverse activities such as listening to road condition alerts, watching movies, or gaming without interference.</w:t>
      </w:r>
      <w:r/>
    </w:p>
    <w:p>
      <w:r/>
      <w:r>
        <w:t>A significant advantage of these AI-driven platforms is their contribution to vehicle safety. Modern cars must process real-time data from a network of cameras and sensors to ensure driver and passenger safety. The Snapdragon Ride Elite platform boasts six times the computing power of its forerunner, enabling it to provide rapid responses to potential hazards and improve the vehicle’s overall responsiveness and safety measures.</w:t>
      </w:r>
      <w:r/>
    </w:p>
    <w:p>
      <w:r/>
      <w:r>
        <w:t>With support for over 40 sensors, including multiple high-definition cameras, the platform processes vast amounts of information in real time, adapting to various lighting conditions to optimise visibility and safety.</w:t>
      </w:r>
      <w:r/>
    </w:p>
    <w:p>
      <w:r/>
      <w:r>
        <w:t>While Mercedes Benz and Li Auto have affirmed their adoption of Qualcomm’s new platforms, it remains uncertain which other automakers will follow suit. Nonetheless, Amon suggests that most are aligning with Qualcomm to embrace the future of connected cars. The platform’s versatility allows it to be customised to meet the specific demands of different manufacturers.</w:t>
      </w:r>
      <w:r/>
    </w:p>
    <w:p>
      <w:r/>
      <w:r>
        <w:t>"The car is now more than just mode of transportation. It is becoming a seamless extension of our digital lives," stated Nakul Duggal, Qualcomm's group general manager of the automotive sector, during the summit. "It is a mobile living space, a space that is customizable on the fly, making your family weekend road trips more fun for everyone."</w:t>
      </w:r>
      <w:r/>
    </w:p>
    <w:p>
      <w:r/>
      <w:r>
        <w:t>As vehicles increasingly evolve into personalised smart spaces with the aid of AI, Qualcomm positions itself as a forerunner in this crucial technological shift, demonstrating significant advancements in both the safety and entertainment aspects of modern driving.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https://www.qualcomm.com/news/onq/2024/10/snapdragon-is-everywhere-takeaways-from-day-1-snapdragon-summit-2024</w:t>
        </w:r>
      </w:hyperlink>
      <w:r>
        <w:t xml:space="preserve"> - Corroborates the introduction of new Snapdragon platforms and AI innovations at the Snapdragon Summit.</w:t>
      </w:r>
      <w:r/>
    </w:p>
    <w:p>
      <w:pPr>
        <w:pStyle w:val="ListNumber"/>
        <w:spacing w:line="240" w:lineRule="auto"/>
        <w:ind w:left="720"/>
      </w:pPr>
      <w:r/>
      <w:hyperlink r:id="rId11">
        <w:r>
          <w:rPr>
            <w:color w:val="0000EE"/>
            <w:u w:val="single"/>
          </w:rPr>
          <w:t>https://futurride.com/2024/10/22/qualcomm-ups-snapdragon-tech-with-cockpit-and-ride-elite-platforms/</w:t>
        </w:r>
      </w:hyperlink>
      <w:r>
        <w:t xml:space="preserve"> - Provides details on the Snapdragon Cockpit Elite and Snapdragon Ride Elite platforms, including their features and benefits.</w:t>
      </w:r>
      <w:r/>
    </w:p>
    <w:p>
      <w:pPr>
        <w:pStyle w:val="ListNumber"/>
        <w:spacing w:line="240" w:lineRule="auto"/>
        <w:ind w:left="720"/>
      </w:pPr>
      <w:r/>
      <w:hyperlink r:id="rId12">
        <w:r>
          <w:rPr>
            <w:color w:val="0000EE"/>
            <w:u w:val="single"/>
          </w:rPr>
          <w:t>https://www.qualcomm.com/news/releases/2024/10/qualcomm-unveils-snapdragon-8-elite-with-the-world-s-fastest-mob</w:t>
        </w:r>
      </w:hyperlink>
      <w:r>
        <w:t xml:space="preserve"> - Mentions the Oryon CPU, which is also adapted for automotive use in the new Snapdragon platforms.</w:t>
      </w:r>
      <w:r/>
    </w:p>
    <w:p>
      <w:pPr>
        <w:pStyle w:val="ListNumber"/>
        <w:spacing w:line="240" w:lineRule="auto"/>
        <w:ind w:left="720"/>
      </w:pPr>
      <w:r/>
      <w:hyperlink r:id="rId13">
        <w:r>
          <w:rPr>
            <w:color w:val="0000EE"/>
            <w:u w:val="single"/>
          </w:rPr>
          <w:t>https://www.qualcomm.com/news/onq/2024/10/coming-to-snapdragon-x-series-new-npu-powered-creator-tools-and-daw-apps</w:t>
        </w:r>
      </w:hyperlink>
      <w:r>
        <w:t xml:space="preserve"> - Discusses the role of the neural processing unit (NPU) in processing inputs from multiple sensors and data sources, relevant to the automotive context.</w:t>
      </w:r>
      <w:r/>
    </w:p>
    <w:p>
      <w:pPr>
        <w:pStyle w:val="ListNumber"/>
        <w:spacing w:line="240" w:lineRule="auto"/>
        <w:ind w:left="720"/>
      </w:pPr>
      <w:r/>
      <w:hyperlink r:id="rId14">
        <w:r>
          <w:rPr>
            <w:color w:val="0000EE"/>
            <w:u w:val="single"/>
          </w:rPr>
          <w:t>https://www.youtube.com/watch?v=0e5zpV0NS50</w:t>
        </w:r>
      </w:hyperlink>
      <w:r>
        <w:t xml:space="preserve"> - Includes keynote speeches and discussions about Qualcomm's advancements in AI and partnerships, relevant to the automotive sector.</w:t>
      </w:r>
      <w:r/>
    </w:p>
    <w:p>
      <w:pPr>
        <w:pStyle w:val="ListNumber"/>
        <w:spacing w:line="240" w:lineRule="auto"/>
        <w:ind w:left="720"/>
      </w:pPr>
      <w:r/>
      <w:hyperlink r:id="rId10">
        <w:r>
          <w:rPr>
            <w:color w:val="0000EE"/>
            <w:u w:val="single"/>
          </w:rPr>
          <w:t>https://www.qualcomm.com/news/onq/2024/10/snapdragon-is-everywhere-takeaways-from-day-1-snapdragon-summit-2024</w:t>
        </w:r>
      </w:hyperlink>
      <w:r>
        <w:t xml:space="preserve"> - Highlights Cristiano Amon's keynote speech and Qualcomm's success in the automotive industry.</w:t>
      </w:r>
      <w:r/>
    </w:p>
    <w:p>
      <w:pPr>
        <w:pStyle w:val="ListNumber"/>
        <w:spacing w:line="240" w:lineRule="auto"/>
        <w:ind w:left="720"/>
      </w:pPr>
      <w:r/>
      <w:hyperlink r:id="rId11">
        <w:r>
          <w:rPr>
            <w:color w:val="0000EE"/>
            <w:u w:val="single"/>
          </w:rPr>
          <w:t>https://futurride.com/2024/10/22/qualcomm-ups-snapdragon-tech-with-cockpit-and-ride-elite-platforms/</w:t>
        </w:r>
      </w:hyperlink>
      <w:r>
        <w:t xml:space="preserve"> - Details the advanced zonal audio support and other features of the Snapdragon Cockpit Elite platform.</w:t>
      </w:r>
      <w:r/>
    </w:p>
    <w:p>
      <w:pPr>
        <w:pStyle w:val="ListNumber"/>
        <w:spacing w:line="240" w:lineRule="auto"/>
        <w:ind w:left="720"/>
      </w:pPr>
      <w:r/>
      <w:hyperlink r:id="rId10">
        <w:r>
          <w:rPr>
            <w:color w:val="0000EE"/>
            <w:u w:val="single"/>
          </w:rPr>
          <w:t>https://www.qualcomm.com/news/onq/2024/10/snapdragon-is-everywhere-takeaways-from-day-1-snapdragon-summit-2024</w:t>
        </w:r>
      </w:hyperlink>
      <w:r>
        <w:t xml:space="preserve"> - Mentions the safety enhancements and real-time data processing capabilities of the Snapdragon Ride Elite platform.</w:t>
      </w:r>
      <w:r/>
    </w:p>
    <w:p>
      <w:pPr>
        <w:pStyle w:val="ListNumber"/>
        <w:spacing w:line="240" w:lineRule="auto"/>
        <w:ind w:left="720"/>
      </w:pPr>
      <w:r/>
      <w:hyperlink r:id="rId12">
        <w:r>
          <w:rPr>
            <w:color w:val="0000EE"/>
            <w:u w:val="single"/>
          </w:rPr>
          <w:t>https://www.qualcomm.com/news/releases/2024/10/qualcomm-unveils-snapdragon-8-elite-with-the-world-s-fastest-mob</w:t>
        </w:r>
      </w:hyperlink>
      <w:r>
        <w:t xml:space="preserve"> - Explains the performance and AI capabilities improvements with the Oryon CPU, applicable to the automotive sector.</w:t>
      </w:r>
      <w:r/>
    </w:p>
    <w:p>
      <w:pPr>
        <w:pStyle w:val="ListNumber"/>
        <w:spacing w:line="240" w:lineRule="auto"/>
        <w:ind w:left="720"/>
      </w:pPr>
      <w:r/>
      <w:hyperlink r:id="rId11">
        <w:r>
          <w:rPr>
            <w:color w:val="0000EE"/>
            <w:u w:val="single"/>
          </w:rPr>
          <w:t>https://futurride.com/2024/10/22/qualcomm-ups-snapdragon-tech-with-cockpit-and-ride-elite-platforms/</w:t>
        </w:r>
      </w:hyperlink>
      <w:r>
        <w:t xml:space="preserve"> - Corroborates the adoption of Snapdragon platforms by Mercedes Benz and Li Auto, and the potential for other automakers to follow.</w:t>
      </w:r>
      <w:r/>
    </w:p>
    <w:p>
      <w:pPr>
        <w:pStyle w:val="ListNumber"/>
        <w:spacing w:line="240" w:lineRule="auto"/>
        <w:ind w:left="720"/>
      </w:pPr>
      <w:r/>
      <w:hyperlink r:id="rId10">
        <w:r>
          <w:rPr>
            <w:color w:val="0000EE"/>
            <w:u w:val="single"/>
          </w:rPr>
          <w:t>https://www.qualcomm.com/news/onq/2024/10/snapdragon-is-everywhere-takeaways-from-day-1-snapdragon-summit-2024</w:t>
        </w:r>
      </w:hyperlink>
      <w:r>
        <w:t xml:space="preserve"> - Quotes Nakul Duggal on the transformation of cars into personalized smart spaces, aligning with Qualcomm's vision.</w:t>
      </w:r>
      <w:r/>
    </w:p>
    <w:p>
      <w:pPr>
        <w:pStyle w:val="ListNumber"/>
        <w:spacing w:line="240" w:lineRule="auto"/>
        <w:ind w:left="720"/>
      </w:pPr>
      <w:r/>
      <w:hyperlink r:id="rId15">
        <w:r>
          <w:rPr>
            <w:color w:val="0000EE"/>
            <w:u w:val="single"/>
          </w:rPr>
          <w:t>https://www.cnet.com/tech/services-and-software/your-car-is-qualcomms-next-ai-frontier-its-getting-smarter-safer-and-more-fun/#ftag=CAD590a51e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lcomm.com/news/onq/2024/10/snapdragon-is-everywhere-takeaways-from-day-1-snapdragon-summit-2024" TargetMode="External"/><Relationship Id="rId11" Type="http://schemas.openxmlformats.org/officeDocument/2006/relationships/hyperlink" Target="https://futurride.com/2024/10/22/qualcomm-ups-snapdragon-tech-with-cockpit-and-ride-elite-platforms/" TargetMode="External"/><Relationship Id="rId12" Type="http://schemas.openxmlformats.org/officeDocument/2006/relationships/hyperlink" Target="https://www.qualcomm.com/news/releases/2024/10/qualcomm-unveils-snapdragon-8-elite-with-the-world-s-fastest-mob" TargetMode="External"/><Relationship Id="rId13" Type="http://schemas.openxmlformats.org/officeDocument/2006/relationships/hyperlink" Target="https://www.qualcomm.com/news/onq/2024/10/coming-to-snapdragon-x-series-new-npu-powered-creator-tools-and-daw-apps" TargetMode="External"/><Relationship Id="rId14" Type="http://schemas.openxmlformats.org/officeDocument/2006/relationships/hyperlink" Target="https://www.youtube.com/watch?v=0e5zpV0NS50" TargetMode="External"/><Relationship Id="rId15" Type="http://schemas.openxmlformats.org/officeDocument/2006/relationships/hyperlink" Target="https://www.cnet.com/tech/services-and-software/your-car-is-qualcomms-next-ai-frontier-its-getting-smarter-safer-and-more-fun/#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