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Samsung's latest smartphones capture attention in competitive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world of mobile technology, Samsung is making waves with its various smartphone offerings. The company’s recent releases, such as the Samsung Galaxy Z Fold 6, Galaxy Z Flip 6, and Galaxy S24 FE, have captured the attention of tech enthusiasts and consumers alike. With substantial price cuts and impressive features, these devices have become hot commodities in the market.</w:t>
      </w:r>
      <w:r/>
    </w:p>
    <w:p>
      <w:r/>
      <w:r>
        <w:t>Launched in July 2023, the Samsung Galaxy Z Fold 6 is the latest addition to Samsung's foldable smartphone line. It is highly praised for its refined design, featuring a 6.3-inch Dynamic AMOLED 2X cover screen and a 7.6-inch main screen. At the core of its performance is the Qualcomm Snapdragon 8 Gen 3 processor, paired with 12GB of RAM, ensuring efficient multitasking and robust performance. The Galaxy Z Fold 6 also boasts an impressive camera setup, including a 50MP main camera and a 10MP telephoto lens. Originally priced at $2,020, the 512GB variant is now available directly from Samsung for $1,720, a $300 saving on this cutting-edge device.</w:t>
      </w:r>
      <w:r/>
    </w:p>
    <w:p>
      <w:r/>
      <w:r>
        <w:t>Alongside the Galaxy Z Fold 6, Samsung has released the Galaxy Z Flip 6, another entrant in the foldable market. Known for its stylish design and compact usability, this device offers a 6.7-inch Dynamic LTPO AMOLED display with a 120Hz refresh rate, coupled with a Snapdragon 8 Gen 3 processor. The Galaxy Z Flip 6’s camera system includes a 50MP dual rear setup and a 10MP front-facing camera designed for dynamic photography. Offering flexibility and power, it's available with no trade-in necessary at a discounted price of $749.99 for the 256GB model and $819.99 for the 512GB, from original prices of $1,099.99 and $1,219.99 respectively.</w:t>
      </w:r>
      <w:r/>
    </w:p>
    <w:p>
      <w:r/>
      <w:r>
        <w:t>For budget-conscious consumers, Samsung’s Galaxy S24 FE presents a compelling blend of affordability and functionality. Priced at $649, this model features a 6.7-inch FHD+ display, a 50MP camera system, and a substantial 4,700mAh battery, promising durability and reliable performance. The device is also backed by AI capabilities and has been positively received for its strong overall performance, although some users have noted the charging speed and potential lack of expandable storage as areas for improvement. With special promotions through outlets like Very, UK customers can purchase the phone at a reduced price of £519.20, including a complimentary Galaxy Watch, adding significant value to this budget-friendly option.</w:t>
      </w:r>
      <w:r/>
    </w:p>
    <w:p>
      <w:r/>
      <w:r>
        <w:t>Meanwhile, Google's Pixel 8 remains a notable contender in the smartphone market. Praised for its enhanced specifications and affordability, it features Google's Tensor G3 chip, Dual camera setup, and Android 14 OS with a promise of seven years of updates, making it an appealing choice for tech-savvy users at around $500.</w:t>
      </w:r>
      <w:r/>
    </w:p>
    <w:p>
      <w:r/>
      <w:r>
        <w:t>In this rapidly evolving tech landscape, Samsung continues to solidify its presence by offering devices across various price points, appealing to both premium and budget-conscious consumers. With enticing deals and strong performance metrics, Samsung's latest smartphones are well-positioned to attract a diverse range of buyers in the mobile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https://www.samsung.com/us/smartphones/galaxy-z-fold6/</w:t>
        </w:r>
      </w:hyperlink>
      <w:r>
        <w:t xml:space="preserve"> - Corroborates the launch and features of the Samsung Galaxy Z Fold 6, including its refined design, Galaxy AI, and camera setup.</w:t>
      </w:r>
      <w:r/>
    </w:p>
    <w:p>
      <w:pPr>
        <w:pStyle w:val="ListNumber"/>
        <w:spacing w:line="240" w:lineRule="auto"/>
        <w:ind w:left="720"/>
      </w:pPr>
      <w:r/>
      <w:hyperlink r:id="rId11">
        <w:r>
          <w:rPr>
            <w:color w:val="0000EE"/>
            <w:u w:val="single"/>
          </w:rPr>
          <w:t>https://www.t-mobile.com/cell-phone/samsung-galaxy-z-fold6</w:t>
        </w:r>
      </w:hyperlink>
      <w:r>
        <w:t xml:space="preserve"> - Provides details on the Galaxy Z Fold 6's display, camera, and performance, as well as its availability and pricing.</w:t>
      </w:r>
      <w:r/>
    </w:p>
    <w:p>
      <w:pPr>
        <w:pStyle w:val="ListNumber"/>
        <w:spacing w:line="240" w:lineRule="auto"/>
        <w:ind w:left="720"/>
      </w:pPr>
      <w:r/>
      <w:hyperlink r:id="rId12">
        <w:r>
          <w:rPr>
            <w:color w:val="0000EE"/>
            <w:u w:val="single"/>
          </w:rPr>
          <w:t>https://www.forbes.com/sites/prakharkhanna/2024/07/29/samsung-galaxy-z-fold-6-review-a-story-of-subtle-refinements/</w:t>
        </w:r>
      </w:hyperlink>
      <w:r>
        <w:t xml:space="preserve"> - Supports the information on the Galaxy Z Fold 6's design, performance, camera, and software updates.</w:t>
      </w:r>
      <w:r/>
    </w:p>
    <w:p>
      <w:pPr>
        <w:pStyle w:val="ListNumber"/>
        <w:spacing w:line="240" w:lineRule="auto"/>
        <w:ind w:left="720"/>
      </w:pPr>
      <w:r/>
      <w:hyperlink r:id="rId13">
        <w:r>
          <w:rPr>
            <w:color w:val="0000EE"/>
            <w:u w:val="single"/>
          </w:rPr>
          <w:t>https://www.gsmarena.com/samsung_galaxy_z_fold6-13147.php</w:t>
        </w:r>
      </w:hyperlink>
      <w:r>
        <w:t xml:space="preserve"> - Details the specifications of the Galaxy Z Fold 6, including its processor, RAM, storage, and camera setup.</w:t>
      </w:r>
      <w:r/>
    </w:p>
    <w:p>
      <w:pPr>
        <w:pStyle w:val="ListNumber"/>
        <w:spacing w:line="240" w:lineRule="auto"/>
        <w:ind w:left="720"/>
      </w:pPr>
      <w:r/>
      <w:hyperlink r:id="rId14">
        <w:r>
          <w:rPr>
            <w:color w:val="0000EE"/>
            <w:u w:val="single"/>
          </w:rPr>
          <w:t>https://www.samsung.com/ca/smartphones/galaxy-z-fold6/</w:t>
        </w:r>
      </w:hyperlink>
      <w:r>
        <w:t xml:space="preserve"> - Confirms the features and pricing of the Galaxy Z Fold 6, including its AI capabilities and battery life.</w:t>
      </w:r>
      <w:r/>
    </w:p>
    <w:p>
      <w:pPr>
        <w:pStyle w:val="ListNumber"/>
        <w:spacing w:line="240" w:lineRule="auto"/>
        <w:ind w:left="720"/>
      </w:pPr>
      <w:r/>
      <w:hyperlink r:id="rId10">
        <w:r>
          <w:rPr>
            <w:color w:val="0000EE"/>
            <w:u w:val="single"/>
          </w:rPr>
          <w:t>https://www.samsung.com/us/smartphones/galaxy-z-fold6/</w:t>
        </w:r>
      </w:hyperlink>
      <w:r>
        <w:t xml:space="preserve"> - Mentions the price cut and trade-in offers for the Galaxy Z Fold 6.</w:t>
      </w:r>
      <w:r/>
    </w:p>
    <w:p>
      <w:pPr>
        <w:pStyle w:val="ListNumber"/>
        <w:spacing w:line="240" w:lineRule="auto"/>
        <w:ind w:left="720"/>
      </w:pPr>
      <w:r/>
      <w:hyperlink r:id="rId11">
        <w:r>
          <w:rPr>
            <w:color w:val="0000EE"/>
            <w:u w:val="single"/>
          </w:rPr>
          <w:t>https://www.t-mobile.com/cell-phone/samsung-galaxy-z-fold6</w:t>
        </w:r>
      </w:hyperlink>
      <w:r>
        <w:t xml:space="preserve"> - Discusses the availability and pricing of the Galaxy Z Fold 6, including any promotional offers.</w:t>
      </w:r>
      <w:r/>
    </w:p>
    <w:p>
      <w:pPr>
        <w:pStyle w:val="ListNumber"/>
        <w:spacing w:line="240" w:lineRule="auto"/>
        <w:ind w:left="720"/>
      </w:pPr>
      <w:r/>
      <w:hyperlink r:id="rId12">
        <w:r>
          <w:rPr>
            <w:color w:val="0000EE"/>
            <w:u w:val="single"/>
          </w:rPr>
          <w:t>https://www.forbes.com/sites/prakharkhanna/2024/07/29/samsung-galaxy-z-fold-6-review-a-story-of-subtle-refinements/</w:t>
        </w:r>
      </w:hyperlink>
      <w:r>
        <w:t xml:space="preserve"> - Reviews the performance and features of the Galaxy Z Fold 6, including its processor and software updates.</w:t>
      </w:r>
      <w:r/>
    </w:p>
    <w:p>
      <w:pPr>
        <w:pStyle w:val="ListNumber"/>
        <w:spacing w:line="240" w:lineRule="auto"/>
        <w:ind w:left="720"/>
      </w:pPr>
      <w:r/>
      <w:hyperlink r:id="rId13">
        <w:r>
          <w:rPr>
            <w:color w:val="0000EE"/>
            <w:u w:val="single"/>
          </w:rPr>
          <w:t>https://www.gsmarena.com/samsung_galaxy_z_fold6-13147.php</w:t>
        </w:r>
      </w:hyperlink>
      <w:r>
        <w:t xml:space="preserve"> - Lists the detailed specifications of the Galaxy Z Fold 6, including its display, processor, and camera.</w:t>
      </w:r>
      <w:r/>
    </w:p>
    <w:p>
      <w:pPr>
        <w:pStyle w:val="ListNumber"/>
        <w:spacing w:line="240" w:lineRule="auto"/>
        <w:ind w:left="720"/>
      </w:pPr>
      <w:r/>
      <w:hyperlink r:id="rId14">
        <w:r>
          <w:rPr>
            <w:color w:val="0000EE"/>
            <w:u w:val="single"/>
          </w:rPr>
          <w:t>https://www.samsung.com/ca/smartphones/galaxy-z-fold6/</w:t>
        </w:r>
      </w:hyperlink>
      <w:r>
        <w:t xml:space="preserve"> - Highlights the Galaxy Z Fold 6's design improvements and AI features.</w:t>
      </w:r>
      <w:r/>
    </w:p>
    <w:p>
      <w:pPr>
        <w:pStyle w:val="ListNumber"/>
        <w:spacing w:line="240" w:lineRule="auto"/>
        <w:ind w:left="720"/>
      </w:pPr>
      <w:r/>
      <w:hyperlink r:id="rId12">
        <w:r>
          <w:rPr>
            <w:color w:val="0000EE"/>
            <w:u w:val="single"/>
          </w:rPr>
          <w:t>https://www.forbes.com/sites/prakharkhanna/2024/07/29/samsung-galaxy-z-fold-6-review-a-story-of-subtle-refinements/</w:t>
        </w:r>
      </w:hyperlink>
      <w:r>
        <w:t xml:space="preserve"> - Compares the Galaxy Z Fold 6 with other foldable phones and discusses its pros and cons.</w:t>
      </w:r>
      <w:r/>
    </w:p>
    <w:p>
      <w:pPr>
        <w:pStyle w:val="ListNumber"/>
        <w:spacing w:line="240" w:lineRule="auto"/>
        <w:ind w:left="720"/>
      </w:pPr>
      <w:r/>
      <w:hyperlink r:id="rId15">
        <w:r>
          <w:rPr>
            <w:color w:val="0000EE"/>
            <w:u w:val="single"/>
          </w:rPr>
          <w:t>https://www.digitaltrends.com/mobile/samsung-galaxy-z-fold-6-deal-samsung-october-2024/</w:t>
        </w:r>
      </w:hyperlink>
      <w:r>
        <w:t xml:space="preserve"> - Please view link - unable to able to access data</w:t>
      </w:r>
      <w:r/>
    </w:p>
    <w:p>
      <w:pPr>
        <w:pStyle w:val="ListNumber"/>
        <w:spacing w:line="240" w:lineRule="auto"/>
        <w:ind w:left="720"/>
      </w:pPr>
      <w:r/>
      <w:hyperlink r:id="rId16">
        <w:r>
          <w:rPr>
            <w:color w:val="0000EE"/>
            <w:u w:val="single"/>
          </w:rPr>
          <w:t>https://www.bristolpost.co.uk/whats-on/shopping/samsung-galaxy-s24-fe-20-9653169</w:t>
        </w:r>
      </w:hyperlink>
      <w:r>
        <w:t xml:space="preserve"> - Please view link - unable to able to access data</w:t>
      </w:r>
      <w:r/>
    </w:p>
    <w:p>
      <w:pPr>
        <w:pStyle w:val="ListNumber"/>
        <w:spacing w:line="240" w:lineRule="auto"/>
        <w:ind w:left="720"/>
      </w:pPr>
      <w:r/>
      <w:hyperlink r:id="rId17">
        <w:r>
          <w:rPr>
            <w:color w:val="0000EE"/>
            <w:u w:val="single"/>
          </w:rPr>
          <w:t>https://www.zdnet.com/article/the-google-pixel-phone-i-recommend-to-most-people-is-not-a-flagship-and-its-200-off-right-now/#ftag=RSSbaffb68</w:t>
        </w:r>
      </w:hyperlink>
      <w:r>
        <w:t xml:space="preserve"> - Please view link - unable to able to access data</w:t>
      </w:r>
      <w:r/>
    </w:p>
    <w:p>
      <w:pPr>
        <w:pStyle w:val="ListNumber"/>
        <w:spacing w:line="240" w:lineRule="auto"/>
        <w:ind w:left="720"/>
      </w:pPr>
      <w:r/>
      <w:hyperlink r:id="rId18">
        <w:r>
          <w:rPr>
            <w:color w:val="0000EE"/>
            <w:u w:val="single"/>
          </w:rPr>
          <w:t>https://www.phonearena.com/news/samsung-galaxy-z-flip-6-new-deal-record-high-discount-no-trade-in_id164003</w:t>
        </w:r>
      </w:hyperlink>
      <w:r>
        <w:t xml:space="preserve"> - Please view link - unable to able to access data</w:t>
      </w:r>
      <w:r/>
    </w:p>
    <w:p>
      <w:pPr>
        <w:pStyle w:val="ListNumber"/>
        <w:spacing w:line="240" w:lineRule="auto"/>
        <w:ind w:left="720"/>
      </w:pPr>
      <w:r/>
      <w:hyperlink r:id="rId19">
        <w:r>
          <w:rPr>
            <w:color w:val="0000EE"/>
            <w:u w:val="single"/>
          </w:rPr>
          <w:t>https://www.zdnet.com/article/one-of-the-most-innovative-android-phones-ive-tested-isnt-made-by-samsung-or-google/#ftag=RSSbaffb68</w:t>
        </w:r>
      </w:hyperlink>
      <w:r>
        <w:t xml:space="preserve"> - Please view link - unable to able to access data</w:t>
      </w:r>
      <w:r/>
    </w:p>
    <w:p>
      <w:pPr>
        <w:pStyle w:val="ListNumber"/>
        <w:spacing w:line="240" w:lineRule="auto"/>
        <w:ind w:left="720"/>
      </w:pPr>
      <w:r/>
      <w:hyperlink r:id="rId20">
        <w:r>
          <w:rPr>
            <w:color w:val="0000EE"/>
            <w:u w:val="single"/>
          </w:rPr>
          <w:t>https://www.zdnet.com/article/the-samsung-phone-im-recommending-to-most-people-this-black-friday-isnt-a-flagship-model/#ftag=RSSbaffb68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ung.com/us/smartphones/galaxy-z-fold6/" TargetMode="External"/><Relationship Id="rId11" Type="http://schemas.openxmlformats.org/officeDocument/2006/relationships/hyperlink" Target="https://www.t-mobile.com/cell-phone/samsung-galaxy-z-fold6" TargetMode="External"/><Relationship Id="rId12" Type="http://schemas.openxmlformats.org/officeDocument/2006/relationships/hyperlink" Target="https://www.forbes.com/sites/prakharkhanna/2024/07/29/samsung-galaxy-z-fold-6-review-a-story-of-subtle-refinements/" TargetMode="External"/><Relationship Id="rId13" Type="http://schemas.openxmlformats.org/officeDocument/2006/relationships/hyperlink" Target="https://www.gsmarena.com/samsung_galaxy_z_fold6-13147.php" TargetMode="External"/><Relationship Id="rId14" Type="http://schemas.openxmlformats.org/officeDocument/2006/relationships/hyperlink" Target="https://www.samsung.com/ca/smartphones/galaxy-z-fold6/" TargetMode="External"/><Relationship Id="rId15" Type="http://schemas.openxmlformats.org/officeDocument/2006/relationships/hyperlink" Target="https://www.digitaltrends.com/mobile/samsung-galaxy-z-fold-6-deal-samsung-october-2024/" TargetMode="External"/><Relationship Id="rId16" Type="http://schemas.openxmlformats.org/officeDocument/2006/relationships/hyperlink" Target="https://www.bristolpost.co.uk/whats-on/shopping/samsung-galaxy-s24-fe-20-9653169" TargetMode="External"/><Relationship Id="rId17" Type="http://schemas.openxmlformats.org/officeDocument/2006/relationships/hyperlink" Target="https://www.zdnet.com/article/the-google-pixel-phone-i-recommend-to-most-people-is-not-a-flagship-and-its-200-off-right-now/#ftag=RSSbaffb68" TargetMode="External"/><Relationship Id="rId18" Type="http://schemas.openxmlformats.org/officeDocument/2006/relationships/hyperlink" Target="https://www.phonearena.com/news/samsung-galaxy-z-flip-6-new-deal-record-high-discount-no-trade-in_id164003" TargetMode="External"/><Relationship Id="rId19" Type="http://schemas.openxmlformats.org/officeDocument/2006/relationships/hyperlink" Target="https://www.zdnet.com/article/one-of-the-most-innovative-android-phones-ive-tested-isnt-made-by-samsung-or-google/#ftag=RSSbaffb68" TargetMode="External"/><Relationship Id="rId20" Type="http://schemas.openxmlformats.org/officeDocument/2006/relationships/hyperlink" Target="https://www.zdnet.com/article/the-samsung-phone-im-recommending-to-most-people-this-black-friday-isnt-a-flagship-model/#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