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Solana's AI meme coin Flávia reaches $40 million market cap in under 9 hours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Solana's AI Meme Coin Flávia Reaches $40 Million Market Cap in Under 9 Hours</w:t>
      </w:r>
      <w:r/>
    </w:p>
    <w:p>
      <w:r/>
      <w:r>
        <w:t>The newly launched AI meme coin Flávia has marked a significant milestone in the cryptocurrency market by surpassing a market valuation of $40 million in less than nine hours since its introduction. This remarkable feat took place as Flávia, situated within the Solana ecosystem, saw its current trading volume skyrocket to an impressive $64.9 million. Initially listed at $0.02153 per token, Flávia is presently trading at $0.0521, reflecting favourable growth within a short span.</w:t>
      </w:r>
      <w:r/>
    </w:p>
    <w:p>
      <w:r/>
      <w:r>
        <w:t>Flávia's debut has been notably lucrative for early traders who saw substantial returns on their investments. Noteworthy examples of such opportune trading include a prominent trader, colloquially termed a "whale" in cryptocurrency parlance, who initially acquired 59,549,920 Flávia tokens for 22,869 USDC. This individual has since offloaded 21.8 million Flávia tokens, garnering a profit of $628,000 while still possessing an unrealised gain totalling $1.3 million. Onchain Lens, a cryptocurrency monitoring service, has identified this whale as the sole significant seller at present, noting the associated wallet address: H7Fr5kNSdJhuV5Wo97ByB1VLCwoJ3tzJ8Eyo47Ghxzkp.</w:t>
      </w:r>
      <w:r/>
    </w:p>
    <w:p>
      <w:r/>
      <w:r>
        <w:t>Another remarkable instance involves a trader who succeeded in transforming a relatively minor investment of $668 into a staggering $1.79 million within a mere ten-hour period, achieving an extraordinary return of 2693 times the initial investment. According to LookOnchain, an analytical service tracking blockchain transactions, this trade was the result of purchasing 46.18 million Flávia tokens after two months of market inactivity, with the initial expenditure paid in Solana tokens (SOL).</w:t>
      </w:r>
      <w:r/>
    </w:p>
    <w:p>
      <w:r/>
      <w:r>
        <w:t>Speculation surrounding the origins and development of Flávia suggests a connection to Trevor McFedries, the founder of Brud, a startup known for its virtual internet celebrities. Some reports propose that Flávia might be a creation emerging from McFedries' use of Anthropic’s AI tools, though confirmations remain pending.</w:t>
      </w:r>
      <w:r/>
    </w:p>
    <w:p>
      <w:r/>
      <w:r>
        <w:t>In terms of distribution, Solscan's analysis indicates that the top ten Flávia holders collectively own over 211 million tokens, which constitutes approximately 21.12% of the total supply—a figure reflecting the substantial concentration among leading investors.</w:t>
      </w:r>
      <w:r/>
    </w:p>
    <w:p>
      <w:r/>
      <w:r>
        <w:t>Meanwhile, the former leading contender in the AI meme coin category, GOAT, has experienced a downturn. Its market capitalisation now stands at $400 million, with the trading volume recorded at $163 million. This shift in dynamics suggests a changing landscape within the AI-driven cryptocurrency sector, as newer contenders like Flávia emerge and capture investor interest.</w:t>
      </w:r>
      <w:r/>
    </w:p>
    <w:p>
      <w:r/>
      <w:r>
        <w:t>Flávia's rapid rise reflects the volatile yet potentially rewarding nature of cryptocurrency investments, particularly within the evolving subset of AI-oriented meme coins. As the market continues to respond dynamically, stakeholders and observers alike will watch keenly the ongoing progress and potential fluctuations within this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https://www.cryptonewsz.com/solanas-ai-crypto-flavia-market-cap-over-40m/</w:t>
        </w:r>
      </w:hyperlink>
      <w:r>
        <w:t xml:space="preserve"> - Corroborates the market capitalization of Flávia exceeding $40 million within 9 hours and its current trading volume.</w:t>
      </w:r>
      <w:r/>
    </w:p>
    <w:p>
      <w:pPr>
        <w:pStyle w:val="ListNumber"/>
        <w:spacing w:line="240" w:lineRule="auto"/>
        <w:ind w:left="720"/>
      </w:pPr>
      <w:r/>
      <w:hyperlink r:id="rId10">
        <w:r>
          <w:rPr>
            <w:color w:val="0000EE"/>
            <w:u w:val="single"/>
          </w:rPr>
          <w:t>https://www.cryptonewsz.com/solanas-ai-crypto-flavia-market-cap-over-40m/</w:t>
        </w:r>
      </w:hyperlink>
      <w:r>
        <w:t xml:space="preserve"> - Details the initial listing price of Flávia and its current trading price, as well as the substantial returns for early traders.</w:t>
      </w:r>
      <w:r/>
    </w:p>
    <w:p>
      <w:pPr>
        <w:pStyle w:val="ListNumber"/>
        <w:spacing w:line="240" w:lineRule="auto"/>
        <w:ind w:left="720"/>
      </w:pPr>
      <w:r/>
      <w:hyperlink r:id="rId10">
        <w:r>
          <w:rPr>
            <w:color w:val="0000EE"/>
            <w:u w:val="single"/>
          </w:rPr>
          <w:t>https://www.cryptonewsz.com/solanas-ai-crypto-flavia-market-cap-over-40m/</w:t>
        </w:r>
      </w:hyperlink>
      <w:r>
        <w:t xml:space="preserve"> - Provides information about the 'whale' trader who made significant profits from Flávia tokens and the associated wallet address.</w:t>
      </w:r>
      <w:r/>
    </w:p>
    <w:p>
      <w:pPr>
        <w:pStyle w:val="ListNumber"/>
        <w:spacing w:line="240" w:lineRule="auto"/>
        <w:ind w:left="720"/>
      </w:pPr>
      <w:r/>
      <w:hyperlink r:id="rId10">
        <w:r>
          <w:rPr>
            <w:color w:val="0000EE"/>
            <w:u w:val="single"/>
          </w:rPr>
          <w:t>https://www.cryptonewsz.com/solanas-ai-crypto-flavia-market-cap-over-40m/</w:t>
        </w:r>
      </w:hyperlink>
      <w:r>
        <w:t xml:space="preserve"> - Describes the trader who turned $668 into $1.79 million within 10 hours and the role of LookOnchain in tracking this transaction.</w:t>
      </w:r>
      <w:r/>
    </w:p>
    <w:p>
      <w:pPr>
        <w:pStyle w:val="ListNumber"/>
        <w:spacing w:line="240" w:lineRule="auto"/>
        <w:ind w:left="720"/>
      </w:pPr>
      <w:r/>
      <w:hyperlink r:id="rId10">
        <w:r>
          <w:rPr>
            <w:color w:val="0000EE"/>
            <w:u w:val="single"/>
          </w:rPr>
          <w:t>https://www.cryptonewsz.com/solanas-ai-crypto-flavia-market-cap-over-40m/</w:t>
        </w:r>
      </w:hyperlink>
      <w:r>
        <w:t xml:space="preserve"> - Speculates on the connection between Flávia and Trevor McFedries, the founder of Brud, and the potential use of Anthropic’s AI tools.</w:t>
      </w:r>
      <w:r/>
    </w:p>
    <w:p>
      <w:pPr>
        <w:pStyle w:val="ListNumber"/>
        <w:spacing w:line="240" w:lineRule="auto"/>
        <w:ind w:left="720"/>
      </w:pPr>
      <w:r/>
      <w:hyperlink r:id="rId10">
        <w:r>
          <w:rPr>
            <w:color w:val="0000EE"/>
            <w:u w:val="single"/>
          </w:rPr>
          <w:t>https://www.cryptonewsz.com/solanas-ai-crypto-flavia-market-cap-over-40m/</w:t>
        </w:r>
      </w:hyperlink>
      <w:r>
        <w:t xml:space="preserve"> - Reports on the distribution of Flávia tokens among the top ten holders, as indicated by Solscan's analysis.</w:t>
      </w:r>
      <w:r/>
    </w:p>
    <w:p>
      <w:pPr>
        <w:pStyle w:val="ListNumber"/>
        <w:spacing w:line="240" w:lineRule="auto"/>
        <w:ind w:left="720"/>
      </w:pPr>
      <w:r/>
      <w:hyperlink r:id="rId10">
        <w:r>
          <w:rPr>
            <w:color w:val="0000EE"/>
            <w:u w:val="single"/>
          </w:rPr>
          <w:t>https://www.cryptonewsz.com/solanas-ai-crypto-flavia-market-cap-over-40m/</w:t>
        </w:r>
      </w:hyperlink>
      <w:r>
        <w:t xml:space="preserve"> - Discusses the downturn of the former leading AI meme coin, GOAT, and its current market capitalization and trading volume.</w:t>
      </w:r>
      <w:r/>
    </w:p>
    <w:p>
      <w:pPr>
        <w:pStyle w:val="ListNumber"/>
        <w:spacing w:line="240" w:lineRule="auto"/>
        <w:ind w:left="720"/>
      </w:pPr>
      <w:r/>
      <w:hyperlink r:id="rId11">
        <w:r>
          <w:rPr>
            <w:color w:val="0000EE"/>
            <w:u w:val="single"/>
          </w:rPr>
          <w:t>https://cryptobriefing.com/memecoin-presale-raises-over-40-million/</w:t>
        </w:r>
      </w:hyperlink>
      <w:r>
        <w:t xml:space="preserve"> - Provides context on the trend of meme coin pre-sales on Solana, which is relevant to the launch and success of Flávia.</w:t>
      </w:r>
      <w:r/>
    </w:p>
    <w:p>
      <w:pPr>
        <w:pStyle w:val="ListNumber"/>
        <w:spacing w:line="240" w:lineRule="auto"/>
        <w:ind w:left="720"/>
      </w:pPr>
      <w:r/>
      <w:hyperlink r:id="rId12">
        <w:r>
          <w:rPr>
            <w:color w:val="0000EE"/>
            <w:u w:val="single"/>
          </w:rPr>
          <w:t>https://solanafloor.com/news/how-did-an-ai-generated-meme-coin-reach-300-m-market-cap-the-goat-story</w:t>
        </w:r>
      </w:hyperlink>
      <w:r>
        <w:t xml:space="preserve"> - Offers insights into the broader trend of AI-generated meme coins, such as GOAT, which is comparable to Flávia's rise.</w:t>
      </w:r>
      <w:r/>
    </w:p>
    <w:p>
      <w:pPr>
        <w:pStyle w:val="ListNumber"/>
        <w:spacing w:line="240" w:lineRule="auto"/>
        <w:ind w:left="720"/>
      </w:pPr>
      <w:r/>
      <w:hyperlink r:id="rId12">
        <w:r>
          <w:rPr>
            <w:color w:val="0000EE"/>
            <w:u w:val="single"/>
          </w:rPr>
          <w:t>https://solanafloor.com/news/how-did-an-ai-generated-meme-coin-reach-300-m-market-cap-the-goat-story</w:t>
        </w:r>
      </w:hyperlink>
      <w:r>
        <w:t xml:space="preserve"> - Details the involvement of AI agents in creating and propagating meme culture, relevant to Flávia's AI-driven nature.</w:t>
      </w:r>
      <w:r/>
    </w:p>
    <w:p>
      <w:pPr>
        <w:pStyle w:val="ListNumber"/>
        <w:spacing w:line="240" w:lineRule="auto"/>
        <w:ind w:left="720"/>
      </w:pPr>
      <w:r/>
      <w:hyperlink r:id="rId13">
        <w:r>
          <w:rPr>
            <w:color w:val="0000EE"/>
            <w:u w:val="single"/>
          </w:rPr>
          <w:t>https://www.reddit.com/r/solana/comments/1bdamzo/what_are_the_best_ai_coins_on_solana/</w:t>
        </w:r>
      </w:hyperlink>
      <w:r>
        <w:t xml:space="preserve"> - Provides community discussions and opinions on AI coins on Solana, including those that might be compared to Flávia.</w:t>
      </w:r>
      <w:r/>
    </w:p>
    <w:p>
      <w:pPr>
        <w:pStyle w:val="ListNumber"/>
        <w:spacing w:line="240" w:lineRule="auto"/>
        <w:ind w:left="720"/>
      </w:pPr>
      <w:r/>
      <w:hyperlink r:id="rId10">
        <w:r>
          <w:rPr>
            <w:color w:val="0000EE"/>
            <w:u w:val="single"/>
          </w:rPr>
          <w:t>https://www.cryptonewsz.com/solanas-ai-crypto-flavia-market-cap-over-40m/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z.com/solanas-ai-crypto-flavia-market-cap-over-40m/" TargetMode="External"/><Relationship Id="rId11" Type="http://schemas.openxmlformats.org/officeDocument/2006/relationships/hyperlink" Target="https://cryptobriefing.com/memecoin-presale-raises-over-40-million/" TargetMode="External"/><Relationship Id="rId12" Type="http://schemas.openxmlformats.org/officeDocument/2006/relationships/hyperlink" Target="https://solanafloor.com/news/how-did-an-ai-generated-meme-coin-reach-300-m-market-cap-the-goat-story" TargetMode="External"/><Relationship Id="rId13" Type="http://schemas.openxmlformats.org/officeDocument/2006/relationships/hyperlink" Target="https://www.reddit.com/r/solana/comments/1bdamzo/what_are_the_best_ai_coins_on_sol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