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TechInsights reports potential US trade violation involving Huawei's AI chip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a Canadian research firm, TechInsights, conducted an in-depth analysis of Huawei's artificial intelligence accelerator, unearthing a potential breach of US trade regulations. The investigation identified an Ascend 910B chip, claimed to be manufactured by Taiwan Semiconductor Manufacturing Company (TSMC), in one of Huawei's AI devices. This could signify a violation of the stringent US-imposed restrictions on Huawei's ability to procure such technology.</w:t>
      </w:r>
      <w:r/>
    </w:p>
    <w:p>
      <w:r/>
      <w:r>
        <w:t>The investigation findings have brought TSMC, the world's largest contract chipmaker, into the spotlight. TSMC subsequently informed the US Commerce Department of the discovery following TechInsights' communications prior to the public release of its report. The US Commerce Department has imposed strict regulations on Huawei, prohibiting it from obtaining technology produced by foreign firms using US-based technology. This move has been part of a broader strategy to limit Huawei's access to cutting-edge semiconductors.</w:t>
      </w:r>
      <w:r/>
    </w:p>
    <w:p>
      <w:r/>
      <w:r>
        <w:t>According to sources referenced by Bloomberg, closer discussions have transpired between TSMC and the Commerce Department, primarily concerning a customer order that bore similarities with Huawei's Ascend 910B chip. TSMC is reported to have engaged with both the customer in question and US authorities to clarify these concerns. The semiconductor titan has maintained its stance, consistent with its previous declarations, emphasising that no business transactions or collaboration have been conducted with Huawei post-September 2020 due to the tightening restrictions.</w:t>
      </w:r>
      <w:r/>
    </w:p>
    <w:p>
      <w:r/>
      <w:r>
        <w:t>Huawei, in response to these findings, has categorically denied initiating any production linked to the 910B chip. This rebuttal follows Huawei's ongoing attempts to navigate international trade limitations imposed by the US, which were intensified earlier this year with the revocation of licenses granted to Intel and Qualcomm, two significant players in chip manufacturing, further constraining Huawei's operations.</w:t>
      </w:r>
      <w:r/>
    </w:p>
    <w:p>
      <w:r/>
      <w:r>
        <w:t>This incident isn't an isolated one for Huawei. Earlier this year, investigations revealed that Huawei had subsidized undisclosed research at various US universities, including Harvard. These funds were channelled through Optica, a scientific research foundation based in Washington. The discovery led to Optica returning the funds and the resignations of two of its CEOs in August.</w:t>
      </w:r>
      <w:r/>
    </w:p>
    <w:p>
      <w:r/>
      <w:r>
        <w:t>The situation continues to unfold as both Huawei and TSMC respond to this latest development. The broader implications of these activities continue to ripple through the tech industry, highlighting the global technological supply chain's complexities and the intricate web of regulations that govern it. As the matter stands, further scrutiny and analysis will likely follow, given the high stakes involved in international trade and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https://financialpost.com/pmn/business-pmn/huawei-technologies-latest-ai-processors-were-made-by-tsmc</w:t>
        </w:r>
      </w:hyperlink>
      <w:r>
        <w:t xml:space="preserve"> - Corroborates the discovery of the Ascend 910B chip manufactured by TSMC in Huawei's AI devices and the subsequent communication with the US Commerce Department.</w:t>
      </w:r>
      <w:r/>
    </w:p>
    <w:p>
      <w:pPr>
        <w:pStyle w:val="ListNumber"/>
        <w:spacing w:line="240" w:lineRule="auto"/>
        <w:ind w:left="720"/>
      </w:pPr>
      <w:r/>
      <w:hyperlink r:id="rId11">
        <w:r>
          <w:rPr>
            <w:color w:val="0000EE"/>
            <w:u w:val="single"/>
          </w:rPr>
          <w:t>https://qz.com/tsmc-told-us-government-huawei-export-controls-ai-chips-1851678301</w:t>
        </w:r>
      </w:hyperlink>
      <w:r>
        <w:t xml:space="preserve"> - Supports TSMC's notification to the US Commerce Department regarding the potential production of AI chips for Huawei and TSMC's compliance with US export regulations.</w:t>
      </w:r>
      <w:r/>
    </w:p>
    <w:p>
      <w:pPr>
        <w:pStyle w:val="ListNumber"/>
        <w:spacing w:line="240" w:lineRule="auto"/>
        <w:ind w:left="720"/>
      </w:pPr>
      <w:r/>
      <w:hyperlink r:id="rId12">
        <w:r>
          <w:rPr>
            <w:color w:val="0000EE"/>
            <w:u w:val="single"/>
          </w:rPr>
          <w:t>https://www.reuters.com/technology/tsmc-told-us-chip-huawei-device-after-techinsights-finding-source-says-2024-10-22/</w:t>
        </w:r>
      </w:hyperlink>
      <w:r>
        <w:t xml:space="preserve"> - Confirms TSMC's communication with the US Commerce Department following TechInsights' findings and the investigation into the chip in Huawei's product.</w:t>
      </w:r>
      <w:r/>
    </w:p>
    <w:p>
      <w:pPr>
        <w:pStyle w:val="ListNumber"/>
        <w:spacing w:line="240" w:lineRule="auto"/>
        <w:ind w:left="720"/>
      </w:pPr>
      <w:r/>
      <w:hyperlink r:id="rId13">
        <w:r>
          <w:rPr>
            <w:color w:val="0000EE"/>
            <w:u w:val="single"/>
          </w:rPr>
          <w:t>https://www.engadget.com/big-tech/huawei-appears-to-still-be-using-tsmc-chips-despite-us-sanctions-222617636.html</w:t>
        </w:r>
      </w:hyperlink>
      <w:r>
        <w:t xml:space="preserve"> - Details the investigation by TechInsights, the identification of the Ascend 910B chip, and TSMC's denial of any business transactions with Huawei post-September 2020.</w:t>
      </w:r>
      <w:r/>
    </w:p>
    <w:p>
      <w:pPr>
        <w:pStyle w:val="ListNumber"/>
        <w:spacing w:line="240" w:lineRule="auto"/>
        <w:ind w:left="720"/>
      </w:pPr>
      <w:r/>
      <w:hyperlink r:id="rId10">
        <w:r>
          <w:rPr>
            <w:color w:val="0000EE"/>
            <w:u w:val="single"/>
          </w:rPr>
          <w:t>https://financialpost.com/pmn/business-pmn/huawei-technologies-latest-ai-processors-were-made-by-tsmc</w:t>
        </w:r>
      </w:hyperlink>
      <w:r>
        <w:t xml:space="preserve"> - Explains the US Commerce Department's strict regulations on Huawei, including the prohibition on obtaining technology produced by foreign firms using US-based technology.</w:t>
      </w:r>
      <w:r/>
    </w:p>
    <w:p>
      <w:pPr>
        <w:pStyle w:val="ListNumber"/>
        <w:spacing w:line="240" w:lineRule="auto"/>
        <w:ind w:left="720"/>
      </w:pPr>
      <w:r/>
      <w:hyperlink r:id="rId11">
        <w:r>
          <w:rPr>
            <w:color w:val="0000EE"/>
            <w:u w:val="single"/>
          </w:rPr>
          <w:t>https://qz.com/tsmc-told-us-government-huawei-export-controls-ai-chips-1851678301</w:t>
        </w:r>
      </w:hyperlink>
      <w:r>
        <w:t xml:space="preserve"> - Discusses the discussions between TSMC and the Commerce Department regarding a customer order similar to Huawei's Ascend 910B chip and TSMC's engagement with both the customer and US authorities.</w:t>
      </w:r>
      <w:r/>
    </w:p>
    <w:p>
      <w:pPr>
        <w:pStyle w:val="ListNumber"/>
        <w:spacing w:line="240" w:lineRule="auto"/>
        <w:ind w:left="720"/>
      </w:pPr>
      <w:r/>
      <w:hyperlink r:id="rId13">
        <w:r>
          <w:rPr>
            <w:color w:val="0000EE"/>
            <w:u w:val="single"/>
          </w:rPr>
          <w:t>https://www.engadget.com/big-tech/huawei-appears-to-still-be-using-tsmc-chips-despite-us-sanctions-222617636.html</w:t>
        </w:r>
      </w:hyperlink>
      <w:r>
        <w:t xml:space="preserve"> - Mentions Huawei's denial of initiating any production linked to the 910B chip and the broader context of US trade restrictions on Huawei.</w:t>
      </w:r>
      <w:r/>
    </w:p>
    <w:p>
      <w:pPr>
        <w:pStyle w:val="ListNumber"/>
        <w:spacing w:line="240" w:lineRule="auto"/>
        <w:ind w:left="720"/>
      </w:pPr>
      <w:r/>
      <w:hyperlink r:id="rId10">
        <w:r>
          <w:rPr>
            <w:color w:val="0000EE"/>
            <w:u w:val="single"/>
          </w:rPr>
          <w:t>https://financialpost.com/pmn/business-pmn/huawei-technologies-latest-ai-processors-were-made-by-tsmc</w:t>
        </w:r>
      </w:hyperlink>
      <w:r>
        <w:t xml:space="preserve"> - Provides background on Huawei's attempts to navigate international trade limitations, including the revocation of licenses granted to Intel and Qualcomm.</w:t>
      </w:r>
      <w:r/>
    </w:p>
    <w:p>
      <w:pPr>
        <w:pStyle w:val="ListNumber"/>
        <w:spacing w:line="240" w:lineRule="auto"/>
        <w:ind w:left="720"/>
      </w:pPr>
      <w:r/>
      <w:hyperlink r:id="rId13">
        <w:r>
          <w:rPr>
            <w:color w:val="0000EE"/>
            <w:u w:val="single"/>
          </w:rPr>
          <w:t>https://www.engadget.com/big-tech/huawei-appears-to-still-be-using-tsmc-chips-despite-us-sanctions-222617636.html</w:t>
        </w:r>
      </w:hyperlink>
      <w:r>
        <w:t xml:space="preserve"> - Details the earlier incident of Huawei subsidizing undisclosed research at US universities, including Harvard, through the Optica foundation.</w:t>
      </w:r>
      <w:r/>
    </w:p>
    <w:p>
      <w:pPr>
        <w:pStyle w:val="ListNumber"/>
        <w:spacing w:line="240" w:lineRule="auto"/>
        <w:ind w:left="720"/>
      </w:pPr>
      <w:r/>
      <w:hyperlink r:id="rId11">
        <w:r>
          <w:rPr>
            <w:color w:val="0000EE"/>
            <w:u w:val="single"/>
          </w:rPr>
          <w:t>https://qz.com/tsmc-told-us-government-huawei-export-controls-ai-chips-1851678301</w:t>
        </w:r>
      </w:hyperlink>
      <w:r>
        <w:t xml:space="preserve"> - Highlights the ongoing scrutiny and analysis of the situation, emphasizing the complexities of the global technological supply chain and regulatory governance.</w:t>
      </w:r>
      <w:r/>
    </w:p>
    <w:p>
      <w:pPr>
        <w:pStyle w:val="ListNumber"/>
        <w:spacing w:line="240" w:lineRule="auto"/>
        <w:ind w:left="720"/>
      </w:pPr>
      <w:r/>
      <w:hyperlink r:id="rId12">
        <w:r>
          <w:rPr>
            <w:color w:val="0000EE"/>
            <w:u w:val="single"/>
          </w:rPr>
          <w:t>https://www.reuters.com/technology/tsmc-told-us-chip-huawei-device-after-techinsights-finding-source-says-2024-10-22/</w:t>
        </w:r>
      </w:hyperlink>
      <w:r>
        <w:t xml:space="preserve"> - Supports the broader implications of these activities on the tech industry and the high stakes involved in international trade and technology.</w:t>
      </w:r>
      <w:r/>
    </w:p>
    <w:p>
      <w:pPr>
        <w:pStyle w:val="ListNumber"/>
        <w:spacing w:line="240" w:lineRule="auto"/>
        <w:ind w:left="720"/>
      </w:pPr>
      <w:r/>
      <w:hyperlink r:id="rId14">
        <w:r>
          <w:rPr>
            <w:color w:val="0000EE"/>
            <w:u w:val="single"/>
          </w:rPr>
          <w:t>https://www.engadget.com/big-tech/huawei-appears-to-still-be-using-tsmc-chips-despite-us-sanctions-222617636.html?src=rss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ialpost.com/pmn/business-pmn/huawei-technologies-latest-ai-processors-were-made-by-tsmc" TargetMode="External"/><Relationship Id="rId11" Type="http://schemas.openxmlformats.org/officeDocument/2006/relationships/hyperlink" Target="https://qz.com/tsmc-told-us-government-huawei-export-controls-ai-chips-1851678301" TargetMode="External"/><Relationship Id="rId12" Type="http://schemas.openxmlformats.org/officeDocument/2006/relationships/hyperlink" Target="https://www.reuters.com/technology/tsmc-told-us-chip-huawei-device-after-techinsights-finding-source-says-2024-10-22/" TargetMode="External"/><Relationship Id="rId13" Type="http://schemas.openxmlformats.org/officeDocument/2006/relationships/hyperlink" Target="https://www.engadget.com/big-tech/huawei-appears-to-still-be-using-tsmc-chips-despite-us-sanctions-222617636.html" TargetMode="External"/><Relationship Id="rId14" Type="http://schemas.openxmlformats.org/officeDocument/2006/relationships/hyperlink" Target="https://www.engadget.com/big-tech/huawei-appears-to-still-be-using-tsmc-chips-despite-us-sanctions-222617636.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