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Ted Sarandos discusses Netflix's strategic direction at WSJ Tech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conversation at the WSJ Tech conference, Netflix's co-CEO Ted Sarandos offered insights into the streaming giant's strategic directions and shared his thoughts on various industry developments. Sarandos joined Wall Street Journal editor-in-chief Emma Tucker for a fireside chat where topics like generative artificial intelligence, live sports, advertising, gaming, and industry leadership were at the forefront of discussion.</w:t>
      </w:r>
      <w:r/>
    </w:p>
    <w:p>
      <w:r/>
      <w:r>
        <w:t>Sarandos was cautiously optimistic about the deployment of generative AI within Netflix. He acknowledged the potential of AI to fundamentally enhance technical aspects such as user interfaces and merchandising. However, he maintained that AI should be a tool for creators rather than a replacement for them, focusing on the capacity of AI to improve content quality, provided it adds value rather than simply being a trend.</w:t>
      </w:r>
      <w:r/>
    </w:p>
    <w:p>
      <w:r/>
      <w:r>
        <w:t>The discussion also touched upon Netflix's exploration of live events. While Sarandos did not rule out the possibility of Netflix venturing into the realm of live sports, he highlighted the current focus on live experiences, noting the unique communal aspect they bring when the world converges to experience events simultaneously. He expressed some reservations about the profitability of full-season league sports but remained open to opportunities that allow Netflix to add its unique value.</w:t>
      </w:r>
      <w:r/>
    </w:p>
    <w:p>
      <w:r/>
      <w:r>
        <w:t>Reflecting on leadership within the industry, Sarandos addressed the succession narratives playing out at Disney with the appointment of James Gorman as chairman. When asked about the possibility of collaborating with Disney, Sarandos deflected any direct interest, noting the complexities of understanding and aligning with the internal business culture of another organisation. He spoke of Reed Hastings’ foresight in establishing a durable leadership model at Netflix, which emphasised the successful implementation of the co-CEO structure.</w:t>
      </w:r>
      <w:r/>
    </w:p>
    <w:p>
      <w:r/>
      <w:r>
        <w:t>In discussing other media ventures, Sarandos confirmed Netflix's foray into advertising, gaming, and live experiences but clarified that it does not aim to compete with platforms like YouTube and TikTok, which thrive on user-generated content. He noted the inherent differences between Netflix’s model and that of these platforms, emphasising the challenges in monetising at the scale Netflix operates.</w:t>
      </w:r>
      <w:r/>
    </w:p>
    <w:p>
      <w:r/>
      <w:r>
        <w:t>Sarandos’ commentary suggests that while Netflix is continually adapting to technological advancements and industry trends, it remains cautious and strategic in its pursuits. The conversation highlighted Netflix's commitment to enhancing its traditional content offerings while considering potential expansions into new arenas that align with its operational strengths and market positioning.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https://www.hindustantimes.com/business/netflix-updates-its-company-culture-deck-gets-pushback-co-ceo-explains-it-101729426722545.html</w:t>
        </w:r>
      </w:hyperlink>
      <w:r>
        <w:t xml:space="preserve"> - Corroborates Ted Sarandos' discussion on Netflix's culture deck updates and the emphasis on responsibility and freedom.</w:t>
      </w:r>
      <w:r/>
    </w:p>
    <w:p>
      <w:pPr>
        <w:pStyle w:val="ListNumber"/>
        <w:spacing w:line="240" w:lineRule="auto"/>
        <w:ind w:left="720"/>
      </w:pPr>
      <w:r/>
      <w:hyperlink r:id="rId11">
        <w:r>
          <w:rPr>
            <w:color w:val="0000EE"/>
            <w:u w:val="single"/>
          </w:rPr>
          <w:t>https://africa.businessinsider.com/news/netflix-co-ceo-ted-sarandos-explains-what-he-says-to-employees-who-say-the-companys/kfrrbc6</w:t>
        </w:r>
      </w:hyperlink>
      <w:r>
        <w:t xml:space="preserve"> - Supports the information about the updates to Netflix's culture deck and Sarandos' defense of the changes.</w:t>
      </w:r>
      <w:r/>
    </w:p>
    <w:p>
      <w:pPr>
        <w:pStyle w:val="ListNumber"/>
        <w:spacing w:line="240" w:lineRule="auto"/>
        <w:ind w:left="720"/>
      </w:pPr>
      <w:r/>
      <w:hyperlink r:id="rId12">
        <w:r>
          <w:rPr>
            <w:color w:val="0000EE"/>
            <w:u w:val="single"/>
          </w:rPr>
          <w:t>https://timesofindia.indiatimes.com/technology/tech-news/netflix-co-ceo-ted-sarandos-to-employees-concerned-about-the-companys-culture-shift-it-is-both-intentional-and-/articleshow/114492516.cms</w:t>
        </w:r>
      </w:hyperlink>
      <w:r>
        <w:t xml:space="preserve"> - Provides details on Sarandos' address to employee concerns about the company culture shift at the WSJ Tech Live conference.</w:t>
      </w:r>
      <w:r/>
    </w:p>
    <w:p>
      <w:pPr>
        <w:pStyle w:val="ListNumber"/>
        <w:spacing w:line="240" w:lineRule="auto"/>
        <w:ind w:left="720"/>
      </w:pPr>
      <w:r/>
      <w:hyperlink r:id="rId13">
        <w:r>
          <w:rPr>
            <w:color w:val="0000EE"/>
            <w:u w:val="single"/>
          </w:rPr>
          <w:t>https://www.dowjones.com/press-room/the-wall-street-journal-announces-speaker-lineup-for-wsj-tech-live-2024/?mod=mw</w:t>
        </w:r>
      </w:hyperlink>
      <w:r>
        <w:t xml:space="preserve"> - Confirms the occurrence of the WSJ Tech Live conference where Sarandos spoke, and lists him as a speaker.</w:t>
      </w:r>
      <w:r/>
    </w:p>
    <w:p>
      <w:pPr>
        <w:pStyle w:val="ListNumber"/>
        <w:spacing w:line="240" w:lineRule="auto"/>
        <w:ind w:left="720"/>
      </w:pPr>
      <w:r/>
      <w:hyperlink r:id="rId14">
        <w:r>
          <w:rPr>
            <w:color w:val="0000EE"/>
            <w:u w:val="single"/>
          </w:rPr>
          <w:t>https://techlive.wsj.com</w:t>
        </w:r>
      </w:hyperlink>
      <w:r>
        <w:t xml:space="preserve"> - Provides general information about the WSJ Tech Live conference where Sarandos participated.</w:t>
      </w:r>
      <w:r/>
    </w:p>
    <w:p>
      <w:pPr>
        <w:pStyle w:val="ListNumber"/>
        <w:spacing w:line="240" w:lineRule="auto"/>
        <w:ind w:left="720"/>
      </w:pPr>
      <w:r/>
      <w:hyperlink r:id="rId10">
        <w:r>
          <w:rPr>
            <w:color w:val="0000EE"/>
            <w:u w:val="single"/>
          </w:rPr>
          <w:t>https://www.hindustantimes.com/business/netflix-updates-its-company-culture-deck-gets-pushback-co-ceo-explains-it-101729426722545.html</w:t>
        </w:r>
      </w:hyperlink>
      <w:r>
        <w:t xml:space="preserve"> - Supports the discussion on Netflix's leadership model and the co-CEO structure mentioned by Sarandos.</w:t>
      </w:r>
      <w:r/>
    </w:p>
    <w:p>
      <w:pPr>
        <w:pStyle w:val="ListNumber"/>
        <w:spacing w:line="240" w:lineRule="auto"/>
        <w:ind w:left="720"/>
      </w:pPr>
      <w:r/>
      <w:hyperlink r:id="rId11">
        <w:r>
          <w:rPr>
            <w:color w:val="0000EE"/>
            <w:u w:val="single"/>
          </w:rPr>
          <w:t>https://africa.businessinsider.com/news/netflix-co-ceo-ted-sarandos-explains-what-he-says-to-employees-who-say-the-companys/kfrrbc6</w:t>
        </w:r>
      </w:hyperlink>
      <w:r>
        <w:t xml:space="preserve"> - Corroborates Sarandos' comments on the evolution of Netflix's culture and its adaptation to growth.</w:t>
      </w:r>
      <w:r/>
    </w:p>
    <w:p>
      <w:pPr>
        <w:pStyle w:val="ListNumber"/>
        <w:spacing w:line="240" w:lineRule="auto"/>
        <w:ind w:left="720"/>
      </w:pPr>
      <w:r/>
      <w:hyperlink r:id="rId12">
        <w:r>
          <w:rPr>
            <w:color w:val="0000EE"/>
            <w:u w:val="single"/>
          </w:rPr>
          <w:t>https://timesofindia.indiatimes.com/technology/tech-news/netflix-co-ceo-ted-sarandos-to-employees-concerned-about-the-companys-culture-shift-it-is-both-intentional-and-/articleshow/114492516.cms</w:t>
        </w:r>
      </w:hyperlink>
      <w:r>
        <w:t xml:space="preserve"> - Supports the information about Sarandos' views on the necessity of cultural changes as Netflix grows.</w:t>
      </w:r>
      <w:r/>
    </w:p>
    <w:p>
      <w:pPr>
        <w:pStyle w:val="ListNumber"/>
        <w:spacing w:line="240" w:lineRule="auto"/>
        <w:ind w:left="720"/>
      </w:pPr>
      <w:r/>
      <w:hyperlink r:id="rId13">
        <w:r>
          <w:rPr>
            <w:color w:val="0000EE"/>
            <w:u w:val="single"/>
          </w:rPr>
          <w:t>https://www.dowjones.com/press-room/the-wall-street-journal-announces-speaker-lineup-for-wsj-tech-live-2024/?mod=mw</w:t>
        </w:r>
      </w:hyperlink>
      <w:r>
        <w:t xml:space="preserve"> - Lists the topics and themes discussed at the WSJ Tech Live conference, which align with Sarandos' areas of discussion.</w:t>
      </w:r>
      <w:r/>
    </w:p>
    <w:p>
      <w:pPr>
        <w:pStyle w:val="ListNumber"/>
        <w:spacing w:line="240" w:lineRule="auto"/>
        <w:ind w:left="720"/>
      </w:pPr>
      <w:r/>
      <w:hyperlink r:id="rId10">
        <w:r>
          <w:rPr>
            <w:color w:val="0000EE"/>
            <w:u w:val="single"/>
          </w:rPr>
          <w:t>https://www.hindustantimes.com/business/netflix-updates-its-company-culture-deck-gets-pushback-co-ceo-explains-it-101729426722545.html</w:t>
        </w:r>
      </w:hyperlink>
      <w:r>
        <w:t xml:space="preserve"> - Provides context on Netflix's exploration into new areas such as advertising and gaming, as mentioned by Sarandos.</w:t>
      </w:r>
      <w:r/>
    </w:p>
    <w:p>
      <w:pPr>
        <w:pStyle w:val="ListNumber"/>
        <w:spacing w:line="240" w:lineRule="auto"/>
        <w:ind w:left="720"/>
      </w:pPr>
      <w:r/>
      <w:hyperlink r:id="rId11">
        <w:r>
          <w:rPr>
            <w:color w:val="0000EE"/>
            <w:u w:val="single"/>
          </w:rPr>
          <w:t>https://africa.businessinsider.com/news/netflix-co-ceo-ted-sarandos-explains-what-he-says-to-employees-who-say-the-companys/kfrrbc6</w:t>
        </w:r>
      </w:hyperlink>
      <w:r>
        <w:t xml:space="preserve"> - Corroborates Sarandos' stance on not competing directly with platforms like YouTube and TikTok.</w:t>
      </w:r>
      <w:r/>
    </w:p>
    <w:p>
      <w:pPr>
        <w:pStyle w:val="ListNumber"/>
        <w:spacing w:line="240" w:lineRule="auto"/>
        <w:ind w:left="720"/>
      </w:pPr>
      <w:r/>
      <w:hyperlink r:id="rId15">
        <w:r>
          <w:rPr>
            <w:color w:val="0000EE"/>
            <w:u w:val="single"/>
          </w:rPr>
          <w:t>https://www.hollywoodreporter.com/business/business-news/ted-sarandos-netflix-ceo-wsj-tech-1236041394/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industantimes.com/business/netflix-updates-its-company-culture-deck-gets-pushback-co-ceo-explains-it-101729426722545.html" TargetMode="External"/><Relationship Id="rId11" Type="http://schemas.openxmlformats.org/officeDocument/2006/relationships/hyperlink" Target="https://africa.businessinsider.com/news/netflix-co-ceo-ted-sarandos-explains-what-he-says-to-employees-who-say-the-companys/kfrrbc6" TargetMode="External"/><Relationship Id="rId12" Type="http://schemas.openxmlformats.org/officeDocument/2006/relationships/hyperlink" Target="https://timesofindia.indiatimes.com/technology/tech-news/netflix-co-ceo-ted-sarandos-to-employees-concerned-about-the-companys-culture-shift-it-is-both-intentional-and-/articleshow/114492516.cms" TargetMode="External"/><Relationship Id="rId13" Type="http://schemas.openxmlformats.org/officeDocument/2006/relationships/hyperlink" Target="https://www.dowjones.com/press-room/the-wall-street-journal-announces-speaker-lineup-for-wsj-tech-live-2024/?mod=mw" TargetMode="External"/><Relationship Id="rId14" Type="http://schemas.openxmlformats.org/officeDocument/2006/relationships/hyperlink" Target="https://techlive.wsj.com" TargetMode="External"/><Relationship Id="rId15" Type="http://schemas.openxmlformats.org/officeDocument/2006/relationships/hyperlink" Target="https://www.hollywoodreporter.com/business/business-news/ted-sarandos-netflix-ceo-wsj-tech-12360413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