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headshot generators in professional branding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digital world where first impressions often happen online, the demand for professional-looking headshots is on the rise. AI headshot generators are emerging as cost-effective and efficient solutions to help individuals present themselves professionally without the need for expensive photographers. Among the key players in this sector are Portrait Pal, PixelPose, and Dreamwave, each offering unique features and benefits to cater to different needs and preferences.</w:t>
      </w:r>
      <w:r/>
    </w:p>
    <w:p>
      <w:r/>
      <w:r>
        <w:t>Portrait Pal has gained a reputation for transforming amateur pictures into professional-grade headshots. Known for its polished yet authentic output, the service maintains the subject's facial features and skin tone with high fidelity, avoiding common AI pitfalls like unnatural distortions. The headshots from Portrait Pal radiate warmth and approachability, potentially boosting users' confidence in their digital presence. The service offers three distinct packages: a starter package featuring 20 photos with a 3-hour completion time for $35, a basic package with 60 photos and a 2.5-hour processing time for $45, and a premium package offering 100 photos with a 2-hour turnaround for $75. Users are required to specify their gender, ethnicity, hair and eye colour, hair length, and preference for glasses before the photos are submitted for processing.</w:t>
      </w:r>
      <w:r/>
    </w:p>
    <w:p>
      <w:r/>
      <w:r>
        <w:t>PixelPose promises quick and realistic AI-generated headshots, boasting a user-friendly process and impressive results. Like Portrait Pal, it appears to utilise a similar AI technology. PixelPose allows users to select from starter, basic, and premium packages that mirror Portrait Pal's pricing but offer faster processing times of 2 hours, 1 hour, and 30 minutes, respectively. In addition to photo processing, PixelPose provides a variety of outfit and background options, adding a layer of personalization. Users input details such as gender, age, and body type, ensuring a level of customization in the resulting images.</w:t>
      </w:r>
      <w:r/>
    </w:p>
    <w:p>
      <w:r/>
      <w:r>
        <w:t>Dreamwave offers a slightly different proposition, aiming to distinguish itself with its comprehensive set of features. Users can start with their free option, although this involves potentially long queue times. The starter package offers 120 photos with a 2-hour wait for $35, whereas the standard package includes 240 photos, with the same waiting period and an added free redo for $59. Their best value package costs $99, offering 500 photos, two free redos, and human touch-ups by Photoshop experts. Uniquely, Dreamwave allows additional photo editing options such as auto-improving teeth and eyes, removing blemishes, and applying filters, although these are still in beta.</w:t>
      </w:r>
      <w:r/>
    </w:p>
    <w:p>
      <w:r/>
      <w:r>
        <w:t>These AI headshot generators demonstrate how artificial intelligence can be harnessed to make professional-looking portraits accessible to a wider audience. While it is unlikely that AI will replace the nuanced creativity of human photographers, it does offer a viable alternative for those seeking quick, affordable, and high-quality headshots. As this technology continues to evolve, its role in personal and professional branding is set to expand, providing individuals with versatile tools to enhance their digital presence.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https://www.betterpic.io/blog/ai-business-headshot-generator-trends</w:t>
        </w:r>
      </w:hyperlink>
      <w:r>
        <w:t xml:space="preserve"> - This article explains the rise of AI headshot generators, their benefits, and how they transform amateur pictures into professional-grade headshots, aligning with the overall theme of the article.</w:t>
      </w:r>
      <w:r/>
    </w:p>
    <w:p>
      <w:pPr>
        <w:pStyle w:val="ListNumber"/>
        <w:spacing w:line="240" w:lineRule="auto"/>
        <w:ind w:left="720"/>
      </w:pPr>
      <w:r/>
      <w:hyperlink r:id="rId11">
        <w:r>
          <w:rPr>
            <w:color w:val="0000EE"/>
            <w:u w:val="single"/>
          </w:rPr>
          <w:t>https://www.hollywoodreporter.com/business/digital/11-best-ai-headshot-generators-in-2024-1235966308/</w:t>
        </w:r>
      </w:hyperlink>
      <w:r>
        <w:t xml:space="preserve"> - This article reviews various AI headshot generators, including PixelPose and Dreamwave, detailing their unique features and pricing, which corroborates the information about these services.</w:t>
      </w:r>
      <w:r/>
    </w:p>
    <w:p>
      <w:pPr>
        <w:pStyle w:val="ListNumber"/>
        <w:spacing w:line="240" w:lineRule="auto"/>
        <w:ind w:left="720"/>
      </w:pPr>
      <w:r/>
      <w:hyperlink r:id="rId11">
        <w:r>
          <w:rPr>
            <w:color w:val="0000EE"/>
            <w:u w:val="single"/>
          </w:rPr>
          <w:t>https://www.hollywoodreporter.com/business/digital/11-best-ai-headshot-generators-in-2024-1235966308/</w:t>
        </w:r>
      </w:hyperlink>
      <w:r>
        <w:t xml:space="preserve"> - This source provides specific details about the packages and features offered by PixelPose, such as processing times and customization options.</w:t>
      </w:r>
      <w:r/>
    </w:p>
    <w:p>
      <w:pPr>
        <w:pStyle w:val="ListNumber"/>
        <w:spacing w:line="240" w:lineRule="auto"/>
        <w:ind w:left="720"/>
      </w:pPr>
      <w:r/>
      <w:hyperlink r:id="rId11">
        <w:r>
          <w:rPr>
            <w:color w:val="0000EE"/>
            <w:u w:val="single"/>
          </w:rPr>
          <w:t>https://www.hollywoodreporter.com/business/digital/11-best-ai-headshot-generators-in-2024-1235966308/</w:t>
        </w:r>
      </w:hyperlink>
      <w:r>
        <w:t xml:space="preserve"> - This article discusses Dreamwave AI's comprehensive set of features, including additional photo editing options and human touch-ups, supporting the claims made about Dreamwave.</w:t>
      </w:r>
      <w:r/>
    </w:p>
    <w:p>
      <w:pPr>
        <w:pStyle w:val="ListNumber"/>
        <w:spacing w:line="240" w:lineRule="auto"/>
        <w:ind w:left="720"/>
      </w:pPr>
      <w:r/>
      <w:hyperlink r:id="rId12">
        <w:r>
          <w:rPr>
            <w:color w:val="0000EE"/>
            <w:u w:val="single"/>
          </w:rPr>
          <w:t>https://www.reddit.com/r/headshots/comments/19dbomr/best_ai_headshot_generator_any_suggestions/</w:t>
        </w:r>
      </w:hyperlink>
      <w:r>
        <w:t xml:space="preserve"> - This Reddit discussion mentions the quality and realism of headshots from HeadshotPro and Aragon.ai, highlighting user experiences and recommendations, which aligns with the theme of user preferences and quality.</w:t>
      </w:r>
      <w:r/>
    </w:p>
    <w:p>
      <w:pPr>
        <w:pStyle w:val="ListNumber"/>
        <w:spacing w:line="240" w:lineRule="auto"/>
        <w:ind w:left="720"/>
      </w:pPr>
      <w:r/>
      <w:hyperlink r:id="rId13">
        <w:r>
          <w:rPr>
            <w:color w:val="0000EE"/>
            <w:u w:val="single"/>
          </w:rPr>
          <w:t>https://www.pwinsider.com/article/189082/mastering-your-professional-image-how-an-ai-headshot-generator-can-elevate-your-online-presence.html?p=1</w:t>
        </w:r>
      </w:hyperlink>
      <w:r>
        <w:t xml:space="preserve"> - This article compares AI headshot generators with traditional photography, highlighting the benefits of AI-generated headshots in terms of cost, efficiency, and customization, supporting the overall argument of the article.</w:t>
      </w:r>
      <w:r/>
    </w:p>
    <w:p>
      <w:pPr>
        <w:pStyle w:val="ListNumber"/>
        <w:spacing w:line="240" w:lineRule="auto"/>
        <w:ind w:left="720"/>
      </w:pPr>
      <w:r/>
      <w:hyperlink r:id="rId13">
        <w:r>
          <w:rPr>
            <w:color w:val="0000EE"/>
            <w:u w:val="single"/>
          </w:rPr>
          <w:t>https://www.pwinsider.com/article/189082/mastering-your-professional-image-how-an-ai-headshot-generator-can-elevate-your-online-presence.html?p=1</w:t>
        </w:r>
      </w:hyperlink>
      <w:r>
        <w:t xml:space="preserve"> - This source emphasizes the importance of choosing the right AI headshot generator and utilizing high-quality uploads to achieve the best results, which is in line with the advice given in the article.</w:t>
      </w:r>
      <w:r/>
    </w:p>
    <w:p>
      <w:pPr>
        <w:pStyle w:val="ListNumber"/>
        <w:spacing w:line="240" w:lineRule="auto"/>
        <w:ind w:left="720"/>
      </w:pPr>
      <w:r/>
      <w:hyperlink r:id="rId14">
        <w:r>
          <w:rPr>
            <w:color w:val="0000EE"/>
            <w:u w:val="single"/>
          </w:rPr>
          <w:t>https://jennielakenan.com/ai-headshots/</w:t>
        </w:r>
      </w:hyperlink>
      <w:r>
        <w:t xml:space="preserve"> - This blog post reviews several AI headshot generators and discusses the importance of using high-quality seed photos to get better results, supporting the idea of input quality affecting output quality.</w:t>
      </w:r>
      <w:r/>
    </w:p>
    <w:p>
      <w:pPr>
        <w:pStyle w:val="ListNumber"/>
        <w:spacing w:line="240" w:lineRule="auto"/>
        <w:ind w:left="720"/>
      </w:pPr>
      <w:r/>
      <w:hyperlink r:id="rId14">
        <w:r>
          <w:rPr>
            <w:color w:val="0000EE"/>
            <w:u w:val="single"/>
          </w:rPr>
          <w:t>https://jennielakenan.com/ai-headshots/</w:t>
        </w:r>
      </w:hyperlink>
      <w:r>
        <w:t xml:space="preserve"> - This source provides insights into the process and pricing of AI headshot generators, including the number of photos generated and the time required, which is consistent with the information about different packages.</w:t>
      </w:r>
      <w:r/>
    </w:p>
    <w:p>
      <w:pPr>
        <w:pStyle w:val="ListNumber"/>
        <w:spacing w:line="240" w:lineRule="auto"/>
        <w:ind w:left="720"/>
      </w:pPr>
      <w:r/>
      <w:hyperlink r:id="rId10">
        <w:r>
          <w:rPr>
            <w:color w:val="0000EE"/>
            <w:u w:val="single"/>
          </w:rPr>
          <w:t>https://www.betterpic.io/blog/ai-business-headshot-generator-trends</w:t>
        </w:r>
      </w:hyperlink>
      <w:r>
        <w:t xml:space="preserve"> - This article explains how AI headshot generators save time and resources compared to traditional photography, aligning with the benefits mentioned in the article.</w:t>
      </w:r>
      <w:r/>
    </w:p>
    <w:p>
      <w:pPr>
        <w:pStyle w:val="ListNumber"/>
        <w:spacing w:line="240" w:lineRule="auto"/>
        <w:ind w:left="720"/>
      </w:pPr>
      <w:r/>
      <w:hyperlink r:id="rId11">
        <w:r>
          <w:rPr>
            <w:color w:val="0000EE"/>
            <w:u w:val="single"/>
          </w:rPr>
          <w:t>https://www.hollywoodreporter.com/business/digital/11-best-ai-headshot-generators-in-2024-1235966308/</w:t>
        </w:r>
      </w:hyperlink>
      <w:r>
        <w:t xml:space="preserve"> - This source discusses the future of AI headshot generators and how they will continue to evolve, providing more options for customization and enhancing digital presence, which supports the article's conclusion about the expanding role of AI in personal and professional branding.</w:t>
      </w:r>
      <w:r/>
    </w:p>
    <w:p>
      <w:pPr>
        <w:pStyle w:val="ListNumber"/>
        <w:spacing w:line="240" w:lineRule="auto"/>
        <w:ind w:left="720"/>
      </w:pPr>
      <w:r/>
      <w:hyperlink r:id="rId15">
        <w:r>
          <w:rPr>
            <w:color w:val="0000EE"/>
            <w:u w:val="single"/>
          </w:rPr>
          <w:t>https://venturebeat.com/business/three-of-the-best-ai-headshot-generators/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tterpic.io/blog/ai-business-headshot-generator-trends" TargetMode="External"/><Relationship Id="rId11" Type="http://schemas.openxmlformats.org/officeDocument/2006/relationships/hyperlink" Target="https://www.hollywoodreporter.com/business/digital/11-best-ai-headshot-generators-in-2024-1235966308/" TargetMode="External"/><Relationship Id="rId12" Type="http://schemas.openxmlformats.org/officeDocument/2006/relationships/hyperlink" Target="https://www.reddit.com/r/headshots/comments/19dbomr/best_ai_headshot_generator_any_suggestions/" TargetMode="External"/><Relationship Id="rId13" Type="http://schemas.openxmlformats.org/officeDocument/2006/relationships/hyperlink" Target="https://www.pwinsider.com/article/189082/mastering-your-professional-image-how-an-ai-headshot-generator-can-elevate-your-online-presence.html?p=1" TargetMode="External"/><Relationship Id="rId14" Type="http://schemas.openxmlformats.org/officeDocument/2006/relationships/hyperlink" Target="https://jennielakenan.com/ai-headshots/" TargetMode="External"/><Relationship Id="rId15" Type="http://schemas.openxmlformats.org/officeDocument/2006/relationships/hyperlink" Target="https://venturebeat.com/business/three-of-the-best-ai-headshot-gener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