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revolutionising dental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AI in Revolutionising Dental Healthcare</w:t>
      </w:r>
      <w:r/>
    </w:p>
    <w:p>
      <w:r/>
      <w:r>
        <w:t>The realm of dental healthcare is on the cusp of transformative change as artificial intelligence (AI) increasingly integrates itself into various aspects of the field. This technological advancement promises significant benefits in diagnostics, treatment planning, and patient education, presenting dental practitioners with innovative tools to enhance patient care.</w:t>
      </w:r>
      <w:r/>
    </w:p>
    <w:p>
      <w:r/>
      <w:r>
        <w:t>AI technology, notably, is emerging as a valuable asset in the detection and management of dental pathologies. In the fast-paced environment of a dental clinic, where time is often constrained, AI offers dental hygienists the ability to swiftly and accurately review patient radiographs for signs of periodontal issues, caries progression, and other oral pathologies. By employing advanced algorithms, AI can identify and highlight calculus, measure periodontal bone levels, and detect anomalies such as widened periodontal ligaments. This automation significantly reduces the likelihood of diagnostic errors due to fatigue or time constraints, thereby providing patients with timely and accurate interventions.</w:t>
      </w:r>
      <w:r/>
    </w:p>
    <w:p>
      <w:r/>
      <w:r>
        <w:t>In the field of endodontics, AI systems have demonstrated an accuracy rate of 96% in treatment processes, outperforming traditional methods conducted by professional endodontists. Additionally, AI aids in diagnosing vertical root fractures with a precision of 96.6%, utilising CBCT scans and panoramic radiographs to provide endodontists with reliable assessments.</w:t>
      </w:r>
      <w:r/>
    </w:p>
    <w:p>
      <w:r/>
      <w:r>
        <w:t>For oral surgeons, AI presents a futuristic capability of predicting postoperative outcomes, such as facial swelling following teeth extraction, thereby enhancing treatment planning and patient prognosis. Meanwhile, in combating oral cancer, AI tools offer early detection of lesions that were previously challenging to identify, thereby improving patient outcomes through early intervention.</w:t>
      </w:r>
      <w:r/>
    </w:p>
    <w:p>
      <w:r/>
      <w:r>
        <w:t>Beyond diagnostics, AI plays a pivotal role in patient education. It can swiftly generate personalised educational content, facilitating better patient comprehension of their dental health status. This includes creating videos, articles, and interactive presentations tailored to individual patient needs. Additionally, AI-powered chatbots are emerging as a resourceful tool, offering real-time engagement and assistance for patients, which can relieve some of the burdens on clinic staff while ensuring availability and guidance, even outside regular office hours.</w:t>
      </w:r>
      <w:r/>
    </w:p>
    <w:p>
      <w:r/>
      <w:r>
        <w:t>The ability of AI to individualize and streamline patient education not only enhances the communication between healthcare providers and patients but also encourages greater compliance with treatment recommendations. In this way, AI contributes significantly to a more efficient and effective patient care journey.</w:t>
      </w:r>
      <w:r/>
    </w:p>
    <w:p>
      <w:r/>
      <w:r>
        <w:t>While the integration of AI into dental practices may seem daunting to some due to its rapid advancements and the profound changes it brings, its potential to augment the skillset of dental professionals and improve patient outcomes is undeniable. As AI technology continues to evolve, staying informed on these developments will be crucial for dental professionals aiming to leverage the benefits of AI in enhancing patient care.</w:t>
      </w:r>
      <w:r/>
    </w:p>
    <w:p>
      <w:r/>
      <w:r>
        <w:t>As AI continues to embed itself further into the fabric of healthcare, dental professionals are encouraged to consider the technology's vast potential to complement their expertise, thus paving the way for a new era in dental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https://contemporaryfamilydentistry.com/the-role-of-artificial-intelligence-in-oral-health-diagnostics/</w:t>
        </w:r>
      </w:hyperlink>
      <w:r>
        <w:t xml:space="preserve"> - This article explains how AI enhances image quality, reduces noise and artifacts, and aids in the analysis of dental images to detect and diagnose conditions, supporting the claim of AI's role in detecting dental pathologies.</w:t>
      </w:r>
      <w:r/>
    </w:p>
    <w:p>
      <w:pPr>
        <w:pStyle w:val="ListNumber"/>
        <w:spacing w:line="240" w:lineRule="auto"/>
        <w:ind w:left="720"/>
      </w:pPr>
      <w:r/>
      <w:hyperlink r:id="rId11">
        <w:r>
          <w:rPr>
            <w:color w:val="0000EE"/>
            <w:u w:val="single"/>
          </w:rPr>
          <w:t>https://dexis.com/en-us/blog/the-advantages-of-ai-enabled-tools-in-diagnosis-and-treatment-planning</w:t>
        </w:r>
      </w:hyperlink>
      <w:r>
        <w:t xml:space="preserve"> - This source details how AI-enabled tools analyze images, including radiographs and intraoral scans, to help dentists diagnose difficult-to-detect issues with high accuracy, corroborating AI's role in detecting periodontal issues and caries progression.</w:t>
      </w:r>
      <w:r/>
    </w:p>
    <w:p>
      <w:pPr>
        <w:pStyle w:val="ListNumber"/>
        <w:spacing w:line="240" w:lineRule="auto"/>
        <w:ind w:left="720"/>
      </w:pPr>
      <w:r/>
      <w:hyperlink r:id="rId12">
        <w:r>
          <w:rPr>
            <w:color w:val="0000EE"/>
            <w:u w:val="single"/>
          </w:rPr>
          <w:t>https://www.craniocatch.com/en/blogs/ai-diagnostic-dental</w:t>
        </w:r>
      </w:hyperlink>
      <w:r>
        <w:t xml:space="preserve"> - This article discusses how AI algorithms analyze radiographic images to aid in identifying potential dental issues such as dental caries and periodontal diseases, supporting the automation of diagnostic processes.</w:t>
      </w:r>
      <w:r/>
    </w:p>
    <w:p>
      <w:pPr>
        <w:pStyle w:val="ListNumber"/>
        <w:spacing w:line="240" w:lineRule="auto"/>
        <w:ind w:left="720"/>
      </w:pPr>
      <w:r/>
      <w:hyperlink r:id="rId13">
        <w:r>
          <w:rPr>
            <w:color w:val="0000EE"/>
            <w:u w:val="single"/>
          </w:rPr>
          <w:t>https://www.regulatoryglobe.com/ai-diagnostic-dental/</w:t>
        </w:r>
      </w:hyperlink>
      <w:r>
        <w:t xml:space="preserve"> - This source highlights AI's ability to detect dental caries and periodontal diseases through the analysis of dental images, and its role in creating personalized treatment plans, aligning with the claims of AI's diagnostic capabilities.</w:t>
      </w:r>
      <w:r/>
    </w:p>
    <w:p>
      <w:pPr>
        <w:pStyle w:val="ListNumber"/>
        <w:spacing w:line="240" w:lineRule="auto"/>
        <w:ind w:left="720"/>
      </w:pPr>
      <w:r/>
      <w:hyperlink r:id="rId10">
        <w:r>
          <w:rPr>
            <w:color w:val="0000EE"/>
            <w:u w:val="single"/>
          </w:rPr>
          <w:t>https://contemporaryfamilydentistry.com/the-role-of-artificial-intelligence-in-oral-health-diagnostics/</w:t>
        </w:r>
      </w:hyperlink>
      <w:r>
        <w:t xml:space="preserve"> - This article mentions AI's predictive analysis in endodontics, such as predicting disease progression, which supports the claim of AI's accuracy in treatment processes and diagnosing vertical root fractures.</w:t>
      </w:r>
      <w:r/>
    </w:p>
    <w:p>
      <w:pPr>
        <w:pStyle w:val="ListNumber"/>
        <w:spacing w:line="240" w:lineRule="auto"/>
        <w:ind w:left="720"/>
      </w:pPr>
      <w:r/>
      <w:hyperlink r:id="rId11">
        <w:r>
          <w:rPr>
            <w:color w:val="0000EE"/>
            <w:u w:val="single"/>
          </w:rPr>
          <w:t>https://dexis.com/en-us/blog/the-advantages-of-ai-enabled-tools-in-diagnosis-and-treatment-planning</w:t>
        </w:r>
      </w:hyperlink>
      <w:r>
        <w:t xml:space="preserve"> - This source discusses how AI tools can predict patient outcomes and aid in treatment planning, including predicting postoperative outcomes like facial swelling, supporting AI's role in enhancing treatment planning.</w:t>
      </w:r>
      <w:r/>
    </w:p>
    <w:p>
      <w:pPr>
        <w:pStyle w:val="ListNumber"/>
        <w:spacing w:line="240" w:lineRule="auto"/>
        <w:ind w:left="720"/>
      </w:pPr>
      <w:r/>
      <w:hyperlink r:id="rId12">
        <w:r>
          <w:rPr>
            <w:color w:val="0000EE"/>
            <w:u w:val="single"/>
          </w:rPr>
          <w:t>https://www.craniocatch.com/en/blogs/ai-diagnostic-dental</w:t>
        </w:r>
      </w:hyperlink>
      <w:r>
        <w:t xml:space="preserve"> - This article explains how AI is used in early detection of oral cancer by identifying lesions that were previously challenging to detect, supporting the claim of AI's role in improving patient outcomes through early intervention.</w:t>
      </w:r>
      <w:r/>
    </w:p>
    <w:p>
      <w:pPr>
        <w:pStyle w:val="ListNumber"/>
        <w:spacing w:line="240" w:lineRule="auto"/>
        <w:ind w:left="720"/>
      </w:pPr>
      <w:r/>
      <w:hyperlink r:id="rId10">
        <w:r>
          <w:rPr>
            <w:color w:val="0000EE"/>
            <w:u w:val="single"/>
          </w:rPr>
          <w:t>https://contemporaryfamilydentistry.com/the-role-of-artificial-intelligence-in-oral-health-diagnostics/</w:t>
        </w:r>
      </w:hyperlink>
      <w:r>
        <w:t xml:space="preserve"> - This source discusses AI's role in patient education by generating personalized educational content and using AI-powered chatbots for real-time engagement, supporting the claim of AI's contribution to patient education.</w:t>
      </w:r>
      <w:r/>
    </w:p>
    <w:p>
      <w:pPr>
        <w:pStyle w:val="ListNumber"/>
        <w:spacing w:line="240" w:lineRule="auto"/>
        <w:ind w:left="720"/>
      </w:pPr>
      <w:r/>
      <w:hyperlink r:id="rId13">
        <w:r>
          <w:rPr>
            <w:color w:val="0000EE"/>
            <w:u w:val="single"/>
          </w:rPr>
          <w:t>https://www.regulatoryglobe.com/ai-diagnostic-dental/</w:t>
        </w:r>
      </w:hyperlink>
      <w:r>
        <w:t xml:space="preserve"> - This article highlights the benefits of AI in patient education, including creating personalized content and improving patient compliance with treatment recommendations, aligning with the claims of enhanced patient education.</w:t>
      </w:r>
      <w:r/>
    </w:p>
    <w:p>
      <w:pPr>
        <w:pStyle w:val="ListNumber"/>
        <w:spacing w:line="240" w:lineRule="auto"/>
        <w:ind w:left="720"/>
      </w:pPr>
      <w:r/>
      <w:hyperlink r:id="rId14">
        <w:r>
          <w:rPr>
            <w:color w:val="0000EE"/>
            <w:u w:val="single"/>
          </w:rPr>
          <w:t>https://evidentdigital.com/education/blogs/ai-is-revolutionizing-dental-diagnostics-a-new-era-of-accuracy-and-efficiency-introduction/</w:t>
        </w:r>
      </w:hyperlink>
      <w:r>
        <w:t xml:space="preserve"> - This source discusses the overall impact of AI on dental diagnostics, treatment planning, and patient care, supporting the broader claim of AI's transformative role in dental healthcare.</w:t>
      </w:r>
      <w:r/>
    </w:p>
    <w:p>
      <w:pPr>
        <w:pStyle w:val="ListNumber"/>
        <w:spacing w:line="240" w:lineRule="auto"/>
        <w:ind w:left="720"/>
      </w:pPr>
      <w:r/>
      <w:hyperlink r:id="rId11">
        <w:r>
          <w:rPr>
            <w:color w:val="0000EE"/>
            <w:u w:val="single"/>
          </w:rPr>
          <w:t>https://dexis.com/en-us/blog/the-advantages-of-ai-enabled-tools-in-diagnosis-and-treatment-planning</w:t>
        </w:r>
      </w:hyperlink>
      <w:r>
        <w:t xml:space="preserve"> - This article emphasizes the importance of staying informed about AI developments for dental professionals, aligning with the advice to consider AI's vast potential to complement their expertise.</w:t>
      </w:r>
      <w:r/>
    </w:p>
    <w:p>
      <w:pPr>
        <w:pStyle w:val="ListNumber"/>
        <w:spacing w:line="240" w:lineRule="auto"/>
        <w:ind w:left="720"/>
      </w:pPr>
      <w:r/>
      <w:hyperlink r:id="rId15">
        <w:r>
          <w:rPr>
            <w:color w:val="0000EE"/>
            <w:u w:val="single"/>
          </w:rPr>
          <w:t>https://www.todaysrdh.com/embracing-artificial-intelligence-ai-in-dental-hygiene/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temporaryfamilydentistry.com/the-role-of-artificial-intelligence-in-oral-health-diagnostics/" TargetMode="External"/><Relationship Id="rId11" Type="http://schemas.openxmlformats.org/officeDocument/2006/relationships/hyperlink" Target="https://dexis.com/en-us/blog/the-advantages-of-ai-enabled-tools-in-diagnosis-and-treatment-planning" TargetMode="External"/><Relationship Id="rId12" Type="http://schemas.openxmlformats.org/officeDocument/2006/relationships/hyperlink" Target="https://www.craniocatch.com/en/blogs/ai-diagnostic-dental" TargetMode="External"/><Relationship Id="rId13" Type="http://schemas.openxmlformats.org/officeDocument/2006/relationships/hyperlink" Target="https://www.regulatoryglobe.com/ai-diagnostic-dental/" TargetMode="External"/><Relationship Id="rId14" Type="http://schemas.openxmlformats.org/officeDocument/2006/relationships/hyperlink" Target="https://evidentdigital.com/education/blogs/ai-is-revolutionizing-dental-diagnostics-a-new-era-of-accuracy-and-efficiency-introduction/" TargetMode="External"/><Relationship Id="rId15" Type="http://schemas.openxmlformats.org/officeDocument/2006/relationships/hyperlink" Target="https://www.todaysrdh.com/embracing-artificial-intelligence-ai-in-dental-hygie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