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Trump surprises fans at Steelers vs Jets game amid campaign efforts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vibrant intersection of sports and politics was on full display on a recent Sunday night in Pittsburgh, as former US President Donald Trump made a surprise appearance at the NFL game between the Pittsburgh Steelers and the New York Jets. Trump was spotted in one of the suite boxes at Acrisure Stadium, greeting fans who erupted into chants of "USA". </w:t>
      </w:r>
      <w:r/>
    </w:p>
    <w:p>
      <w:r/>
      <w:r>
        <w:t xml:space="preserve">This visit was part of a busy campaign weekend for Trump, as he aims to regain the White House in the 2024 elections. His presence at the stadium was not just a display of sports fandom but served as a strategic move to connect with voters in Pennsylvania, a key swing state. Prior to the game, he participated in campaign activities throughout the state, including working a shift at a local McDonald's. </w:t>
      </w:r>
      <w:r/>
    </w:p>
    <w:p>
      <w:r/>
      <w:r>
        <w:t>In an unexpected twist, the football game became a platform for Trump's campaign messaging. At the stadium, former Steelers players Antonio Brown and Le'Veon Bell actively supported Trump's bid for presidency. They mingled with fans, handing out "Trump-Vance" branded rally towels to promote J.D. Vance, a candidate Trump has endorsed for the Senate. The former players also set up a voter registration table outside the venue.</w:t>
      </w:r>
      <w:r/>
    </w:p>
    <w:p>
      <w:r/>
      <w:r>
        <w:t>The presence of Brown and Bell courted controversy, particularly for Bell, who was criticized for wearing a T-shirt that contained an offensive message about Vice President Kamala Harris. Both players' pasts with the Steelers are complicated, involving highly publicized departures that left fans divided. Brown forced a trade following multiple public controversies in 2018, and Bell sat out the 2018 season due to a contract dispute before joining the Jets.</w:t>
      </w:r>
      <w:r/>
    </w:p>
    <w:p>
      <w:r/>
      <w:r>
        <w:t>Meanwhile, the Steelers organisation clarified that Trump attended the game as a guest of a suite holder, not the club itself, thus maintaining a neutral stance on his presence. The longstanding connection between sports and politics was further highlighted by Trump's personal ties to Jets owner Woody Johnson, who served as a US ambassador during Trump's administration.</w:t>
      </w:r>
      <w:r/>
    </w:p>
    <w:p>
      <w:r/>
      <w:r>
        <w:t>However, Trump's visit also sparked reactions from other corners of the Steelers' legacy. Former team legends Jerome Bettis and 'Mean' Joe Greene publicly endorsed Kamala Harris. Bettis, in a social media video, expressed discontent with Trump's unfulfilled promises to Pittsburgh, aligning himself with Harris as a candidate who could deliver tangible results for the city.</w:t>
      </w:r>
      <w:r/>
    </w:p>
    <w:p>
      <w:r/>
      <w:r>
        <w:t>Inside the stadium, Trump's appearance was marked by an unusual incident where a fan ran onto the field during the third quarter carrying a pro-Trump sign, momentarily halting the game. She was quickly removed by security.</w:t>
      </w:r>
      <w:r/>
    </w:p>
    <w:p>
      <w:r/>
      <w:r>
        <w:t xml:space="preserve">Trump's digital engagement continued on social media, where he shared an image of himself wearing a Pittsburgh Steelers jersey, a creation that went viral and drew mixed reactions for its AI-generated nature. </w:t>
      </w:r>
      <w:r/>
    </w:p>
    <w:p>
      <w:r/>
      <w:r>
        <w:t xml:space="preserve">As the Steelers, owned by the Rooney family for over nine decades, who have their own historical political ties, focus on the current season, the presence of a political figure like Trump underscores how sports remain a potent arena for political discourse. His campaign's choice to leverage beloved American football settings signals a broader strategy to energise his voter base ahead of the next election. </w:t>
      </w:r>
      <w:r/>
    </w:p>
    <w:p>
      <w:r/>
      <w:r>
        <w:t>As fans and political enthusiasts digest the events of the weekend, the ripple effect of Trump's campaigning style and its intersection with public sporting events continues to unfold. The Steelers moved on to their next matchup, leaving the unique blend of politics and sports trailing in its wake.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https://www.marca.com/en/lifestyle/us-news/2024/10/21/6715c02022601d6d5c8b4595.html</w:t>
        </w:r>
      </w:hyperlink>
      <w:r>
        <w:t xml:space="preserve"> - Corroborates Trump's appearance at the Steelers vs. Jets game, his campaign activities, and the involvement of former Steelers players Antonio Brown and Le'Veon Bell.</w:t>
      </w:r>
      <w:r/>
    </w:p>
    <w:p>
      <w:pPr>
        <w:pStyle w:val="ListNumber"/>
        <w:spacing w:line="240" w:lineRule="auto"/>
        <w:ind w:left="720"/>
      </w:pPr>
      <w:r/>
      <w:hyperlink r:id="rId11">
        <w:r>
          <w:rPr>
            <w:color w:val="0000EE"/>
            <w:u w:val="single"/>
          </w:rPr>
          <w:t>https://www.youtube.com/watch?v=UrnQE0TbP5g</w:t>
        </w:r>
      </w:hyperlink>
      <w:r>
        <w:t xml:space="preserve"> - Details Trump's busy Sunday, including his appearance at the Steelers game and his earlier campaign activities in Pennsylvania.</w:t>
      </w:r>
      <w:r/>
    </w:p>
    <w:p>
      <w:pPr>
        <w:pStyle w:val="ListNumber"/>
        <w:spacing w:line="240" w:lineRule="auto"/>
        <w:ind w:left="720"/>
      </w:pPr>
      <w:r/>
      <w:hyperlink r:id="rId12">
        <w:r>
          <w:rPr>
            <w:color w:val="0000EE"/>
            <w:u w:val="single"/>
          </w:rPr>
          <w:t>https://nypost.com/2024/10/20/us-news/donald-trump-spotted-at-jets-steelers-game-posts-jacked-up-pic-of-himself-in-pittsburgh-uniform/</w:t>
        </w:r>
      </w:hyperlink>
      <w:r>
        <w:t xml:space="preserve"> - Confirms Trump's attendance at the game, his social media post with an AI-generated image of himself in a Steelers jersey, and his campaign activities.</w:t>
      </w:r>
      <w:r/>
    </w:p>
    <w:p>
      <w:pPr>
        <w:pStyle w:val="ListNumber"/>
        <w:spacing w:line="240" w:lineRule="auto"/>
        <w:ind w:left="720"/>
      </w:pPr>
      <w:r/>
      <w:hyperlink r:id="rId10">
        <w:r>
          <w:rPr>
            <w:color w:val="0000EE"/>
            <w:u w:val="single"/>
          </w:rPr>
          <w:t>https://www.marca.com/en/lifestyle/us-news/2024/10/21/6715c02022601d6d5c8b4595.html</w:t>
        </w:r>
      </w:hyperlink>
      <w:r>
        <w:t xml:space="preserve"> - Provides information on Trump's ties to Jets owner Woody Johnson and the controversy surrounding Antonio Brown and Le'Veon Bell's support for Trump.</w:t>
      </w:r>
      <w:r/>
    </w:p>
    <w:p>
      <w:pPr>
        <w:pStyle w:val="ListNumber"/>
        <w:spacing w:line="240" w:lineRule="auto"/>
        <w:ind w:left="720"/>
      </w:pPr>
      <w:r/>
      <w:hyperlink r:id="rId13">
        <w:r>
          <w:rPr>
            <w:color w:val="0000EE"/>
            <w:u w:val="single"/>
          </w:rPr>
          <w:t>https://www.cbsnews.com/pittsburgh/news/former-steelers-players-endorse-kamala-harris-trump-attends-game-acrisure-stadium/</w:t>
        </w:r>
      </w:hyperlink>
      <w:r>
        <w:t xml:space="preserve"> - Details the endorsements of Kamala Harris by former Steelers players Jerome Bettis and 'Mean' Joe Greene, and the mixed reactions to Trump's presence.</w:t>
      </w:r>
      <w:r/>
    </w:p>
    <w:p>
      <w:pPr>
        <w:pStyle w:val="ListNumber"/>
        <w:spacing w:line="240" w:lineRule="auto"/>
        <w:ind w:left="720"/>
      </w:pPr>
      <w:r/>
      <w:hyperlink r:id="rId14">
        <w:r>
          <w:rPr>
            <w:color w:val="0000EE"/>
            <w:u w:val="single"/>
          </w:rPr>
          <w:t>https://www.youtube.com/watch?v=JdcP4LyD0Ec</w:t>
        </w:r>
      </w:hyperlink>
      <w:r>
        <w:t xml:space="preserve"> - Describes the incident where a fan ran onto the field with a pro-Trump sign during the game.</w:t>
      </w:r>
      <w:r/>
    </w:p>
    <w:p>
      <w:pPr>
        <w:pStyle w:val="ListNumber"/>
        <w:spacing w:line="240" w:lineRule="auto"/>
        <w:ind w:left="720"/>
      </w:pPr>
      <w:r/>
      <w:hyperlink r:id="rId10">
        <w:r>
          <w:rPr>
            <w:color w:val="0000EE"/>
            <w:u w:val="single"/>
          </w:rPr>
          <w:t>https://www.marca.com/en/lifestyle/us-news/2024/10/21/6715c02022601d6d5c8b4595.html</w:t>
        </w:r>
      </w:hyperlink>
      <w:r>
        <w:t xml:space="preserve"> - Explains Trump's campaign strategy and the use of sports events to connect with voters, including his appearance at the Steelers game.</w:t>
      </w:r>
      <w:r/>
    </w:p>
    <w:p>
      <w:pPr>
        <w:pStyle w:val="ListNumber"/>
        <w:spacing w:line="240" w:lineRule="auto"/>
        <w:ind w:left="720"/>
      </w:pPr>
      <w:r/>
      <w:hyperlink r:id="rId13">
        <w:r>
          <w:rPr>
            <w:color w:val="0000EE"/>
            <w:u w:val="single"/>
          </w:rPr>
          <w:t>https://www.cbsnews.com/pittsburgh/news/former-steelers-players-endorse-kamala-harris-trump-attends-game-acrisure-stadium/</w:t>
        </w:r>
      </w:hyperlink>
      <w:r>
        <w:t xml:space="preserve"> - Clarifies that Trump attended the game as a guest of a suite holder and not as an official guest of the Steelers organization.</w:t>
      </w:r>
      <w:r/>
    </w:p>
    <w:p>
      <w:pPr>
        <w:pStyle w:val="ListNumber"/>
        <w:spacing w:line="240" w:lineRule="auto"/>
        <w:ind w:left="720"/>
      </w:pPr>
      <w:r/>
      <w:hyperlink r:id="rId15">
        <w:r>
          <w:rPr>
            <w:color w:val="0000EE"/>
            <w:u w:val="single"/>
          </w:rPr>
          <w:t>https://nypost.com/2024/10/21/sports/woman-runs-onto-field-waving-pro-trump-sign-during-jets-steelers-game/</w:t>
        </w:r>
      </w:hyperlink>
      <w:r>
        <w:t xml:space="preserve"> - Details the incident of the fan running onto the field with a pro-Trump sign and the subsequent reaction.</w:t>
      </w:r>
      <w:r/>
    </w:p>
    <w:p>
      <w:pPr>
        <w:pStyle w:val="ListNumber"/>
        <w:spacing w:line="240" w:lineRule="auto"/>
        <w:ind w:left="720"/>
      </w:pPr>
      <w:r/>
      <w:hyperlink r:id="rId10">
        <w:r>
          <w:rPr>
            <w:color w:val="0000EE"/>
            <w:u w:val="single"/>
          </w:rPr>
          <w:t>https://www.marca.com/en/lifestyle/us-news/2024/10/21/6715c02022601d6d5c8b4595.html</w:t>
        </w:r>
      </w:hyperlink>
      <w:r>
        <w:t xml:space="preserve"> - Mentions Trump's social media engagement, including the viral AI-generated image of himself in a Steelers jersey.</w:t>
      </w:r>
      <w:r/>
    </w:p>
    <w:p>
      <w:pPr>
        <w:pStyle w:val="ListNumber"/>
        <w:spacing w:line="240" w:lineRule="auto"/>
        <w:ind w:left="720"/>
      </w:pPr>
      <w:r/>
      <w:hyperlink r:id="rId13">
        <w:r>
          <w:rPr>
            <w:color w:val="0000EE"/>
            <w:u w:val="single"/>
          </w:rPr>
          <w:t>https://www.cbsnews.com/pittsburgh/news/former-steelers-players-endorse-kamala-harris-trump-attends-game-acrisure-stadium/</w:t>
        </w:r>
      </w:hyperlink>
      <w:r>
        <w:t xml:space="preserve"> - Provides context on the historical political ties of the Rooney family, who own the Steelers, and the broader implications of Trump's campaign strategy.</w:t>
      </w:r>
      <w:r/>
    </w:p>
    <w:p>
      <w:pPr>
        <w:pStyle w:val="ListNumber"/>
        <w:spacing w:line="240" w:lineRule="auto"/>
        <w:ind w:left="720"/>
      </w:pPr>
      <w:r/>
      <w:hyperlink r:id="rId10">
        <w:r>
          <w:rPr>
            <w:color w:val="0000EE"/>
            <w:u w:val="single"/>
          </w:rPr>
          <w:t>https://www.marca.com/en/lifestyle/us-news/2024/10/21/6715c02022601d6d5c8b4595.html</w:t>
        </w:r>
      </w:hyperlink>
      <w:r>
        <w:t xml:space="preserve"> - Please view link - unable to able to access data</w:t>
      </w:r>
      <w:r/>
    </w:p>
    <w:p>
      <w:pPr>
        <w:pStyle w:val="ListNumber"/>
        <w:spacing w:line="240" w:lineRule="auto"/>
        <w:ind w:left="720"/>
      </w:pPr>
      <w:r/>
      <w:hyperlink r:id="rId16">
        <w:r>
          <w:rPr>
            <w:color w:val="0000EE"/>
            <w:u w:val="single"/>
          </w:rPr>
          <w:t>https://www.dailymail.co.uk/sport/nfl/article-13986961/Donald-Trump-Pittsburgh-Steelers-New-York-Jets-election.html?ns_mchannel=rss&amp;ns_campaign=1490&amp;ito=1490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ca.com/en/lifestyle/us-news/2024/10/21/6715c02022601d6d5c8b4595.html" TargetMode="External"/><Relationship Id="rId11" Type="http://schemas.openxmlformats.org/officeDocument/2006/relationships/hyperlink" Target="https://www.youtube.com/watch?v=UrnQE0TbP5g" TargetMode="External"/><Relationship Id="rId12" Type="http://schemas.openxmlformats.org/officeDocument/2006/relationships/hyperlink" Target="https://nypost.com/2024/10/20/us-news/donald-trump-spotted-at-jets-steelers-game-posts-jacked-up-pic-of-himself-in-pittsburgh-uniform/" TargetMode="External"/><Relationship Id="rId13" Type="http://schemas.openxmlformats.org/officeDocument/2006/relationships/hyperlink" Target="https://www.cbsnews.com/pittsburgh/news/former-steelers-players-endorse-kamala-harris-trump-attends-game-acrisure-stadium/" TargetMode="External"/><Relationship Id="rId14" Type="http://schemas.openxmlformats.org/officeDocument/2006/relationships/hyperlink" Target="https://www.youtube.com/watch?v=JdcP4LyD0Ec" TargetMode="External"/><Relationship Id="rId15" Type="http://schemas.openxmlformats.org/officeDocument/2006/relationships/hyperlink" Target="https://nypost.com/2024/10/21/sports/woman-runs-onto-field-waving-pro-trump-sign-during-jets-steelers-game/" TargetMode="External"/><Relationship Id="rId16" Type="http://schemas.openxmlformats.org/officeDocument/2006/relationships/hyperlink" Target="https://www.dailymail.co.uk/sport/nfl/article-13986961/Donald-Trump-Pittsburgh-Steelers-New-York-Jets-election.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