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UiPath partners with Inflection AI to enhance enterprise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UiPath, a leading automation software company, has announced a strategic partnership with Inflection AI, aiming to enhance operational efficiency within enterprises through innovative technology integration. During the announcement, which took place at the UiPath annual FORWARD user conference in Las Vegas, significant details were unveiled regarding this collaboration and how it aims to redefine automation in regulated industries.</w:t>
      </w:r>
      <w:r/>
    </w:p>
    <w:p>
      <w:r/>
      <w:r>
        <w:t>The partnership centres around the integration of the UiPath Platform with Inflection for Enterprise, a solution developed to address enterprise needs for AI-driven transformation while maintaining high trust and security standards. This integration promises to aid businesses in achieving greater operational effectiveness without compromising on security, a key concern for industries subject to stringent regulatory measures.</w:t>
      </w:r>
      <w:r/>
    </w:p>
    <w:p>
      <w:r/>
      <w:r>
        <w:t>Graham Sheldon, chief product officer at UiPath, highlighted that the company's expansive customer base in regulated sectors is keen on adopting AI solutions that mitigate the risks associated with public Large Language Models. "Our joint roadmap will bring Inflection AI integration within UiPath Autopilot and provide for built-in integrations that support the Inflection for Enterprise private cloud and appliance solution," Sheldon explained. This partnership is set to offer a significant alternative for agentic automation, particularly benefiting industries with heightened security requirements.</w:t>
      </w:r>
      <w:r/>
    </w:p>
    <w:p>
      <w:r/>
      <w:r>
        <w:t>Agentic automation, a newly launched phase of advanced AI solutions by UiPath, combines AI, automation, and orchestration. This innovative approach harnesses the strengths of both agentic and robotic technologies, aiming to extend the capabilities of automation. The objective is to transform insights into actionable steps, delivering results that are not only quick and secure but also trustworthy.</w:t>
      </w:r>
      <w:r/>
    </w:p>
    <w:p>
      <w:r/>
      <w:r>
        <w:t>Ted Shelton, COO of Inflection AI, also commented on the partnership, emphasising the importance of flexibility in data management solutions. As enterprises integrate Inflection AI, there is a growing demand for both on-premises and cloud solutions. "Through our partnership with Intel, we can offer UiPath customers the ability to keep all of their data on-premises while bringing the power of the Inflection AI system and agentic automation to their organization," Shelton stated.</w:t>
      </w:r>
      <w:r/>
    </w:p>
    <w:p>
      <w:r/>
      <w:r>
        <w:t>This collaboration underlines a significant shift towards secure, enterprise-focused AI solutions, allowing organizations to navigate the complexities of AI adoption in highly regulated environments. The combination of UiPath's expertise in automation and Inflection AI's capabilities in AI technology is poised to provide a comprehensive solution for enterprises seeking to enhance their operations securely.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https://www.uipath.com/newsroom/uipath-inflection-ai-announce-partnership-to-bring-agentic-ai-to-security-focused-industries</w:t>
        </w:r>
      </w:hyperlink>
      <w:r>
        <w:t xml:space="preserve"> - UiPath and Inflection AI's partnership announcement, including the integration of UiPath Platform with Inflection for Enterprise and the focus on security and operational efficiency.</w:t>
      </w:r>
      <w:r/>
    </w:p>
    <w:p>
      <w:pPr>
        <w:pStyle w:val="ListNumber"/>
        <w:spacing w:line="240" w:lineRule="auto"/>
        <w:ind w:left="720"/>
      </w:pPr>
      <w:r/>
      <w:hyperlink r:id="rId11">
        <w:r>
          <w:rPr>
            <w:color w:val="0000EE"/>
            <w:u w:val="single"/>
          </w:rPr>
          <w:t>https://finance.yahoo.com/news/uipath-inflection-ai-announce-partnership-170000200.html</w:t>
        </w:r>
      </w:hyperlink>
      <w:r>
        <w:t xml:space="preserve"> - Details on the strategic collaboration between UiPath and Inflection AI, highlighting the integration and benefits for regulated industries.</w:t>
      </w:r>
      <w:r/>
    </w:p>
    <w:p>
      <w:pPr>
        <w:pStyle w:val="ListNumber"/>
        <w:spacing w:line="240" w:lineRule="auto"/>
        <w:ind w:left="720"/>
      </w:pPr>
      <w:r/>
      <w:hyperlink r:id="rId12">
        <w:r>
          <w:rPr>
            <w:color w:val="0000EE"/>
            <w:u w:val="single"/>
          </w:rPr>
          <w:t>https://www.uipath.com/newsroom/uipath-unveils-vision-for-future-agentic-automation</w:t>
        </w:r>
      </w:hyperlink>
      <w:r>
        <w:t xml:space="preserve"> - UiPath's new vision for agentic automation, including the launch of Agent Builder and Autopilot for everyone, and the integration with Inflection AI.</w:t>
      </w:r>
      <w:r/>
    </w:p>
    <w:p>
      <w:pPr>
        <w:pStyle w:val="ListNumber"/>
        <w:spacing w:line="240" w:lineRule="auto"/>
        <w:ind w:left="720"/>
      </w:pPr>
      <w:r/>
      <w:hyperlink r:id="rId13">
        <w:r>
          <w:rPr>
            <w:color w:val="0000EE"/>
            <w:u w:val="single"/>
          </w:rPr>
          <w:t>https://www.techzine.eu/blogs/applications/125513/uipath-gets-personal-with-inflection-ai-integrates-anthropic-claude/</w:t>
        </w:r>
      </w:hyperlink>
      <w:r>
        <w:t xml:space="preserve"> - Integration of Inflection AI with UiPath, including the use of Intel’s Tiber AI Cloud and the emphasis on security and trust in AI applications.</w:t>
      </w:r>
      <w:r/>
    </w:p>
    <w:p>
      <w:pPr>
        <w:pStyle w:val="ListNumber"/>
        <w:spacing w:line="240" w:lineRule="auto"/>
        <w:ind w:left="720"/>
      </w:pPr>
      <w:r/>
      <w:hyperlink r:id="rId10">
        <w:r>
          <w:rPr>
            <w:color w:val="0000EE"/>
            <w:u w:val="single"/>
          </w:rPr>
          <w:t>https://www.uipath.com/newsroom/uipath-inflection-ai-announce-partnership-to-bring-agentic-ai-to-security-focused-industries</w:t>
        </w:r>
      </w:hyperlink>
      <w:r>
        <w:t xml:space="preserve"> - Graham Sheldon's comments on the joint roadmap and the integration of Inflection AI within UiPath Autopilot.</w:t>
      </w:r>
      <w:r/>
    </w:p>
    <w:p>
      <w:pPr>
        <w:pStyle w:val="ListNumber"/>
        <w:spacing w:line="240" w:lineRule="auto"/>
        <w:ind w:left="720"/>
      </w:pPr>
      <w:r/>
      <w:hyperlink r:id="rId11">
        <w:r>
          <w:rPr>
            <w:color w:val="0000EE"/>
            <w:u w:val="single"/>
          </w:rPr>
          <w:t>https://finance.yahoo.com/news/uipath-inflection-ai-announce-partnership-170000200.html</w:t>
        </w:r>
      </w:hyperlink>
      <w:r>
        <w:t xml:space="preserve"> - Ted Shelton's statement on the need for both on-premises and cloud solutions and the partnership with Intel.</w:t>
      </w:r>
      <w:r/>
    </w:p>
    <w:p>
      <w:pPr>
        <w:pStyle w:val="ListNumber"/>
        <w:spacing w:line="240" w:lineRule="auto"/>
        <w:ind w:left="720"/>
      </w:pPr>
      <w:r/>
      <w:hyperlink r:id="rId13">
        <w:r>
          <w:rPr>
            <w:color w:val="0000EE"/>
            <w:u w:val="single"/>
          </w:rPr>
          <w:t>https://www.techzine.eu/blogs/applications/125513/uipath-gets-personal-with-inflection-ai-integrates-anthropic-claude/</w:t>
        </w:r>
      </w:hyperlink>
      <w:r>
        <w:t xml:space="preserve"> - The integration of Inflection AI with UiPath to provide a private cloud alternative for agentic automation in highly regulated industries.</w:t>
      </w:r>
      <w:r/>
    </w:p>
    <w:p>
      <w:pPr>
        <w:pStyle w:val="ListNumber"/>
        <w:spacing w:line="240" w:lineRule="auto"/>
        <w:ind w:left="720"/>
      </w:pPr>
      <w:r/>
      <w:hyperlink r:id="rId12">
        <w:r>
          <w:rPr>
            <w:color w:val="0000EE"/>
            <w:u w:val="single"/>
          </w:rPr>
          <w:t>https://www.uipath.com/newsroom/uipath-unveils-vision-for-future-agentic-automation</w:t>
        </w:r>
      </w:hyperlink>
      <w:r>
        <w:t xml:space="preserve"> - Details on agentic automation, combining AI, automation, and orchestration to extend the capabilities of automation.</w:t>
      </w:r>
      <w:r/>
    </w:p>
    <w:p>
      <w:pPr>
        <w:pStyle w:val="ListNumber"/>
        <w:spacing w:line="240" w:lineRule="auto"/>
        <w:ind w:left="720"/>
      </w:pPr>
      <w:r/>
      <w:hyperlink r:id="rId10">
        <w:r>
          <w:rPr>
            <w:color w:val="0000EE"/>
            <w:u w:val="single"/>
          </w:rPr>
          <w:t>https://www.uipath.com/newsroom/uipath-inflection-ai-announce-partnership-to-bring-agentic-ai-to-security-focused-industries</w:t>
        </w:r>
      </w:hyperlink>
      <w:r>
        <w:t xml:space="preserve"> - The significance of the partnership in providing secure, enterprise-focused AI solutions for highly regulated environments.</w:t>
      </w:r>
      <w:r/>
    </w:p>
    <w:p>
      <w:pPr>
        <w:pStyle w:val="ListNumber"/>
        <w:spacing w:line="240" w:lineRule="auto"/>
        <w:ind w:left="720"/>
      </w:pPr>
      <w:r/>
      <w:hyperlink r:id="rId11">
        <w:r>
          <w:rPr>
            <w:color w:val="0000EE"/>
            <w:u w:val="single"/>
          </w:rPr>
          <w:t>https://finance.yahoo.com/news/uipath-inflection-ai-announce-partnership-170000200.html</w:t>
        </w:r>
      </w:hyperlink>
      <w:r>
        <w:t xml:space="preserve"> - The collaboration's aim to enhance operational efficiency and effectiveness without compromising security in regulated industries.</w:t>
      </w:r>
      <w:r/>
    </w:p>
    <w:p>
      <w:pPr>
        <w:pStyle w:val="ListNumber"/>
        <w:spacing w:line="240" w:lineRule="auto"/>
        <w:ind w:left="720"/>
      </w:pPr>
      <w:r/>
      <w:hyperlink r:id="rId13">
        <w:r>
          <w:rPr>
            <w:color w:val="0000EE"/>
            <w:u w:val="single"/>
          </w:rPr>
          <w:t>https://www.techzine.eu/blogs/applications/125513/uipath-gets-personal-with-inflection-ai-integrates-anthropic-claude/</w:t>
        </w:r>
      </w:hyperlink>
      <w:r>
        <w:t xml:space="preserve"> - The integration of Anthropic’s Large Language Model (LLM), Claude 3.5 Sonnet, with UiPath and its implications for enterprise AI solutions.</w:t>
      </w:r>
      <w:r/>
    </w:p>
    <w:p>
      <w:pPr>
        <w:pStyle w:val="ListNumber"/>
        <w:spacing w:line="240" w:lineRule="auto"/>
        <w:ind w:left="720"/>
      </w:pPr>
      <w:r/>
      <w:hyperlink r:id="rId14">
        <w:r>
          <w:rPr>
            <w:color w:val="0000EE"/>
            <w:u w:val="single"/>
          </w:rPr>
          <w:t>https://www.iot-now.com/2024/10/23/147466-uipath-partners-with-inflection-ai-to-boost-enterprise-efficiency-with-secure-ai-integration/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ipath.com/newsroom/uipath-inflection-ai-announce-partnership-to-bring-agentic-ai-to-security-focused-industries" TargetMode="External"/><Relationship Id="rId11" Type="http://schemas.openxmlformats.org/officeDocument/2006/relationships/hyperlink" Target="https://finance.yahoo.com/news/uipath-inflection-ai-announce-partnership-170000200.html" TargetMode="External"/><Relationship Id="rId12" Type="http://schemas.openxmlformats.org/officeDocument/2006/relationships/hyperlink" Target="https://www.uipath.com/newsroom/uipath-unveils-vision-for-future-agentic-automation" TargetMode="External"/><Relationship Id="rId13" Type="http://schemas.openxmlformats.org/officeDocument/2006/relationships/hyperlink" Target="https://www.techzine.eu/blogs/applications/125513/uipath-gets-personal-with-inflection-ai-integrates-anthropic-claude/" TargetMode="External"/><Relationship Id="rId14" Type="http://schemas.openxmlformats.org/officeDocument/2006/relationships/hyperlink" Target="https://www.iot-now.com/2024/10/23/147466-uipath-partners-with-inflection-ai-to-boost-enterprise-efficiency-with-secure-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