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Up Hotel Agency launches Chameleon to empower small hotels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Up Hotel Agency, a specialist in hotel digital marketing, has recently unveiled an innovative tool named Chameleon, which marks a significant stride in levelling the competitive field for small and independent hotels vis-à-vis major brands and online travel agencies (OTAs). This AI-driven website tool is the first of its kind tailored specifically for these establishments, aiming to furnish them with the capabilities to deliver personalised and curated online experiences focused on enhancing website conversion rates.</w:t>
      </w:r>
      <w:r/>
    </w:p>
    <w:p>
      <w:r/>
      <w:r>
        <w:t>Chameleon has been meticulously developed by Up Hotel Agency to refine usability and enhance the personalisation of websites for every visitor. Its primary objective is to boost direct bookings by intelligently learning and adapting to user interactions on hotel websites. Through the use of recognised interaction patterns, artificial intelligence, and comprehensive site analytics, Chameleon actively tailors content to the unique preferences and needs of individual users, thereby providing them with an optimised web experience.</w:t>
      </w:r>
      <w:r/>
    </w:p>
    <w:p>
      <w:r/>
      <w:r>
        <w:t>This dynamic tool does more than just blend into a website; it evolves with it. Some of its standout features include the Auto-booking Search function, which remembers visitors' previous searches, thus pre-populating search fields for ease of use. The Smart Room Order feature promotes the most popular room types by showcasing the most viewed options to visitors. Currency Conversion is yet another feature that enhances user experience by automatically presenting prices in the visitor's local currency, using the latest exchange rates. Moreover, the tool’s Suggested Page Section strategically presents recommended pages that align with key conversion paths, taking into account previously visited pages to assist users in navigating the site efficiently.</w:t>
      </w:r>
      <w:r/>
    </w:p>
    <w:p>
      <w:r/>
      <w:r>
        <w:t>Beyond merely displaying hotel and room package offerings, Chameleon is versatile in driving product and service upsells. It effectively utilises various formats like pop-ups, call-out tabs, and intent messaging to promote a range of offers, gently guiding users into the booking process.</w:t>
      </w:r>
      <w:r/>
    </w:p>
    <w:p>
      <w:r/>
      <w:r>
        <w:t>An essential design aspect of Chameleon is the manner in which it addresses data privacy concerns. By storing visitors’ data directly on the user's browser, Chameleon sidesteps any potential issues related to GDPR and data privacy, providing hoteliers with peace of mind regarding regulatory compliance.</w:t>
      </w:r>
      <w:r/>
    </w:p>
    <w:p>
      <w:r/>
      <w:r>
        <w:t>David Ohandjanian, the director and founder of Up Hotel Agency, expressed the motivations behind creating Chameleon: "We were frustrated that many great technologies were unaffordable for many of our hotel clients. For smaller groups and independent hotels, budget constraints made it impossible to custom-create enhanced, dynamic and AI features—hence they struggled to compete with large hotel groups and OTAs."</w:t>
      </w:r>
      <w:r/>
    </w:p>
    <w:p>
      <w:r/>
      <w:r>
        <w:t>Ohandjanian further explained their objective: "We embarked on a mission to unleash these technologies for all our clients to benefit from. By combining our team’s expertise with the capabilities of AI, dynamic content, personalisation, and conversion, we've developed a central and continually evolving tool that is financially accessible through a manageable monthly subscription for hotels."</w:t>
      </w:r>
      <w:r/>
    </w:p>
    <w:p>
      <w:r/>
      <w:r>
        <w:t>Chameleon represents a significant leap forward for the hospitality industry, particularly for smaller and independent hotels aiming to augment their online presence and conversion rates amid the competitive landscape dominated by large chains and OTAs.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https://chameleon.uphotel.agency</w:t>
        </w:r>
      </w:hyperlink>
      <w:r>
        <w:t xml:space="preserve"> - Corroborates the launch of Chameleon, an AI-driven website tool by Up Hotel Agency, and its ability to learn user interactions and adjust website elements for personalization.</w:t>
      </w:r>
      <w:r/>
    </w:p>
    <w:p>
      <w:pPr>
        <w:pStyle w:val="ListNumber"/>
        <w:spacing w:line="240" w:lineRule="auto"/>
        <w:ind w:left="720"/>
      </w:pPr>
      <w:r/>
      <w:hyperlink r:id="rId11">
        <w:r>
          <w:rPr>
            <w:color w:val="0000EE"/>
            <w:u w:val="single"/>
          </w:rPr>
          <w:t>https://uphotel.agency/up-wins-9-global-website-awards-at-wma-23/</w:t>
        </w:r>
      </w:hyperlink>
      <w:r>
        <w:t xml:space="preserve"> - Provides context on Up Hotel Agency's expertise and awards, including the mention of their new Dynamic Content &amp; AI website tool called Chameleon.</w:t>
      </w:r>
      <w:r/>
    </w:p>
    <w:p>
      <w:pPr>
        <w:pStyle w:val="ListNumber"/>
        <w:spacing w:line="240" w:lineRule="auto"/>
        <w:ind w:left="720"/>
      </w:pPr>
      <w:r/>
      <w:hyperlink r:id="rId12">
        <w:r>
          <w:rPr>
            <w:color w:val="0000EE"/>
            <w:u w:val="single"/>
          </w:rPr>
          <w:t>https://www.traveldailynews.com/hospitality/up-hotel-agency-launches-dynamic-ai-driven-website-tool-for-independent-hotels/</w:t>
        </w:r>
      </w:hyperlink>
      <w:r>
        <w:t xml:space="preserve"> - Details the launch of Chameleon, its features, and its focus on increasing conversion for direct bookings by using AI and site analytics.</w:t>
      </w:r>
      <w:r/>
    </w:p>
    <w:p>
      <w:pPr>
        <w:pStyle w:val="ListNumber"/>
        <w:spacing w:line="240" w:lineRule="auto"/>
        <w:ind w:left="720"/>
      </w:pPr>
      <w:r/>
      <w:hyperlink r:id="rId13">
        <w:r>
          <w:rPr>
            <w:color w:val="0000EE"/>
            <w:u w:val="single"/>
          </w:rPr>
          <w:t>https://hospitalitytech.com/hotel-agency-launches-dynamic-ai-driven-website-tool-independent-hotels</w:t>
        </w:r>
      </w:hyperlink>
      <w:r>
        <w:t xml:space="preserve"> - Supports the information about Chameleon being designed to help small and independent hotels compete with big brands and OTAs through dynamic AI-driven features.</w:t>
      </w:r>
      <w:r/>
    </w:p>
    <w:p>
      <w:pPr>
        <w:pStyle w:val="ListNumber"/>
        <w:spacing w:line="240" w:lineRule="auto"/>
        <w:ind w:left="720"/>
      </w:pPr>
      <w:r/>
      <w:hyperlink r:id="rId10">
        <w:r>
          <w:rPr>
            <w:color w:val="0000EE"/>
            <w:u w:val="single"/>
          </w:rPr>
          <w:t>https://chameleon.uphotel.agency</w:t>
        </w:r>
      </w:hyperlink>
      <w:r>
        <w:t xml:space="preserve"> - Explains how Chameleon uses patterns, AI, and site analytics to adjust elements of the site and optimize content for individual users.</w:t>
      </w:r>
      <w:r/>
    </w:p>
    <w:p>
      <w:pPr>
        <w:pStyle w:val="ListNumber"/>
        <w:spacing w:line="240" w:lineRule="auto"/>
        <w:ind w:left="720"/>
      </w:pPr>
      <w:r/>
      <w:hyperlink r:id="rId12">
        <w:r>
          <w:rPr>
            <w:color w:val="0000EE"/>
            <w:u w:val="single"/>
          </w:rPr>
          <w:t>https://www.traveldailynews.com/hospitality/up-hotel-agency-launches-dynamic-ai-driven-website-tool-for-independent-hotels/</w:t>
        </w:r>
      </w:hyperlink>
      <w:r>
        <w:t xml:space="preserve"> - Describes the Auto-booking Search, Smart Room Order, Currency Conversion, and Suggested Page Section features of Chameleon.</w:t>
      </w:r>
      <w:r/>
    </w:p>
    <w:p>
      <w:pPr>
        <w:pStyle w:val="ListNumber"/>
        <w:spacing w:line="240" w:lineRule="auto"/>
        <w:ind w:left="720"/>
      </w:pPr>
      <w:r/>
      <w:hyperlink r:id="rId13">
        <w:r>
          <w:rPr>
            <w:color w:val="0000EE"/>
            <w:u w:val="single"/>
          </w:rPr>
          <w:t>https://hospitalitytech.com/hotel-agency-launches-dynamic-ai-driven-website-tool-independent-hotels</w:t>
        </w:r>
      </w:hyperlink>
      <w:r>
        <w:t xml:space="preserve"> - Highlights Chameleon's ability to drive product and service upsells using pop-ups, call-out tabs, and intent messaging.</w:t>
      </w:r>
      <w:r/>
    </w:p>
    <w:p>
      <w:pPr>
        <w:pStyle w:val="ListNumber"/>
        <w:spacing w:line="240" w:lineRule="auto"/>
        <w:ind w:left="720"/>
      </w:pPr>
      <w:r/>
      <w:hyperlink r:id="rId12">
        <w:r>
          <w:rPr>
            <w:color w:val="0000EE"/>
            <w:u w:val="single"/>
          </w:rPr>
          <w:t>https://www.traveldailynews.com/hospitality/up-hotel-agency-launches-dynamic-ai-driven-website-tool-for-independent-hotels/</w:t>
        </w:r>
      </w:hyperlink>
      <w:r>
        <w:t xml:space="preserve"> - Addresses how Chameleon handles data privacy by storing visitors' data on the user's browser to comply with GDPR and data privacy regulations.</w:t>
      </w:r>
      <w:r/>
    </w:p>
    <w:p>
      <w:pPr>
        <w:pStyle w:val="ListNumber"/>
        <w:spacing w:line="240" w:lineRule="auto"/>
        <w:ind w:left="720"/>
      </w:pPr>
      <w:r/>
      <w:hyperlink r:id="rId12">
        <w:r>
          <w:rPr>
            <w:color w:val="0000EE"/>
            <w:u w:val="single"/>
          </w:rPr>
          <w:t>https://www.traveldailynews.com/hospitality/up-hotel-agency-launches-dynamic-ai-driven-website-tool-for-independent-hotels/</w:t>
        </w:r>
      </w:hyperlink>
      <w:r>
        <w:t xml:space="preserve"> - Quotes David Ohandjanian on the motivations behind creating Chameleon and making advanced technologies affordable for smaller hotels.</w:t>
      </w:r>
      <w:r/>
    </w:p>
    <w:p>
      <w:pPr>
        <w:pStyle w:val="ListNumber"/>
        <w:spacing w:line="240" w:lineRule="auto"/>
        <w:ind w:left="720"/>
      </w:pPr>
      <w:r/>
      <w:hyperlink r:id="rId11">
        <w:r>
          <w:rPr>
            <w:color w:val="0000EE"/>
            <w:u w:val="single"/>
          </w:rPr>
          <w:t>https://uphotel.agency/up-wins-9-global-website-awards-at-wma-23/</w:t>
        </w:r>
      </w:hyperlink>
      <w:r>
        <w:t xml:space="preserve"> - Provides background on Up Hotel Agency's expertise and success in digital marketing, which underpins the development of Chameleon.</w:t>
      </w:r>
      <w:r/>
    </w:p>
    <w:p>
      <w:pPr>
        <w:pStyle w:val="ListNumber"/>
        <w:spacing w:line="240" w:lineRule="auto"/>
        <w:ind w:left="720"/>
      </w:pPr>
      <w:r/>
      <w:hyperlink r:id="rId13">
        <w:r>
          <w:rPr>
            <w:color w:val="0000EE"/>
            <w:u w:val="single"/>
          </w:rPr>
          <w:t>https://hospitalitytech.com/hotel-agency-launches-dynamic-ai-driven-website-tool-independent-hotels</w:t>
        </w:r>
      </w:hyperlink>
      <w:r>
        <w:t xml:space="preserve"> - Emphasizes Chameleon as a significant leap forward for the hospitality industry, especially for smaller and independent hotels.</w:t>
      </w:r>
      <w:r/>
    </w:p>
    <w:p>
      <w:pPr>
        <w:pStyle w:val="ListNumber"/>
        <w:spacing w:line="240" w:lineRule="auto"/>
        <w:ind w:left="720"/>
      </w:pPr>
      <w:r/>
      <w:hyperlink r:id="rId14">
        <w:r>
          <w:rPr>
            <w:color w:val="0000EE"/>
            <w:u w:val="single"/>
          </w:rPr>
          <w:t>https://www.travolution.com/news/travel-sectors/accommodation/up-hotel-agency-launches-dynamic-ai-driven-website-tool-for-independent-hotels/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hameleon.uphotel.agency" TargetMode="External"/><Relationship Id="rId11" Type="http://schemas.openxmlformats.org/officeDocument/2006/relationships/hyperlink" Target="https://uphotel.agency/up-wins-9-global-website-awards-at-wma-23/" TargetMode="External"/><Relationship Id="rId12" Type="http://schemas.openxmlformats.org/officeDocument/2006/relationships/hyperlink" Target="https://www.traveldailynews.com/hospitality/up-hotel-agency-launches-dynamic-ai-driven-website-tool-for-independent-hotels/" TargetMode="External"/><Relationship Id="rId13" Type="http://schemas.openxmlformats.org/officeDocument/2006/relationships/hyperlink" Target="https://hospitalitytech.com/hotel-agency-launches-dynamic-ai-driven-website-tool-independent-hotels" TargetMode="External"/><Relationship Id="rId14" Type="http://schemas.openxmlformats.org/officeDocument/2006/relationships/hyperlink" Target="https://www.travolution.com/news/travel-sectors/accommodation/up-hotel-agency-launches-dynamic-ai-driven-website-tool-for-independent-hot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