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WhatsApp set to roll out new chat memory feature with Meta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WhatsApp is on the cusp of introducing a new chat memory feature integrated with Meta AI, as part of its ongoing enhancements. This development, spotted in the WhatsApp beta update for Android version 2.24.22.9 on the Google Play Store, was highlighted by WABetaInfo.com, a website renowned for delivering the latest updates on the messaging application.</w:t>
      </w:r>
      <w:r/>
    </w:p>
    <w:p>
      <w:r/>
      <w:r>
        <w:t>The anticipated feature is designed to enhance user experience by enabling Meta AI to remember a variety of personal details shared by users during interactions. This capability will allow the AI to tailor future interactions by automatically referencing previously shared personal information. Such information may include dietary preferences, such as a vegan diet, personal milestones like birthdays, as well as individual preferences for conversation styles — for example, a user might opt for a more formal tone in communications.</w:t>
      </w:r>
      <w:r/>
    </w:p>
    <w:p>
      <w:r/>
      <w:r>
        <w:t>Moreover, the AI is set to recall personal information pertinent to health and lifestyle, including allergies, along with cultural and entertainment interests, such as favoured book genres, and enjoyment of documentaries and podcasts. The feature aims to simplify and personalise user interactions by remembering these details in a conversational context.</w:t>
      </w:r>
      <w:r/>
    </w:p>
    <w:p>
      <w:r/>
      <w:r>
        <w:t>Although a precise release date for this update was not specified, it is expected to be included in a future update roll-out. This advancement aligns with the vision expressed by Meta's CEO, Mark Zuckerberg, who has confidently envisioned Meta AI ascending to become the most widely used and preeminent AI assistant globally by the conclusion of this year.</w:t>
      </w:r>
      <w:r/>
    </w:p>
    <w:p>
      <w:r/>
      <w:r>
        <w:t>Once implemented, the tool is intended to serve a range of everyday applications, from offering suggestions for lunch recipes to providing real-time updates on sports, such as recent football scores. Meta assures users that the AI will store conversation histories, allowing for seamless continuity in interactions. However, users retain the autonomy to delete past conversations at their discretion, thereby maintaining control over their personal data.</w:t>
      </w:r>
      <w:r/>
    </w:p>
    <w:p>
      <w:r/>
      <w:r>
        <w:t>Overall, the integration of this chat memory feature into WhatsApp's Meta AI is perceived as a significant stride towards creating a more intuitive and responsive digital assistant, capable of adapting to the nuanced needs and preferences of its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https://wabetainfo.com/whatsapp-beta-for-android-2-24-22-9-whats-new/</w:t>
        </w:r>
      </w:hyperlink>
      <w:r>
        <w:t xml:space="preserve"> - Corroborates the discovery of the Chat Memory feature in the WhatsApp beta update for Android version 2.24.22.9 and highlights the types of personal details the AI can remember.</w:t>
      </w:r>
      <w:r/>
    </w:p>
    <w:p>
      <w:pPr>
        <w:pStyle w:val="ListNumber"/>
        <w:spacing w:line="240" w:lineRule="auto"/>
        <w:ind w:left="720"/>
      </w:pPr>
      <w:r/>
      <w:hyperlink r:id="rId11">
        <w:r>
          <w:rPr>
            <w:color w:val="0000EE"/>
            <w:u w:val="single"/>
          </w:rPr>
          <w:t>https://fusionchat.ai/news/meta-ais-chat-memory-feature-a-new-era-in-chatbot-experiences</w:t>
        </w:r>
      </w:hyperlink>
      <w:r>
        <w:t xml:space="preserve"> - Supports the introduction of the Chat Memory feature as a transformative update to enhance user interactions with chatbots on WhatsApp.</w:t>
      </w:r>
      <w:r/>
    </w:p>
    <w:p>
      <w:pPr>
        <w:pStyle w:val="ListNumber"/>
        <w:spacing w:line="240" w:lineRule="auto"/>
        <w:ind w:left="720"/>
      </w:pPr>
      <w:r/>
      <w:hyperlink r:id="rId12">
        <w:r>
          <w:rPr>
            <w:color w:val="0000EE"/>
            <w:u w:val="single"/>
          </w:rPr>
          <w:t>https://nareshit.com/news&amp;events/meta-ai-on-whatsapp-may-soon-become-your-personal-assistant</w:t>
        </w:r>
      </w:hyperlink>
      <w:r>
        <w:t xml:space="preserve"> - Confirms that the Chat Memory feature will enable Meta AI to retain details from conversations, such as dietary preferences and personal milestones.</w:t>
      </w:r>
      <w:r/>
    </w:p>
    <w:p>
      <w:pPr>
        <w:pStyle w:val="ListNumber"/>
        <w:spacing w:line="240" w:lineRule="auto"/>
        <w:ind w:left="720"/>
      </w:pPr>
      <w:r/>
      <w:hyperlink r:id="rId13">
        <w:r>
          <w:rPr>
            <w:color w:val="0000EE"/>
            <w:u w:val="single"/>
          </w:rPr>
          <w:t>https://timesofindia.indiatimes.com/blocksite.cms</w:t>
        </w:r>
      </w:hyperlink>
      <w:r>
        <w:t xml:space="preserve"> - Mentions the upcoming integration of Meta AI's Chat Memory feature in WhatsApp, highlighting its potential to act as a personal assistant.</w:t>
      </w:r>
      <w:r/>
    </w:p>
    <w:p>
      <w:pPr>
        <w:pStyle w:val="ListNumber"/>
        <w:spacing w:line="240" w:lineRule="auto"/>
        <w:ind w:left="720"/>
      </w:pPr>
      <w:r/>
      <w:hyperlink r:id="rId14">
        <w:r>
          <w:rPr>
            <w:color w:val="0000EE"/>
            <w:u w:val="single"/>
          </w:rPr>
          <w:t>https://www.reddit.com/r/ChatGPT/comments/1g7vpiy/meta_ais_chat_memory_feature_in_whatsapp_to/</w:t>
        </w:r>
      </w:hyperlink>
      <w:r>
        <w:t xml:space="preserve"> - Discusses the Chat Memory feature in the context of Meta AI's advancements and its potential impact on user interactions.</w:t>
      </w:r>
      <w:r/>
    </w:p>
    <w:p>
      <w:pPr>
        <w:pStyle w:val="ListNumber"/>
        <w:spacing w:line="240" w:lineRule="auto"/>
        <w:ind w:left="720"/>
      </w:pPr>
      <w:r/>
      <w:hyperlink r:id="rId10">
        <w:r>
          <w:rPr>
            <w:color w:val="0000EE"/>
            <w:u w:val="single"/>
          </w:rPr>
          <w:t>https://wabetainfo.com/whatsapp-beta-for-android-2-24-22-9-whats-new/</w:t>
        </w:r>
      </w:hyperlink>
      <w:r>
        <w:t xml:space="preserve"> - Details the types of personal information the AI can remember, including health and lifestyle details, and cultural interests.</w:t>
      </w:r>
      <w:r/>
    </w:p>
    <w:p>
      <w:pPr>
        <w:pStyle w:val="ListNumber"/>
        <w:spacing w:line="240" w:lineRule="auto"/>
        <w:ind w:left="720"/>
      </w:pPr>
      <w:r/>
      <w:hyperlink r:id="rId11">
        <w:r>
          <w:rPr>
            <w:color w:val="0000EE"/>
            <w:u w:val="single"/>
          </w:rPr>
          <w:t>https://fusionchat.ai/news/meta-ais-chat-memory-feature-a-new-era-in-chatbot-experiences</w:t>
        </w:r>
      </w:hyperlink>
      <w:r>
        <w:t xml:space="preserve"> - Explains how the feature aims to simplify and personalize user interactions by recalling personal details in a conversational context.</w:t>
      </w:r>
      <w:r/>
    </w:p>
    <w:p>
      <w:pPr>
        <w:pStyle w:val="ListNumber"/>
        <w:spacing w:line="240" w:lineRule="auto"/>
        <w:ind w:left="720"/>
      </w:pPr>
      <w:r/>
      <w:hyperlink r:id="rId12">
        <w:r>
          <w:rPr>
            <w:color w:val="0000EE"/>
            <w:u w:val="single"/>
          </w:rPr>
          <w:t>https://nareshit.com/news&amp;events/meta-ai-on-whatsapp-may-soon-become-your-personal-assistant</w:t>
        </w:r>
      </w:hyperlink>
      <w:r>
        <w:t xml:space="preserve"> - Mentions the expected inclusion of the feature in a future update roll-out, aligning with Meta's broader AI vision.</w:t>
      </w:r>
      <w:r/>
    </w:p>
    <w:p>
      <w:pPr>
        <w:pStyle w:val="ListNumber"/>
        <w:spacing w:line="240" w:lineRule="auto"/>
        <w:ind w:left="720"/>
      </w:pPr>
      <w:r/>
      <w:hyperlink r:id="rId13">
        <w:r>
          <w:rPr>
            <w:color w:val="0000EE"/>
            <w:u w:val="single"/>
          </w:rPr>
          <w:t>https://timesofindia.indiatimes.com/blocksite.cms</w:t>
        </w:r>
      </w:hyperlink>
      <w:r>
        <w:t xml:space="preserve"> - Highlights the potential everyday applications of the feature, such as offering suggestions and providing real-time updates.</w:t>
      </w:r>
      <w:r/>
    </w:p>
    <w:p>
      <w:pPr>
        <w:pStyle w:val="ListNumber"/>
        <w:spacing w:line="240" w:lineRule="auto"/>
        <w:ind w:left="720"/>
      </w:pPr>
      <w:r/>
      <w:hyperlink r:id="rId10">
        <w:r>
          <w:rPr>
            <w:color w:val="0000EE"/>
            <w:u w:val="single"/>
          </w:rPr>
          <w:t>https://wabetainfo.com/whatsapp-beta-for-android-2-24-22-9-whats-new/</w:t>
        </w:r>
      </w:hyperlink>
      <w:r>
        <w:t xml:space="preserve"> - Clarifies that users retain the autonomy to delete past conversations, maintaining control over their personal data.</w:t>
      </w:r>
      <w:r/>
    </w:p>
    <w:p>
      <w:pPr>
        <w:pStyle w:val="ListNumber"/>
        <w:spacing w:line="240" w:lineRule="auto"/>
        <w:ind w:left="720"/>
      </w:pPr>
      <w:r/>
      <w:hyperlink r:id="rId11">
        <w:r>
          <w:rPr>
            <w:color w:val="0000EE"/>
            <w:u w:val="single"/>
          </w:rPr>
          <w:t>https://fusionchat.ai/news/meta-ais-chat-memory-feature-a-new-era-in-chatbot-experiences</w:t>
        </w:r>
      </w:hyperlink>
      <w:r>
        <w:t xml:space="preserve"> - Describes the integration as a significant stride towards creating a more intuitive and responsive digital assistant.</w:t>
      </w:r>
      <w:r/>
    </w:p>
    <w:p>
      <w:pPr>
        <w:pStyle w:val="ListNumber"/>
        <w:spacing w:line="240" w:lineRule="auto"/>
        <w:ind w:left="720"/>
      </w:pPr>
      <w:r/>
      <w:hyperlink r:id="rId15">
        <w:r>
          <w:rPr>
            <w:color w:val="0000EE"/>
            <w:u w:val="single"/>
          </w:rPr>
          <w:t>https://rollingout.com/2024/10/22/whatsapp-ai-chat-personalized-responses/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betainfo.com/whatsapp-beta-for-android-2-24-22-9-whats-new/" TargetMode="External"/><Relationship Id="rId11" Type="http://schemas.openxmlformats.org/officeDocument/2006/relationships/hyperlink" Target="https://fusionchat.ai/news/meta-ais-chat-memory-feature-a-new-era-in-chatbot-experiences" TargetMode="External"/><Relationship Id="rId12" Type="http://schemas.openxmlformats.org/officeDocument/2006/relationships/hyperlink" Target="https://nareshit.com/news&amp;events/meta-ai-on-whatsapp-may-soon-become-your-personal-assistant" TargetMode="External"/><Relationship Id="rId13" Type="http://schemas.openxmlformats.org/officeDocument/2006/relationships/hyperlink" Target="https://timesofindia.indiatimes.com/blocksite.cms" TargetMode="External"/><Relationship Id="rId14" Type="http://schemas.openxmlformats.org/officeDocument/2006/relationships/hyperlink" Target="https://www.reddit.com/r/ChatGPT/comments/1g7vpiy/meta_ais_chat_memory_feature_in_whatsapp_to/" TargetMode="External"/><Relationship Id="rId15" Type="http://schemas.openxmlformats.org/officeDocument/2006/relationships/hyperlink" Target="https://rollingout.com/2024/10/22/whatsapp-ai-chat-personalized-respon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