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 revamps terms of service: users to lose opt-out option for AI data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X Revamps Terms of Service: Users to Lose Opt-Out Option for AI Data Training</w:t>
      </w:r>
      <w:r/>
    </w:p>
    <w:p>
      <w:r/>
      <w:r>
        <w:t xml:space="preserve">In a move set to impact millions of users, X, the social media platform owned by tech magnate Elon Musk, has announced an impending update to its terms of service that appears to eliminate the option for users to opt out of their data being used for artificial intelligence (AI) training. This change is poised to take effect on 15 November. </w:t>
      </w:r>
      <w:r/>
    </w:p>
    <w:p>
      <w:r/>
      <w:r>
        <w:t>The platform, which has been under intense scrutiny for its data use policies, unveiled this update stating, "You agree that this license includes the right for us to (i) analyze text and other information you provide and to otherwise provide, promote, and improve the Services, including, for example, for use with and training of our machine learning and artificial intelligence models, whether generative or another type." This is located in the section titled "Your Rights and Grant of Rights in the Content."</w:t>
      </w:r>
      <w:r/>
    </w:p>
    <w:p>
      <w:r/>
      <w:r>
        <w:t>As it stands, the platform’s current policy allows users the choice to disable data sharing for AI training purposes, which was introduced following criticism in July when users discovered they had been automatically opted in for such use. This option is still available on both desktop and mobile versions of X for the time being. Users can navigate to their settings, locate the data sharing section, and turn off the option that allows their posts and interactions to be used for AI model training. Moreover, users are provided the ability to delete their conversation history, offering a semblance of control over their data.</w:t>
      </w:r>
      <w:r/>
    </w:p>
    <w:p>
      <w:r/>
      <w:r>
        <w:t>The specifics of the new terms have raised questions regarding the breadth of data usage, particularly whether private data such as direct messages will be used in AI training, but X has yet to clarify these details. The company has not issued a comment since the announcement of these changes.</w:t>
      </w:r>
      <w:r/>
    </w:p>
    <w:p>
      <w:r/>
      <w:r>
        <w:t>This development follows the platform's previous initiatives to enhance its AI capabilities by collecting data types including biometric information, as well as employment and educational history. These steps are part of X’s broader strategy to leverage public and possibly user-generated data to advance its AI models, evidently in a bid to keep pace with rapid advancements in AI technologies.</w:t>
      </w:r>
      <w:r/>
    </w:p>
    <w:p>
      <w:r/>
      <w:r>
        <w:t>The approach adopted by X is aligned with a broader industry trend where tech companies are persistently exploring new data streams to refine their AI models. This has sparked widespread debate about privacy and data usage, with major players like Apple, OpenAI, and Meta facing criticism for similar practices.</w:t>
      </w:r>
      <w:r/>
    </w:p>
    <w:p>
      <w:r/>
      <w:r>
        <w:t>As global privacy laws evolve, companies in regions with stringent tech regulations, such as Europe, have already started modifying or holding back certain AI functionalities to comply with local governance. The unfolding scenario at X brings to light the ongoing tug of war between technological advancement and user privacy, an issue gaining prominence as AI technology continues its rapid evolution.</w:t>
      </w:r>
      <w:r/>
    </w:p>
    <w:p>
      <w:r/>
      <w:r>
        <w:t>For users who currently wish to maintain control over their data, navigating to the data sharing settings on X and disabling the Grok AI training option remains a possibility until the new terms come into force. However, individuals with multiple accounts will need to make these changes for each account independently.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https://www.wishtv.com/news/x-social-media-ai-terms-backlash/</w:t>
        </w:r>
      </w:hyperlink>
      <w:r>
        <w:t xml:space="preserve"> - Corroborates the concerns over AI training and creative work, and the automatic agreement to new terms after November 15.</w:t>
      </w:r>
      <w:r/>
    </w:p>
    <w:p>
      <w:pPr>
        <w:pStyle w:val="ListNumber"/>
        <w:spacing w:line="240" w:lineRule="auto"/>
        <w:ind w:left="720"/>
      </w:pPr>
      <w:r/>
      <w:hyperlink r:id="rId11">
        <w:r>
          <w:rPr>
            <w:color w:val="0000EE"/>
            <w:u w:val="single"/>
          </w:rPr>
          <w:t>https://www.cnn.com/2024/10/21/tech/x-twitter-terms-of-service/index.html</w:t>
        </w:r>
      </w:hyperlink>
      <w:r>
        <w:t xml:space="preserve"> - Supports the change in terms of service allowing AI training on all users’ posts and the uncertainty around opt-out options.</w:t>
      </w:r>
      <w:r/>
    </w:p>
    <w:p>
      <w:pPr>
        <w:pStyle w:val="ListNumber"/>
        <w:spacing w:line="240" w:lineRule="auto"/>
        <w:ind w:left="720"/>
      </w:pPr>
      <w:r/>
      <w:hyperlink r:id="rId12">
        <w:r>
          <w:rPr>
            <w:color w:val="0000EE"/>
            <w:u w:val="single"/>
          </w:rPr>
          <w:t>https://metricool.com/x-twitter-new-ai-training-policy-controversy/</w:t>
        </w:r>
      </w:hyperlink>
      <w:r>
        <w:t xml:space="preserve"> - Details the new terms granting X a worldwide, non-exclusive license to use user content for AI and machine learning, and the lack of clarity on opt-out options.</w:t>
      </w:r>
      <w:r/>
    </w:p>
    <w:p>
      <w:pPr>
        <w:pStyle w:val="ListNumber"/>
        <w:spacing w:line="240" w:lineRule="auto"/>
        <w:ind w:left="720"/>
      </w:pPr>
      <w:r/>
      <w:hyperlink r:id="rId13">
        <w:r>
          <w:rPr>
            <w:color w:val="0000EE"/>
            <w:u w:val="single"/>
          </w:rPr>
          <w:t>https://www.youtube.com/watch?v=MyYTHDOopJ0</w:t>
        </w:r>
      </w:hyperlink>
      <w:r>
        <w:t xml:space="preserve"> - Explains the updated terms allowing X to use all user posts for AI training, concerns over data privacy, and the unclear opt-out options.</w:t>
      </w:r>
      <w:r/>
    </w:p>
    <w:p>
      <w:pPr>
        <w:pStyle w:val="ListNumber"/>
        <w:spacing w:line="240" w:lineRule="auto"/>
        <w:ind w:left="720"/>
      </w:pPr>
      <w:r/>
      <w:hyperlink r:id="rId14">
        <w:r>
          <w:rPr>
            <w:color w:val="0000EE"/>
            <w:u w:val="single"/>
          </w:rPr>
          <w:t>https://www.socialmediatoday.com/news/x-formerly-twitter-updates-terms-service/730223/</w:t>
        </w:r>
      </w:hyperlink>
      <w:r>
        <w:t xml:space="preserve"> - Provides information on the updated terms covering AI training permissions and the elimination of the opt-out option for AI data training.</w:t>
      </w:r>
      <w:r/>
    </w:p>
    <w:p>
      <w:pPr>
        <w:pStyle w:val="ListNumber"/>
        <w:spacing w:line="240" w:lineRule="auto"/>
        <w:ind w:left="720"/>
      </w:pPr>
      <w:r/>
      <w:hyperlink r:id="rId10">
        <w:r>
          <w:rPr>
            <w:color w:val="0000EE"/>
            <w:u w:val="single"/>
          </w:rPr>
          <w:t>https://www.wishtv.com/news/x-social-media-ai-terms-backlash/</w:t>
        </w:r>
      </w:hyperlink>
      <w:r>
        <w:t xml:space="preserve"> - Highlights the backlash from artists and creative professionals fearing their work could be used to develop AI systems replacing human creators.</w:t>
      </w:r>
      <w:r/>
    </w:p>
    <w:p>
      <w:pPr>
        <w:pStyle w:val="ListNumber"/>
        <w:spacing w:line="240" w:lineRule="auto"/>
        <w:ind w:left="720"/>
      </w:pPr>
      <w:r/>
      <w:hyperlink r:id="rId12">
        <w:r>
          <w:rPr>
            <w:color w:val="0000EE"/>
            <w:u w:val="single"/>
          </w:rPr>
          <w:t>https://metricool.com/x-twitter-new-ai-training-policy-controversy/</w:t>
        </w:r>
      </w:hyperlink>
      <w:r>
        <w:t xml:space="preserve"> - Discusses the legal implications and the choice of venue for disputes related to the new terms, which has drawn criticism.</w:t>
      </w:r>
      <w:r/>
    </w:p>
    <w:p>
      <w:pPr>
        <w:pStyle w:val="ListNumber"/>
        <w:spacing w:line="240" w:lineRule="auto"/>
        <w:ind w:left="720"/>
      </w:pPr>
      <w:r/>
      <w:hyperlink r:id="rId11">
        <w:r>
          <w:rPr>
            <w:color w:val="0000EE"/>
            <w:u w:val="single"/>
          </w:rPr>
          <w:t>https://www.cnn.com/2024/10/21/tech/x-twitter-terms-of-service/index.html</w:t>
        </w:r>
      </w:hyperlink>
      <w:r>
        <w:t xml:space="preserve"> - Mentions the broader context of AI and data use, including other tech companies facing similar criticism for their AI practices.</w:t>
      </w:r>
      <w:r/>
    </w:p>
    <w:p>
      <w:pPr>
        <w:pStyle w:val="ListNumber"/>
        <w:spacing w:line="240" w:lineRule="auto"/>
        <w:ind w:left="720"/>
      </w:pPr>
      <w:r/>
      <w:hyperlink r:id="rId12">
        <w:r>
          <w:rPr>
            <w:color w:val="0000EE"/>
            <w:u w:val="single"/>
          </w:rPr>
          <w:t>https://metricool.com/x-twitter-new-ai-training-policy-controversy/</w:t>
        </w:r>
      </w:hyperlink>
      <w:r>
        <w:t xml:space="preserve"> - Explains the potential financial motives behind the policy update, such as exploring new revenue streams through data licensing for AI training.</w:t>
      </w:r>
      <w:r/>
    </w:p>
    <w:p>
      <w:pPr>
        <w:pStyle w:val="ListNumber"/>
        <w:spacing w:line="240" w:lineRule="auto"/>
        <w:ind w:left="720"/>
      </w:pPr>
      <w:r/>
      <w:hyperlink r:id="rId13">
        <w:r>
          <w:rPr>
            <w:color w:val="0000EE"/>
            <w:u w:val="single"/>
          </w:rPr>
          <w:t>https://www.youtube.com/watch?v=MyYTHDOopJ0</w:t>
        </w:r>
      </w:hyperlink>
      <w:r>
        <w:t xml:space="preserve"> - Details the concerns about personal data being included in AI training and the potential misuse by bad actors.</w:t>
      </w:r>
      <w:r/>
    </w:p>
    <w:p>
      <w:pPr>
        <w:pStyle w:val="ListNumber"/>
        <w:spacing w:line="240" w:lineRule="auto"/>
        <w:ind w:left="720"/>
      </w:pPr>
      <w:r/>
      <w:hyperlink r:id="rId12">
        <w:r>
          <w:rPr>
            <w:color w:val="0000EE"/>
            <w:u w:val="single"/>
          </w:rPr>
          <w:t>https://metricool.com/x-twitter-new-ai-training-policy-controversy/</w:t>
        </w:r>
      </w:hyperlink>
      <w:r>
        <w:t xml:space="preserve"> - Discusses the future of AI and user privacy, highlighting the need for X to clarify its stance on user privacy and AI.</w:t>
      </w:r>
      <w:r/>
    </w:p>
    <w:p>
      <w:pPr>
        <w:pStyle w:val="ListNumber"/>
        <w:spacing w:line="240" w:lineRule="auto"/>
        <w:ind w:left="720"/>
      </w:pPr>
      <w:r/>
      <w:hyperlink r:id="rId15">
        <w:r>
          <w:rPr>
            <w:color w:val="0000EE"/>
            <w:u w:val="single"/>
          </w:rPr>
          <w:t>https://www.cnet.com/tech/services-and-software/x-is-using-your-tweets-to-train-its-ai-heres-how-to-disable-that/#ftag=CAD590a51e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shtv.com/news/x-social-media-ai-terms-backlash/" TargetMode="External"/><Relationship Id="rId11" Type="http://schemas.openxmlformats.org/officeDocument/2006/relationships/hyperlink" Target="https://www.cnn.com/2024/10/21/tech/x-twitter-terms-of-service/index.html" TargetMode="External"/><Relationship Id="rId12" Type="http://schemas.openxmlformats.org/officeDocument/2006/relationships/hyperlink" Target="https://metricool.com/x-twitter-new-ai-training-policy-controversy/" TargetMode="External"/><Relationship Id="rId13" Type="http://schemas.openxmlformats.org/officeDocument/2006/relationships/hyperlink" Target="https://www.youtube.com/watch?v=MyYTHDOopJ0" TargetMode="External"/><Relationship Id="rId14" Type="http://schemas.openxmlformats.org/officeDocument/2006/relationships/hyperlink" Target="https://www.socialmediatoday.com/news/x-formerly-twitter-updates-terms-service/730223/" TargetMode="External"/><Relationship Id="rId15" Type="http://schemas.openxmlformats.org/officeDocument/2006/relationships/hyperlink" Target="https://www.cnet.com/tech/services-and-software/x-is-using-your-tweets-to-train-its-ai-heres-how-to-disable-that/#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