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YouTube offers NFL Sunday Ticket discount for educators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NFL Sunday Ticket Offers Discount for Educators on YouTube Platform</w:t>
      </w:r>
      <w:r/>
    </w:p>
    <w:p>
      <w:r/>
      <w:r>
        <w:t>In a recent bid to engage educators with the world of American football, YouTube has unveiled a substantial discount on its NFL Sunday Ticket for teachers. This initiative is designed to make NFL games more accessible to educators, many of whom may find them both a source of personal enjoyment and a useful cultural touchpoint in developing rapport with sports-oriented students.</w:t>
      </w:r>
      <w:r/>
    </w:p>
    <w:p>
      <w:r/>
      <w:r>
        <w:t>The NFL Sunday Ticket, which typically retails at approximately $479, is being offered to educators for a significantly reduced price of $109. This equates to a discount of over 77%, providing a more affordable option for teachers to view their favourite out-of-market games live.</w:t>
      </w:r>
      <w:r/>
    </w:p>
    <w:p>
      <w:r/>
      <w:r>
        <w:t>With this subscription, educators can enjoy a multi-view feature that allows them to watch up to four live games simultaneously. Additionally, the service offers unlimited streaming across multiple devices within the home, and the ability to replay key game highlights. This could serve as a valuable addition for teachers who enjoy sports or those who are looking to engage with their students on topics that pique the latter's interest.</w:t>
      </w:r>
      <w:r/>
    </w:p>
    <w:p>
      <w:r/>
      <w:r>
        <w:t>The offer is positioned as part of broader efforts to cater to educators, prompting them to reach out with suggestions for other potential discounts. The announcement invites teachers to share their ideas via email for inclusion in future deal compilations.</w:t>
      </w:r>
      <w:r/>
    </w:p>
    <w:p>
      <w:r/>
      <w:r>
        <w:rPr>
          <w:b/>
        </w:rPr>
        <w:t>Tech Leadership Insights with Christelle Heikkilä</w:t>
      </w:r>
      <w:r/>
    </w:p>
    <w:p>
      <w:r/>
      <w:r>
        <w:t>In a separate development within the tech and business domain, UC Today's Kieran Devlin sat down with Christelle Heikkilä, Founding Director at Ethos Chain. Heikkilä's impressive career spans various industries, having served as the IT Director at Arsenal Football Club, the Head of IT Applications for Superdrug, and possessing a background in pharmacy.</w:t>
      </w:r>
      <w:r/>
    </w:p>
    <w:p>
      <w:r/>
      <w:r>
        <w:t>In the session, Heikkilä highlighted the importance of blending people skills with technological expertise in IT leadership. Her career narrative encompassed the diverse challenges she faced in sectors ranging from football to retail, illustrating the nuanced success stories from her journey.</w:t>
      </w:r>
      <w:r/>
    </w:p>
    <w:p>
      <w:r/>
      <w:r>
        <w:t>Further discussions delved into how recent cultural shifts—such as the acceptance of hybrid work models and the advent of artificial intelligence—have influenced her approach and strategies as a tech leader. Heikkilä emphasised the growing intersection of technology with human-centric leadership, noting these developments as pivotal in shaping contemporary business practices.</w:t>
      </w:r>
      <w:r/>
    </w:p>
    <w:p>
      <w:r/>
      <w:r>
        <w:t>This discussion not only brings to light the intricacies of managing IT in varied domains but also provides a reflective look at how ongoing technological advancements continue to alter traditional workplace settings and leadership dynamics.</w:t>
      </w:r>
      <w:r/>
    </w:p>
    <w:p>
      <w:r/>
      <w:r>
        <w:t>Readers interested in such topics are encouraged to engage further with the content from UC Today by subscribing to their YouTube channel or following their social media channels for more insights into tech leadership and industry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https://shop.id.me/discounts/12768-nfl-sunday-ticket-on-youtube/teacher</w:t>
        </w:r>
      </w:hyperlink>
      <w:r>
        <w:t xml:space="preserve"> - Confirms that NFL Sunday Ticket on YouTube offers discounts for teachers through ID.me.</w:t>
      </w:r>
      <w:r/>
    </w:p>
    <w:p>
      <w:pPr>
        <w:pStyle w:val="ListNumber"/>
        <w:spacing w:line="240" w:lineRule="auto"/>
        <w:ind w:left="720"/>
      </w:pPr>
      <w:r/>
      <w:hyperlink r:id="rId11">
        <w:r>
          <w:rPr>
            <w:color w:val="0000EE"/>
            <w:u w:val="single"/>
          </w:rPr>
          <w:t>https://shop.id.me/stores/12768-nfl-sunday-ticket-on-youtube</w:t>
        </w:r>
      </w:hyperlink>
      <w:r>
        <w:t xml:space="preserve"> - Details the discounted price of $109 for NFL Sunday Ticket for educators and other eligible groups.</w:t>
      </w:r>
      <w:r/>
    </w:p>
    <w:p>
      <w:pPr>
        <w:pStyle w:val="ListNumber"/>
        <w:spacing w:line="240" w:lineRule="auto"/>
        <w:ind w:left="720"/>
      </w:pPr>
      <w:r/>
      <w:hyperlink r:id="rId12">
        <w:r>
          <w:rPr>
            <w:color w:val="0000EE"/>
            <w:u w:val="single"/>
          </w:rPr>
          <w:t>https://www.usatoday.com/story/sports/nfl/2024/08/28/nfl-sunday-ticket-youtube-tv-discounts/74982611007/</w:t>
        </w:r>
      </w:hyperlink>
      <w:r>
        <w:t xml:space="preserve"> - Provides context on various discounts and promotions available for NFL Sunday Ticket, including those for specific groups.</w:t>
      </w:r>
      <w:r/>
    </w:p>
    <w:p>
      <w:pPr>
        <w:pStyle w:val="ListNumber"/>
        <w:spacing w:line="240" w:lineRule="auto"/>
        <w:ind w:left="720"/>
      </w:pPr>
      <w:r/>
      <w:hyperlink r:id="rId13">
        <w:r>
          <w:rPr>
            <w:color w:val="0000EE"/>
            <w:u w:val="single"/>
          </w:rPr>
          <w:t>https://support.google.com/youtube/answer/13770167?hl=en</w:t>
        </w:r>
      </w:hyperlink>
      <w:r>
        <w:t xml:space="preserve"> - Explains the features and benefits of NFL Sunday Ticket, including multi-view and unlimited streaming, though specifically for students.</w:t>
      </w:r>
      <w:r/>
    </w:p>
    <w:p>
      <w:pPr>
        <w:pStyle w:val="ListNumber"/>
        <w:spacing w:line="240" w:lineRule="auto"/>
        <w:ind w:left="720"/>
      </w:pPr>
      <w:r/>
      <w:hyperlink r:id="rId14">
        <w:r>
          <w:rPr>
            <w:color w:val="0000EE"/>
            <w:u w:val="single"/>
          </w:rPr>
          <w:t>https://tv.youtube.com/learn/nflsundayticket/</w:t>
        </w:r>
      </w:hyperlink>
      <w:r>
        <w:t xml:space="preserve"> - Describes the features of NFL Sunday Ticket, such as multi-view and key game highlights, and mentions student plans but not specifically educator discounts.</w:t>
      </w:r>
      <w:r/>
    </w:p>
    <w:p>
      <w:pPr>
        <w:pStyle w:val="ListNumber"/>
        <w:spacing w:line="240" w:lineRule="auto"/>
        <w:ind w:left="720"/>
      </w:pPr>
      <w:r/>
      <w:hyperlink r:id="rId11">
        <w:r>
          <w:rPr>
            <w:color w:val="0000EE"/>
            <w:u w:val="single"/>
          </w:rPr>
          <w:t>https://shop.id.me/stores/12768-nfl-sunday-ticket-on-youtube</w:t>
        </w:r>
      </w:hyperlink>
      <w:r>
        <w:t xml:space="preserve"> - Mentions the offer is available to U.S. active military, veteran, first responder, nurse, teacher, and professor customers, highlighting the educator discount.</w:t>
      </w:r>
      <w:r/>
    </w:p>
    <w:p>
      <w:pPr>
        <w:pStyle w:val="ListNumber"/>
        <w:spacing w:line="240" w:lineRule="auto"/>
        <w:ind w:left="720"/>
      </w:pPr>
      <w:r/>
      <w:hyperlink r:id="rId13">
        <w:r>
          <w:rPr>
            <w:color w:val="0000EE"/>
            <w:u w:val="single"/>
          </w:rPr>
          <w:t>https://support.google.com/youtube/answer/13770167?hl=en</w:t>
        </w:r>
      </w:hyperlink>
      <w:r>
        <w:t xml:space="preserve"> - Details the process of purchasing NFL Sunday Ticket, which can be relevant for understanding how educators might access their discounted plans.</w:t>
      </w:r>
      <w:r/>
    </w:p>
    <w:p>
      <w:pPr>
        <w:pStyle w:val="ListNumber"/>
        <w:spacing w:line="240" w:lineRule="auto"/>
        <w:ind w:left="720"/>
      </w:pPr>
      <w:r/>
      <w:hyperlink r:id="rId14">
        <w:r>
          <w:rPr>
            <w:color w:val="0000EE"/>
            <w:u w:val="single"/>
          </w:rPr>
          <w:t>https://tv.youtube.com/learn/nflsundayticket/</w:t>
        </w:r>
      </w:hyperlink>
      <w:r>
        <w:t xml:space="preserve"> - Explains the benefits of combining NFL Sunday Ticket with YouTube TV, though not specifically for educators.</w:t>
      </w:r>
      <w:r/>
    </w:p>
    <w:p>
      <w:pPr>
        <w:pStyle w:val="ListNumber"/>
        <w:spacing w:line="240" w:lineRule="auto"/>
        <w:ind w:left="720"/>
      </w:pPr>
      <w:r/>
      <w:hyperlink r:id="rId10">
        <w:r>
          <w:rPr>
            <w:color w:val="0000EE"/>
            <w:u w:val="single"/>
          </w:rPr>
          <w:t>https://shop.id.me/discounts/12768-nfl-sunday-ticket-on-youtube/teacher</w:t>
        </w:r>
      </w:hyperlink>
      <w:r>
        <w:t xml:space="preserve"> - Lists various cashback offers available for verified teachers, indicating additional savings opportunities.</w:t>
      </w:r>
      <w:r/>
    </w:p>
    <w:p>
      <w:pPr>
        <w:pStyle w:val="ListNumber"/>
        <w:spacing w:line="240" w:lineRule="auto"/>
        <w:ind w:left="720"/>
      </w:pPr>
      <w:r/>
      <w:hyperlink r:id="rId12">
        <w:r>
          <w:rPr>
            <w:color w:val="0000EE"/>
            <w:u w:val="single"/>
          </w:rPr>
          <w:t>https://www.usatoday.com/story/sports/nfl/2024/08/28/nfl-sunday-ticket-youtube-tv-discounts/74982611007/</w:t>
        </w:r>
      </w:hyperlink>
      <w:r>
        <w:t xml:space="preserve"> - Discusses general pricing and discounts for NFL Sunday Ticket, which can help contextualize the educator discount.</w:t>
      </w:r>
      <w:r/>
    </w:p>
    <w:p>
      <w:pPr>
        <w:pStyle w:val="ListNumber"/>
        <w:spacing w:line="240" w:lineRule="auto"/>
        <w:ind w:left="720"/>
      </w:pPr>
      <w:r/>
      <w:hyperlink r:id="rId14">
        <w:r>
          <w:rPr>
            <w:color w:val="0000EE"/>
            <w:u w:val="single"/>
          </w:rPr>
          <w:t>https://tv.youtube.com/learn/nflsundayticket/</w:t>
        </w:r>
      </w:hyperlink>
      <w:r>
        <w:t xml:space="preserve"> - Describes the technical aspects and features of NFL Sunday Ticket, such as multi-view and key plays, relevant to educators' use.</w:t>
      </w:r>
      <w:r/>
    </w:p>
    <w:p>
      <w:pPr>
        <w:pStyle w:val="ListNumber"/>
        <w:spacing w:line="240" w:lineRule="auto"/>
        <w:ind w:left="720"/>
      </w:pPr>
      <w:r/>
      <w:hyperlink r:id="rId15">
        <w:r>
          <w:rPr>
            <w:color w:val="0000EE"/>
            <w:u w:val="single"/>
          </w:rPr>
          <w:t>https://www.weareteachers.com/deal-of-the-day-nfl/?utm_source=rss&amp;utm_medium=rss&amp;utm_campaign=deal-of-the-day-nfl</w:t>
        </w:r>
      </w:hyperlink>
      <w:r>
        <w:t xml:space="preserve"> - Please view link - unable to able to access data</w:t>
      </w:r>
      <w:r/>
    </w:p>
    <w:p>
      <w:pPr>
        <w:pStyle w:val="ListNumber"/>
        <w:spacing w:line="240" w:lineRule="auto"/>
        <w:ind w:left="720"/>
      </w:pPr>
      <w:r/>
      <w:hyperlink r:id="rId16">
        <w:r>
          <w:rPr>
            <w:color w:val="0000EE"/>
            <w:u w:val="single"/>
          </w:rPr>
          <w:t>https://www.uctoday.com/tv/it-leadership-from-drugs-to-lipstick-to-football/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op.id.me/discounts/12768-nfl-sunday-ticket-on-youtube/teacher" TargetMode="External"/><Relationship Id="rId11" Type="http://schemas.openxmlformats.org/officeDocument/2006/relationships/hyperlink" Target="https://shop.id.me/stores/12768-nfl-sunday-ticket-on-youtube" TargetMode="External"/><Relationship Id="rId12" Type="http://schemas.openxmlformats.org/officeDocument/2006/relationships/hyperlink" Target="https://www.usatoday.com/story/sports/nfl/2024/08/28/nfl-sunday-ticket-youtube-tv-discounts/74982611007/" TargetMode="External"/><Relationship Id="rId13" Type="http://schemas.openxmlformats.org/officeDocument/2006/relationships/hyperlink" Target="https://support.google.com/youtube/answer/13770167?hl=en" TargetMode="External"/><Relationship Id="rId14" Type="http://schemas.openxmlformats.org/officeDocument/2006/relationships/hyperlink" Target="https://tv.youtube.com/learn/nflsundayticket/" TargetMode="External"/><Relationship Id="rId15" Type="http://schemas.openxmlformats.org/officeDocument/2006/relationships/hyperlink" Target="https://www.weareteachers.com/deal-of-the-day-nfl/?utm_source=rss&amp;utm_medium=rss&amp;utm_campaign=deal-of-the-day-nfl" TargetMode="External"/><Relationship Id="rId16" Type="http://schemas.openxmlformats.org/officeDocument/2006/relationships/hyperlink" Target="https://www.uctoday.com/tv/it-leadership-from-drugs-to-lipstick-to-footb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