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 new adversarial technique threatens security of large language models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 New Adversarial Technique Threatens Security of Large Language Models</w:t>
      </w:r>
      <w:r/>
    </w:p>
    <w:p>
      <w:r/>
      <w:r>
        <w:t>In a striking development, cybersecurity researchers at Palo Alto Networks Unit 42 have exposed a new method named "Deceptive Delight", that poses a significant threat to large language models (LLMs). This adversarial technique cleverly infiltrates these models during interactive conversations, stealthily slipping undesirable instructions amidst ordinary ones. This method boasts an alarming 64.6% average attack success rate within just three conversational interactions.</w:t>
      </w:r>
      <w:r/>
    </w:p>
    <w:p>
      <w:r/>
      <w:r>
        <w:t>The technique, as explained by Unit 42's Jay Chen and Royce Lu, is a multi-turn method that engages an LLM in conversation, purposely circumventing its safety measures to eventually prompt it into generating unsafe or harmful content. Unlike other methods such as Crescendo, which interlace restricted topics between non-threatening ones, Deceptive Delight gradually manipulates the model into producing prohibited outputs.</w:t>
      </w:r>
      <w:r/>
    </w:p>
    <w:p>
      <w:r/>
      <w:r>
        <w:t>This recent revelation is part of broader research into the vulnerabilities of LLMs. Another related study, conducted by researchers from Xidian University and the 360 AI Security Lab and published in August 2024, discusses the "Context Fusion Attack" (CFA), a method that similarly seeks to bypass an LLM's safety features.</w:t>
      </w:r>
      <w:r/>
    </w:p>
    <w:p>
      <w:r/>
      <w:r>
        <w:t>The innovative Deceptive Delight technique exploits the inherent weaknesses of LLMs by manipulating the context within a couple of conversational turns. By subtly leading the conversation, cybersecurity experts can extract unsafe content from these models without alerting the safety protocols in place. Interestingly, incorporating a third turn amplifies both the intricacy and the harmful nature of the output further.</w:t>
      </w:r>
      <w:r/>
    </w:p>
    <w:p>
      <w:r/>
      <w:r>
        <w:t>A significant factor in the success of Deceptive Delight is its exploitation of the LLM's limited attention span—their capability to maintain contextual awareness while producing responses. When models encounter prompts that mix benign content with potentially dangerous material, they may overlook or misinterpret the unsafe elements. Jay Chen from Unit 42 elaborates: "In complex or lengthy passages, the model may prioritize the benign aspects while glossing over or misinterpreting the unsafe ones."</w:t>
      </w:r>
      <w:r/>
    </w:p>
    <w:p>
      <w:r/>
      <w:r>
        <w:t>In their study, Unit 42 tested eight AI models using 40 unsafe topics spread across categories such as hate, harassment, self-harm, sexual content, violence, and dangerous topics. The results were particularly concerning, with topics in the violence category showing the highest success rate of inducing unsafe outputs across most models. The study further noted that the average score of harmfulness and response quality—measures of how severe and coherent the outputs are—increased significantly from the second to the third turn in interaction, highlighting a pronounced vulnerability.</w:t>
      </w:r>
      <w:r/>
    </w:p>
    <w:p>
      <w:r/>
      <w:r>
        <w:t>Addressing these risks, experts suggest employing robust content filtering and advanced prompt engineering to fortify LLMs. It is essential to explicitly outline acceptable input and output parameters to enhance resilience against such adversarial techniques.</w:t>
      </w:r>
      <w:r/>
    </w:p>
    <w:p>
      <w:r/>
      <w:r>
        <w:t>While these findings might raise concerns, researchers emphasise that they should not be misinterpreted as an indication that AI models are inherently insecure. Instead, they point to the necessity for developing multi-layered defence strategies to counteract such jailbreak threats whilst maintaining the functionality and versatility of the models.</w:t>
      </w:r>
      <w:r/>
    </w:p>
    <w:p>
      <w:r/>
      <w:r>
        <w:t>It's clear from recent studies that existing LLMs are also not entirely protected against phenomena like "hallucinations," where models might generate or suggest non-existent elements, such as software packages, potentially triggering software supply chain attacks. This is a substantial risk as adversaries could exploit these model hallucinations by introducing malware through fake packages into open-source ecosystems.</w:t>
      </w:r>
      <w:r/>
    </w:p>
    <w:p>
      <w:r/>
      <w:r>
        <w:t>Data indicates that commercial models might see a 5.2% rate of generating such illusionary packages, with the figure rising to 21.7% among open-source models, encompassing an astounding 205,474 unique examples. Such statistics underscore the pressing threat posed by this susceptibility.</w:t>
      </w:r>
      <w:r/>
    </w:p>
    <w:p>
      <w:r/>
      <w:r>
        <w:t>In conclusion, while LLMs advance and integrate deeper into various technological applications, continuous vigilance and innovations in security measures are paramount to mitigating these emerging threats and safeguarding digital infrastructures.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https://www.thetechdelta.com/deceptive-delight-jailbreak-ai-models</w:t>
        </w:r>
      </w:hyperlink>
      <w:r>
        <w:t xml:space="preserve"> - Corroborates the existence and methodology of the Deceptive Delight technique, including its ability to bypass LLM safety guardrails and the high success rate within three interaction turns.</w:t>
      </w:r>
      <w:r/>
    </w:p>
    <w:p>
      <w:pPr>
        <w:pStyle w:val="ListNumber"/>
        <w:spacing w:line="240" w:lineRule="auto"/>
        <w:ind w:left="720"/>
      </w:pPr>
      <w:r/>
      <w:hyperlink r:id="rId11">
        <w:r>
          <w:rPr>
            <w:color w:val="0000EE"/>
            <w:u w:val="single"/>
          </w:rPr>
          <w:t>https://unit42.paloaltonetworks.com/jailbreak-llms-through-camouflage-distraction/</w:t>
        </w:r>
      </w:hyperlink>
      <w:r>
        <w:t xml:space="preserve"> - Details the Deceptive Delight technique, its multi-turn approach, and the experimental results showing a 65% average attack success rate across eight AI models.</w:t>
      </w:r>
      <w:r/>
    </w:p>
    <w:p>
      <w:pPr>
        <w:pStyle w:val="ListNumber"/>
        <w:spacing w:line="240" w:lineRule="auto"/>
        <w:ind w:left="720"/>
      </w:pPr>
      <w:r/>
      <w:hyperlink r:id="rId12">
        <w:r>
          <w:rPr>
            <w:color w:val="0000EE"/>
            <w:u w:val="single"/>
          </w:rPr>
          <w:t>https://www.sos-vo.org/news/researchers-reveal-deceptive-delight-method-jailbreak-ai-models</w:t>
        </w:r>
      </w:hyperlink>
      <w:r>
        <w:t xml:space="preserve"> - Describes the Deceptive Delight method and its effectiveness in jailbreaking LLMs through interactive conversations, achieving a 64.6% attack success rate.</w:t>
      </w:r>
      <w:r/>
    </w:p>
    <w:p>
      <w:pPr>
        <w:pStyle w:val="ListNumber"/>
        <w:spacing w:line="240" w:lineRule="auto"/>
        <w:ind w:left="720"/>
      </w:pPr>
      <w:r/>
      <w:hyperlink r:id="rId13">
        <w:r>
          <w:rPr>
            <w:color w:val="0000EE"/>
            <w:u w:val="single"/>
          </w:rPr>
          <w:t>https://www.itpro.com/security/this-new-ai-jailbreaking-technique-lets-hackers-crack-models-in-just-three-interactions</w:t>
        </w:r>
      </w:hyperlink>
      <w:r>
        <w:t xml:space="preserve"> - Explains how Deceptive Delight works by embedding unsafe topics within benign ones and the high success rates achieved, especially in the violence category.</w:t>
      </w:r>
      <w:r/>
    </w:p>
    <w:p>
      <w:pPr>
        <w:pStyle w:val="ListNumber"/>
        <w:spacing w:line="240" w:lineRule="auto"/>
        <w:ind w:left="720"/>
      </w:pPr>
      <w:r/>
      <w:hyperlink r:id="rId14">
        <w:r>
          <w:rPr>
            <w:color w:val="0000EE"/>
            <w:u w:val="single"/>
          </w:rPr>
          <w:t>https://thehackernews.com/2024/10/researchers-reveal-deceptive-delight.html</w:t>
        </w:r>
      </w:hyperlink>
      <w:r>
        <w:t xml:space="preserve"> - Discusses the Deceptive Delight technique, its difference from other methods like Crescendo, and the exploitation of LLMs' limited attention span.</w:t>
      </w:r>
      <w:r/>
    </w:p>
    <w:p>
      <w:pPr>
        <w:pStyle w:val="ListNumber"/>
        <w:spacing w:line="240" w:lineRule="auto"/>
        <w:ind w:left="720"/>
      </w:pPr>
      <w:r/>
      <w:hyperlink r:id="rId10">
        <w:r>
          <w:rPr>
            <w:color w:val="0000EE"/>
            <w:u w:val="single"/>
          </w:rPr>
          <w:t>https://www.thetechdelta.com/deceptive-delight-jailbreak-ai-models</w:t>
        </w:r>
      </w:hyperlink>
      <w:r>
        <w:t xml:space="preserve"> - Provides details on the Context Fusion Attack (CFA) and its relation to bypassing LLM safety features, as part of broader research into LLM vulnerabilities.</w:t>
      </w:r>
      <w:r/>
    </w:p>
    <w:p>
      <w:pPr>
        <w:pStyle w:val="ListNumber"/>
        <w:spacing w:line="240" w:lineRule="auto"/>
        <w:ind w:left="720"/>
      </w:pPr>
      <w:r/>
      <w:hyperlink r:id="rId11">
        <w:r>
          <w:rPr>
            <w:color w:val="0000EE"/>
            <w:u w:val="single"/>
          </w:rPr>
          <w:t>https://unit42.paloaltonetworks.com/jailbreak-llms-through-camouflage-distraction/</w:t>
        </w:r>
      </w:hyperlink>
      <w:r>
        <w:t xml:space="preserve"> - Explains the exploitation of LLMs' limited attention span and how this vulnerability is crucial to the success of the Deceptive Delight method.</w:t>
      </w:r>
      <w:r/>
    </w:p>
    <w:p>
      <w:pPr>
        <w:pStyle w:val="ListNumber"/>
        <w:spacing w:line="240" w:lineRule="auto"/>
        <w:ind w:left="720"/>
      </w:pPr>
      <w:r/>
      <w:hyperlink r:id="rId14">
        <w:r>
          <w:rPr>
            <w:color w:val="0000EE"/>
            <w:u w:val="single"/>
          </w:rPr>
          <w:t>https://thehackernews.com/2024/10/researchers-reveal-deceptive-delight.html</w:t>
        </w:r>
      </w:hyperlink>
      <w:r>
        <w:t xml:space="preserve"> - Corroborates the testing of eight AI models with 40 unsafe topics and the significant increase in harmfulness and response quality scores from the second to the third interaction turn.</w:t>
      </w:r>
      <w:r/>
    </w:p>
    <w:p>
      <w:pPr>
        <w:pStyle w:val="ListNumber"/>
        <w:spacing w:line="240" w:lineRule="auto"/>
        <w:ind w:left="720"/>
      </w:pPr>
      <w:r/>
      <w:hyperlink r:id="rId13">
        <w:r>
          <w:rPr>
            <w:color w:val="0000EE"/>
            <w:u w:val="single"/>
          </w:rPr>
          <w:t>https://www.itpro.com/security/this-new-ai-jailbreaking-technique-lets-hackers-crack-models-in-just-three-interactions</w:t>
        </w:r>
      </w:hyperlink>
      <w:r>
        <w:t xml:space="preserve"> - Supports the recommendation for robust content filtering and advanced prompt engineering to mitigate the risks posed by Deceptive Delight and similar techniques.</w:t>
      </w:r>
      <w:r/>
    </w:p>
    <w:p>
      <w:pPr>
        <w:pStyle w:val="ListNumber"/>
        <w:spacing w:line="240" w:lineRule="auto"/>
        <w:ind w:left="720"/>
      </w:pPr>
      <w:r/>
      <w:hyperlink r:id="rId14">
        <w:r>
          <w:rPr>
            <w:color w:val="0000EE"/>
            <w:u w:val="single"/>
          </w:rPr>
          <w:t>https://thehackernews.com/2024/10/researchers-reveal-deceptive-delight.html</w:t>
        </w:r>
      </w:hyperlink>
      <w:r>
        <w:t xml:space="preserve"> - Highlights the necessity for multi-layered defense strategies to counteract jailbreak threats while maintaining the functionality and versatility of LLMs.</w:t>
      </w:r>
      <w:r/>
    </w:p>
    <w:p>
      <w:pPr>
        <w:pStyle w:val="ListNumber"/>
        <w:spacing w:line="240" w:lineRule="auto"/>
        <w:ind w:left="720"/>
      </w:pPr>
      <w:r/>
      <w:hyperlink r:id="rId10">
        <w:r>
          <w:rPr>
            <w:color w:val="0000EE"/>
            <w:u w:val="single"/>
          </w:rPr>
          <w:t>https://www.thetechdelta.com/deceptive-delight-jailbreak-ai-models</w:t>
        </w:r>
      </w:hyperlink>
      <w:r>
        <w:t xml:space="preserve"> - Discusses the phenomenon of 'hallucinations' in LLMs, where models generate non-existent elements, and the associated risks of software supply chain attacks.</w:t>
      </w:r>
      <w:r/>
    </w:p>
    <w:p>
      <w:pPr>
        <w:pStyle w:val="ListNumber"/>
        <w:spacing w:line="240" w:lineRule="auto"/>
        <w:ind w:left="720"/>
      </w:pPr>
      <w:r/>
      <w:hyperlink r:id="rId14">
        <w:r>
          <w:rPr>
            <w:color w:val="0000EE"/>
            <w:u w:val="single"/>
          </w:rPr>
          <w:t>https://thehackernews.com/2024/10/researchers-reveal-deceptive-delight.html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hetechdelta.com/deceptive-delight-jailbreak-ai-models" TargetMode="External"/><Relationship Id="rId11" Type="http://schemas.openxmlformats.org/officeDocument/2006/relationships/hyperlink" Target="https://unit42.paloaltonetworks.com/jailbreak-llms-through-camouflage-distraction/" TargetMode="External"/><Relationship Id="rId12" Type="http://schemas.openxmlformats.org/officeDocument/2006/relationships/hyperlink" Target="https://www.sos-vo.org/news/researchers-reveal-deceptive-delight-method-jailbreak-ai-models" TargetMode="External"/><Relationship Id="rId13" Type="http://schemas.openxmlformats.org/officeDocument/2006/relationships/hyperlink" Target="https://www.itpro.com/security/this-new-ai-jailbreaking-technique-lets-hackers-crack-models-in-just-three-interactions" TargetMode="External"/><Relationship Id="rId14" Type="http://schemas.openxmlformats.org/officeDocument/2006/relationships/hyperlink" Target="https://thehackernews.com/2024/10/researchers-reveal-deceptive-delight.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