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Ogura on brink of Moto2 World Championship title at Thai GP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Japanese motorcyclist Ai Ogura is on the cusp of clinching the Moto2 World Championship title at the upcoming Thai Grand Prix, slated for this Sunday. Competing for MT Helmets-MSi, Ogura is currently leading the championship with 241 points. This positions him 65 points ahead of his nearest rival, Arón Canet, who rides for Fantic Racing on a Kalex bike.</w:t>
      </w:r>
      <w:r/>
    </w:p>
    <w:p>
      <w:r/>
      <w:r>
        <w:t xml:space="preserve">With only the Buriram round and two remaining races in the championship, a maximum of 50 points can still be claimed following the Thai GP. This current lead gives Ogura a strong advantage, placing him in a favourable position to secure the championship title at this weekend's race. </w:t>
      </w:r>
      <w:r/>
    </w:p>
    <w:p>
      <w:r/>
      <w:r>
        <w:t>For Ogura to be declared champion at the Thai GP, he needs to secure a top-five position, regardless of Canet’s finishing position. This scenario remains valid even if Canet manages to win the race. Furthermore, other competitors, namely Fermín Aldeguer of SpeedUp/Boscoscuro and Sergio García of the same team, are 66 points behind Ogura. Should either Aldeguer or García triumph in the race, Ogura would still claim the championship title if he finishes in sixth place or higher.</w:t>
      </w:r>
      <w:r/>
    </w:p>
    <w:p>
      <w:r/>
      <w:r>
        <w:t>The emphasis on finishing positions is derived from the number of wins each rider has amassed over the season, which can impact their standing in the event of a points tie. Currently, Ogura and Aldeguer both have three wins, while Canet and García each have two. This factor remains crucial should any of these riders catch up in points to Ogura by the end of the season. Therefore, a top-five finish in Thailand would all but secure the championship for Ogura, allowing his team and fans to celebrate his triumph.</w:t>
      </w:r>
      <w:r/>
    </w:p>
    <w:p>
      <w:r/>
      <w:r>
        <w:t>As the race approaches, all eyes will be on the Chang International Circuit in Buriram, Thailand, this Sunday to see if Ogura can indeed capitalise on this pivotal moment and secure his place as the Moto2 World Champion. The anticipation builds for what promises to be a thrilling chapter in this year’s Moto2 series.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https://www.motogp.com/en/news/2024/10/26/ogura-holds-the-edge-over-canet-ahead-of-a-crucial-thai-gp/511347</w:t>
        </w:r>
      </w:hyperlink>
      <w:r>
        <w:t xml:space="preserve"> - Corroborates Ai Ogura's current lead in the championship and his position ahead of Arón Canet.</w:t>
      </w:r>
      <w:r/>
    </w:p>
    <w:p>
      <w:pPr>
        <w:pStyle w:val="ListNumber"/>
        <w:spacing w:line="240" w:lineRule="auto"/>
        <w:ind w:left="720"/>
      </w:pPr>
      <w:r/>
      <w:hyperlink r:id="rId10">
        <w:r>
          <w:rPr>
            <w:color w:val="0000EE"/>
            <w:u w:val="single"/>
          </w:rPr>
          <w:t>https://www.motogp.com/en/news/2024/10/26/ogura-holds-the-edge-over-canet-ahead-of-a-crucial-thai-gp/511347</w:t>
        </w:r>
      </w:hyperlink>
      <w:r>
        <w:t xml:space="preserve"> - Details the points gap between Ogura and his nearest rival, Arón Canet, and the remaining races in the championship.</w:t>
      </w:r>
      <w:r/>
    </w:p>
    <w:p>
      <w:pPr>
        <w:pStyle w:val="ListNumber"/>
        <w:spacing w:line="240" w:lineRule="auto"/>
        <w:ind w:left="720"/>
      </w:pPr>
      <w:r/>
      <w:hyperlink r:id="rId10">
        <w:r>
          <w:rPr>
            <w:color w:val="0000EE"/>
            <w:u w:val="single"/>
          </w:rPr>
          <w:t>https://www.motogp.com/en/news/2024/10/26/ogura-holds-the-edge-over-canet-ahead-of-a-crucial-thai-gp/511347</w:t>
        </w:r>
      </w:hyperlink>
      <w:r>
        <w:t xml:space="preserve"> - Explains the scenario under which Ogura can be declared champion at the Thai GP, including the need for a top-five finish.</w:t>
      </w:r>
      <w:r/>
    </w:p>
    <w:p>
      <w:pPr>
        <w:pStyle w:val="ListNumber"/>
        <w:spacing w:line="240" w:lineRule="auto"/>
        <w:ind w:left="720"/>
      </w:pPr>
      <w:r/>
      <w:hyperlink r:id="rId10">
        <w:r>
          <w:rPr>
            <w:color w:val="0000EE"/>
            <w:u w:val="single"/>
          </w:rPr>
          <w:t>https://www.motogp.com/en/news/2024/10/26/ogura-holds-the-edge-over-canet-ahead-of-a-crucial-thai-gp/511347</w:t>
        </w:r>
      </w:hyperlink>
      <w:r>
        <w:t xml:space="preserve"> - Mentions the points deficit of other competitors, such as Fermín Aldeguer and Sergio García, and the implications for Ogura's championship chances.</w:t>
      </w:r>
      <w:r/>
    </w:p>
    <w:p>
      <w:pPr>
        <w:pStyle w:val="ListNumber"/>
        <w:spacing w:line="240" w:lineRule="auto"/>
        <w:ind w:left="720"/>
      </w:pPr>
      <w:r/>
      <w:hyperlink r:id="rId10">
        <w:r>
          <w:rPr>
            <w:color w:val="0000EE"/>
            <w:u w:val="single"/>
          </w:rPr>
          <w:t>https://www.motogp.com/en/news/2024/10/26/ogura-holds-the-edge-over-canet-ahead-of-a-crucial-thai-gp/511347</w:t>
        </w:r>
      </w:hyperlink>
      <w:r>
        <w:t xml:space="preserve"> - Discusses the importance of the number of wins each rider has, which can impact their standing in case of a points tie.</w:t>
      </w:r>
      <w:r/>
    </w:p>
    <w:p>
      <w:pPr>
        <w:pStyle w:val="ListNumber"/>
        <w:spacing w:line="240" w:lineRule="auto"/>
        <w:ind w:left="720"/>
      </w:pPr>
      <w:r/>
      <w:hyperlink r:id="rId11">
        <w:r>
          <w:rPr>
            <w:color w:val="0000EE"/>
            <w:u w:val="single"/>
          </w:rPr>
          <w:t>https://en.wikipedia.org/wiki/Ai_Ogura</w:t>
        </w:r>
      </w:hyperlink>
      <w:r>
        <w:t xml:space="preserve"> - Provides background information on Ai Ogura, including his current team, MT Helmets – MSi, and his participation in the Moto2 World Championship.</w:t>
      </w:r>
      <w:r/>
    </w:p>
    <w:p>
      <w:pPr>
        <w:pStyle w:val="ListNumber"/>
        <w:spacing w:line="240" w:lineRule="auto"/>
        <w:ind w:left="720"/>
      </w:pPr>
      <w:r/>
      <w:hyperlink r:id="rId12">
        <w:r>
          <w:rPr>
            <w:color w:val="0000EE"/>
            <w:u w:val="single"/>
          </w:rPr>
          <w:t>https://www.roadracingworld.com/news/moto2-ogura-takes-pole-in-thailand/</w:t>
        </w:r>
      </w:hyperlink>
      <w:r>
        <w:t xml:space="preserve"> - Confirms Ogura's pole position at the Thai Grand Prix and his strong performance in the qualifying sessions.</w:t>
      </w:r>
      <w:r/>
    </w:p>
    <w:p>
      <w:pPr>
        <w:pStyle w:val="ListNumber"/>
        <w:spacing w:line="240" w:lineRule="auto"/>
        <w:ind w:left="720"/>
      </w:pPr>
      <w:r/>
      <w:hyperlink r:id="rId13">
        <w:r>
          <w:rPr>
            <w:color w:val="0000EE"/>
            <w:u w:val="single"/>
          </w:rPr>
          <w:t>https://www.roadracingworld.com/news/moto2-ogura-under-lap-record-in-saturday-practice-in-thailand/</w:t>
        </w:r>
      </w:hyperlink>
      <w:r>
        <w:t xml:space="preserve"> - Details Ogura's performance in the practice sessions, highlighting his dominance and lap times.</w:t>
      </w:r>
      <w:r/>
    </w:p>
    <w:p>
      <w:pPr>
        <w:pStyle w:val="ListNumber"/>
        <w:spacing w:line="240" w:lineRule="auto"/>
        <w:ind w:left="720"/>
      </w:pPr>
      <w:r/>
      <w:hyperlink r:id="rId10">
        <w:r>
          <w:rPr>
            <w:color w:val="0000EE"/>
            <w:u w:val="single"/>
          </w:rPr>
          <w:t>https://www.motogp.com/en/news/2024/10/26/ogura-holds-the-edge-over-canet-ahead-of-a-crucial-thai-gp/511347</w:t>
        </w:r>
      </w:hyperlink>
      <w:r>
        <w:t xml:space="preserve"> - Describes the anticipation and importance of the Thai GP for Ogura's championship bid.</w:t>
      </w:r>
      <w:r/>
    </w:p>
    <w:p>
      <w:pPr>
        <w:pStyle w:val="ListNumber"/>
        <w:spacing w:line="240" w:lineRule="auto"/>
        <w:ind w:left="720"/>
      </w:pPr>
      <w:r/>
      <w:hyperlink r:id="rId14">
        <w:r>
          <w:rPr>
            <w:color w:val="0000EE"/>
            <w:u w:val="single"/>
          </w:rPr>
          <w:t>https://www.crash.net/moto2/results/1058915/1/2024-thailand-moto2-grand-prix-qualifying-results</w:t>
        </w:r>
      </w:hyperlink>
      <w:r>
        <w:t xml:space="preserve"> - Provides the qualifying results for the Thai Grand Prix, confirming Ogura's pole position and the grid positions of other competitors.</w:t>
      </w:r>
      <w:r/>
    </w:p>
    <w:p>
      <w:pPr>
        <w:pStyle w:val="ListNumber"/>
        <w:spacing w:line="240" w:lineRule="auto"/>
        <w:ind w:left="720"/>
      </w:pPr>
      <w:r/>
      <w:hyperlink r:id="rId10">
        <w:r>
          <w:rPr>
            <w:color w:val="0000EE"/>
            <w:u w:val="single"/>
          </w:rPr>
          <w:t>https://www.motogp.com/en/news/2024/10/26/ogura-holds-the-edge-over-canet-ahead-of-a-crucial-thai-gp/511347</w:t>
        </w:r>
      </w:hyperlink>
      <w:r>
        <w:t xml:space="preserve"> - Outlines the schedule and timing for the Thai GP, including the start time and the significance of the event.</w:t>
      </w:r>
      <w:r/>
    </w:p>
    <w:p>
      <w:pPr>
        <w:pStyle w:val="ListNumber"/>
        <w:spacing w:line="240" w:lineRule="auto"/>
        <w:ind w:left="720"/>
      </w:pPr>
      <w:r/>
      <w:hyperlink r:id="rId15">
        <w:r>
          <w:rPr>
            <w:color w:val="0000EE"/>
            <w:u w:val="single"/>
          </w:rPr>
          <w:t>https://motorcyclesports.net/ai-ogura-one-top-five-away-from-being-champion-on-sunday-in-buriram/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togp.com/en/news/2024/10/26/ogura-holds-the-edge-over-canet-ahead-of-a-crucial-thai-gp/511347" TargetMode="External"/><Relationship Id="rId11" Type="http://schemas.openxmlformats.org/officeDocument/2006/relationships/hyperlink" Target="https://en.wikipedia.org/wiki/Ai_Ogura" TargetMode="External"/><Relationship Id="rId12" Type="http://schemas.openxmlformats.org/officeDocument/2006/relationships/hyperlink" Target="https://www.roadracingworld.com/news/moto2-ogura-takes-pole-in-thailand/" TargetMode="External"/><Relationship Id="rId13" Type="http://schemas.openxmlformats.org/officeDocument/2006/relationships/hyperlink" Target="https://www.roadracingworld.com/news/moto2-ogura-under-lap-record-in-saturday-practice-in-thailand/" TargetMode="External"/><Relationship Id="rId14" Type="http://schemas.openxmlformats.org/officeDocument/2006/relationships/hyperlink" Target="https://www.crash.net/moto2/results/1058915/1/2024-thailand-moto2-grand-prix-qualifying-results" TargetMode="External"/><Relationship Id="rId15" Type="http://schemas.openxmlformats.org/officeDocument/2006/relationships/hyperlink" Target="https://motorcyclesports.net/ai-ogura-one-top-five-away-from-being-champion-on-sunday-in-burir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