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ranks the most handsome players in the Premier League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intriguing blend of technology and sport, an artificial intelligence (AI) tool has evaluated the attractiveness of players in the English Premier League, revealing a top ten list of the most handsome football stars. The analysis was conducted by Indian iGaming site Gamblino, using images from the official Premier League website.</w:t>
      </w:r>
      <w:r/>
    </w:p>
    <w:p>
      <w:r/>
      <w:r>
        <w:t>Arsenal's midfielder Declan Rice was ranked as the most attractive player, achieving a high score of 8.57 out of 10. Rice, who is notably aiming to lead Arsenal to their first Premier League title since 2004, now holds this unique accolade alongside his on-pitch ambitions.</w:t>
      </w:r>
      <w:r/>
    </w:p>
    <w:p>
      <w:r/>
      <w:r>
        <w:t>In second place is Jamie Vardy from Leicester City, scoring 8.36. Vardy's role was pivotal in Leicester's return to the Premier League, evidencing his continued appeal both in skills and looks. Completing the top three is Ryan Manning of Southampton, with a score of 8.31, contributing yet another notable accomplishment to his first season back in the top flight.</w:t>
      </w:r>
      <w:r/>
    </w:p>
    <w:p>
      <w:r/>
      <w:r>
        <w:t>Arsenal makes another appearance in the top rankings with Jorginho securing fourth place, having been assigned a score of 8.24. Meanwhile, Newcastle United's Joelinton rounds out the top five, earning a rating of 8.23.</w:t>
      </w:r>
      <w:r/>
    </w:p>
    <w:p>
      <w:r/>
      <w:r>
        <w:t>In sixth place is Bournemouth's Philip Billing, who achieved a score of 8.22. He is closely followed by Wolves' Joao Gomes with 8.16, a mark that solidifies his place at seventh on the list. Billing's teammate, Lewis Cook, and Tottenham's Radu Dragusin share the eighth position, each scoring 8.07.</w:t>
      </w:r>
      <w:r/>
    </w:p>
    <w:p>
      <w:r/>
      <w:r>
        <w:t>Ferdi Kadioglu, a recent addition to Brighton's squad, resides in ninth place with a score of 7.99. Despite his fresh arrival, Kadioglu has quickly made an impression off the field as well. Completing the list is Fulham's Andreas Pereira, who earned a score of 7.97, thereby securing the tenth spot.</w:t>
      </w:r>
      <w:r/>
    </w:p>
    <w:p>
      <w:r/>
      <w:r>
        <w:t>This AI-driven evaluation provides an unconventional take on the personas of Premier League athletes, offering a glimpse into how technology can intersect with aspects of sporting culture beyond performance metrics. The utilisation of AI to assess human characteristics presents intriguing possibilities for future applications in sports and other fields. This listing, however, is likely to remain a light-hearted curiosity alongside the rigorous demands of the football season.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https://www.justarsenal.com/ai-says-arsenal-star-is-the-most-attractive-player-in-the-premier-league/378870</w:t>
        </w:r>
      </w:hyperlink>
      <w:r>
        <w:t xml:space="preserve"> - Corroborates the use of AI to evaluate the attractiveness of Premier League players, with a focus on Arsenal players.</w:t>
      </w:r>
      <w:r/>
    </w:p>
    <w:p>
      <w:pPr>
        <w:pStyle w:val="ListNumber"/>
        <w:spacing w:line="240" w:lineRule="auto"/>
        <w:ind w:left="720"/>
      </w:pPr>
      <w:r/>
      <w:hyperlink r:id="rId11">
        <w:r>
          <w:rPr>
            <w:color w:val="0000EE"/>
            <w:u w:val="single"/>
          </w:rPr>
          <w:t>https://m.allfootballapp.com/news/EPL/EPL%E2%80%98s-most-attractive-players-%E2%80%98revealed-by-AI%E2%80%99-as-Vardy-comes-in-second/3570004</w:t>
        </w:r>
      </w:hyperlink>
      <w:r>
        <w:t xml:space="preserve"> - Provides the specific rankings of the most attractive players in the Premier League, including Declan Rice and Jamie Vardy.</w:t>
      </w:r>
      <w:r/>
    </w:p>
    <w:p>
      <w:pPr>
        <w:pStyle w:val="ListNumber"/>
        <w:spacing w:line="240" w:lineRule="auto"/>
        <w:ind w:left="720"/>
      </w:pPr>
      <w:r/>
      <w:hyperlink r:id="rId11">
        <w:r>
          <w:rPr>
            <w:color w:val="0000EE"/>
            <w:u w:val="single"/>
          </w:rPr>
          <w:t>https://m.allfootballapp.com/news/EPL/EPL%E2%80%98s-most-attractive-players-%E2%80%98revealed-by-AI%E2%80%99-as-Vardy-comes-in-second/3570004</w:t>
        </w:r>
      </w:hyperlink>
      <w:r>
        <w:t xml:space="preserve"> - Details the scores and rankings of other players like Ryan Manning, Jorginho, and Joelinton.</w:t>
      </w:r>
      <w:r/>
    </w:p>
    <w:p>
      <w:pPr>
        <w:pStyle w:val="ListNumber"/>
        <w:spacing w:line="240" w:lineRule="auto"/>
        <w:ind w:left="720"/>
      </w:pPr>
      <w:r/>
      <w:hyperlink r:id="rId11">
        <w:r>
          <w:rPr>
            <w:color w:val="0000EE"/>
            <w:u w:val="single"/>
          </w:rPr>
          <w:t>https://m.allfootballapp.com/news/EPL/EPL%E2%80%98s-most-attractive-players-%E2%80%98revealed-by-AI%E2%80%99-as-Vardy-comes-in-second/3570004</w:t>
        </w:r>
      </w:hyperlink>
      <w:r>
        <w:t xml:space="preserve"> - Lists the scores and positions of Philip Billing, Joao Gomes, Lewis Cook, and Radu Dragusin.</w:t>
      </w:r>
      <w:r/>
    </w:p>
    <w:p>
      <w:pPr>
        <w:pStyle w:val="ListNumber"/>
        <w:spacing w:line="240" w:lineRule="auto"/>
        <w:ind w:left="720"/>
      </w:pPr>
      <w:r/>
      <w:hyperlink r:id="rId11">
        <w:r>
          <w:rPr>
            <w:color w:val="0000EE"/>
            <w:u w:val="single"/>
          </w:rPr>
          <w:t>https://m.allfootballapp.com/news/EPL/EPL%E2%80%98s-most-attractive-players-%E2%80%98revealed-by-AI%E2%80%99-as-Vardy-comes-in-second/3570004</w:t>
        </w:r>
      </w:hyperlink>
      <w:r>
        <w:t xml:space="preserve"> - Mentions Ferdi Kadioglu and Andreas Pereira's rankings and scores.</w:t>
      </w:r>
      <w:r/>
    </w:p>
    <w:p>
      <w:pPr>
        <w:pStyle w:val="ListNumber"/>
        <w:spacing w:line="240" w:lineRule="auto"/>
        <w:ind w:left="720"/>
      </w:pPr>
      <w:r/>
      <w:hyperlink r:id="rId12">
        <w:r>
          <w:rPr>
            <w:color w:val="0000EE"/>
            <w:u w:val="single"/>
          </w:rPr>
          <w:t>https://www.techradar.com/pro/five-ways-ai-and-data-is-making-the-difference-in-the-premier-league</w:t>
        </w:r>
      </w:hyperlink>
      <w:r>
        <w:t xml:space="preserve"> - Explains how AI is used in various aspects of the Premier League, including performance optimization and fan engagement.</w:t>
      </w:r>
      <w:r/>
    </w:p>
    <w:p>
      <w:pPr>
        <w:pStyle w:val="ListNumber"/>
        <w:spacing w:line="240" w:lineRule="auto"/>
        <w:ind w:left="720"/>
      </w:pPr>
      <w:r/>
      <w:hyperlink r:id="rId12">
        <w:r>
          <w:rPr>
            <w:color w:val="0000EE"/>
            <w:u w:val="single"/>
          </w:rPr>
          <w:t>https://www.techradar.com/pro/five-ways-ai-and-data-is-making-the-difference-in-the-premier-league</w:t>
        </w:r>
      </w:hyperlink>
      <w:r>
        <w:t xml:space="preserve"> - Discusses the use of AI in tactical superiority and injury prevention in the Premier League.</w:t>
      </w:r>
      <w:r/>
    </w:p>
    <w:p>
      <w:pPr>
        <w:pStyle w:val="ListNumber"/>
        <w:spacing w:line="240" w:lineRule="auto"/>
        <w:ind w:left="720"/>
      </w:pPr>
      <w:r/>
      <w:hyperlink r:id="rId13">
        <w:r>
          <w:rPr>
            <w:color w:val="0000EE"/>
            <w:u w:val="single"/>
          </w:rPr>
          <w:t>https://ca.sports.yahoo.com/news/best-fpl-players-gameweek-5-085000613.html</w:t>
        </w:r>
      </w:hyperlink>
      <w:r>
        <w:t xml:space="preserve"> - Shows how AI is used in fantasy football to predict player performance and provide tactical analysis.</w:t>
      </w:r>
      <w:r/>
    </w:p>
    <w:p>
      <w:pPr>
        <w:pStyle w:val="ListNumber"/>
        <w:spacing w:line="240" w:lineRule="auto"/>
        <w:ind w:left="720"/>
      </w:pPr>
      <w:r/>
      <w:hyperlink r:id="rId14">
        <w:r>
          <w:rPr>
            <w:color w:val="0000EE"/>
            <w:u w:val="single"/>
          </w:rPr>
          <w:t>https://www.cnn.com/2024/03/01/tech/aiscout-app-soccer-scouting-spc-intl/index.html</w:t>
        </w:r>
      </w:hyperlink>
      <w:r>
        <w:t xml:space="preserve"> - Details the use of AI in scouting and talent identification in football through the aiScout app.</w:t>
      </w:r>
      <w:r/>
    </w:p>
    <w:p>
      <w:pPr>
        <w:pStyle w:val="ListNumber"/>
        <w:spacing w:line="240" w:lineRule="auto"/>
        <w:ind w:left="720"/>
      </w:pPr>
      <w:r/>
      <w:hyperlink r:id="rId14">
        <w:r>
          <w:rPr>
            <w:color w:val="0000EE"/>
            <w:u w:val="single"/>
          </w:rPr>
          <w:t>https://www.cnn.com/2024/03/01/tech/aiscout-app-soccer-scouting-spc-intl/index.html</w:t>
        </w:r>
      </w:hyperlink>
      <w:r>
        <w:t xml:space="preserve"> - Explains how AI can augment traditional scouting methods and its potential future applications.</w:t>
      </w:r>
      <w:r/>
    </w:p>
    <w:p>
      <w:pPr>
        <w:pStyle w:val="ListNumber"/>
        <w:spacing w:line="240" w:lineRule="auto"/>
        <w:ind w:left="720"/>
      </w:pPr>
      <w:r/>
      <w:hyperlink r:id="rId10">
        <w:r>
          <w:rPr>
            <w:color w:val="0000EE"/>
            <w:u w:val="single"/>
          </w:rPr>
          <w:t>https://www.justarsenal.com/ai-says-arsenal-star-is-the-most-attractive-player-in-the-premier-league/378870</w:t>
        </w:r>
      </w:hyperlink>
      <w:r>
        <w:t xml:space="preserve"> - Highlights the intersection of technology and sporting culture, including the evaluation of human characteristics beyond performance metrics.</w:t>
      </w:r>
      <w:r/>
    </w:p>
    <w:p>
      <w:pPr>
        <w:pStyle w:val="ListNumber"/>
        <w:spacing w:line="240" w:lineRule="auto"/>
        <w:ind w:left="720"/>
      </w:pPr>
      <w:r/>
      <w:hyperlink r:id="rId15">
        <w:r>
          <w:rPr>
            <w:color w:val="0000EE"/>
            <w:u w:val="single"/>
          </w:rPr>
          <w:t>https://www.thescottishsun.co.uk/sport/13743113/premier-league-most-attractive-declan-rice-jamie-vardy/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ustarsenal.com/ai-says-arsenal-star-is-the-most-attractive-player-in-the-premier-league/378870" TargetMode="External"/><Relationship Id="rId11" Type="http://schemas.openxmlformats.org/officeDocument/2006/relationships/hyperlink" Target="https://m.allfootballapp.com/news/EPL/EPL%E2%80%98s-most-attractive-players-%E2%80%98revealed-by-AI%E2%80%99-as-Vardy-comes-in-second/3570004" TargetMode="External"/><Relationship Id="rId12" Type="http://schemas.openxmlformats.org/officeDocument/2006/relationships/hyperlink" Target="https://www.techradar.com/pro/five-ways-ai-and-data-is-making-the-difference-in-the-premier-league" TargetMode="External"/><Relationship Id="rId13" Type="http://schemas.openxmlformats.org/officeDocument/2006/relationships/hyperlink" Target="https://ca.sports.yahoo.com/news/best-fpl-players-gameweek-5-085000613.html" TargetMode="External"/><Relationship Id="rId14" Type="http://schemas.openxmlformats.org/officeDocument/2006/relationships/hyperlink" Target="https://www.cnn.com/2024/03/01/tech/aiscout-app-soccer-scouting-spc-intl/index.html" TargetMode="External"/><Relationship Id="rId15" Type="http://schemas.openxmlformats.org/officeDocument/2006/relationships/hyperlink" Target="https://www.thescottishsun.co.uk/sport/13743113/premier-league-most-attractive-declan-rice-jamie-vard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