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search tools reveal discredited race intelligence studies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concerning development, AI-powered search tools from major tech companies, including Google, Microsoft, and Perplexity, have been found surfacing discredited and racially inflammatory research. These search engines have been presenting data suggesting an erroneous correlation between race and intelligence, a debunked area of study often associated with the idea that white people are genetically superior.</w:t>
      </w:r>
      <w:r/>
    </w:p>
    <w:p>
      <w:r/>
      <w:r>
        <w:t>The issue came to light during Patrik Hermansson's investigation, a researcher with Hope Not Hate, a UK-based anti-racism organisation. He was delving into the realms of modern race science and the data underpinning it. Hermansson's research focused on debunked materials positing that racial differences dictate intelligence levels, a view long rejected by credible scientific communities.</w:t>
      </w:r>
      <w:r/>
    </w:p>
    <w:p>
      <w:r/>
      <w:r>
        <w:t>The investigation aimed to scrutinise the Human Diversity Foundation, a controversial organisation established in 2022. It stands as a successor to the Pioneer Fund, a notorious entity founded by Nazi sympathisers in the United States in 1937 with the intent to promote ideologies of racial hierarchy and 'race betterment'. Funded by Andrew Conru, a billionaire tech entrepreneur known for founding Adult Friend Finder, the Human Diversity Foundation represents a continuation of an outdated and discredited line of thinking.</w:t>
      </w:r>
      <w:r/>
    </w:p>
    <w:p>
      <w:r/>
      <w:r>
        <w:t>Hermansson utilised Google's search engine to research the claimed intelligence quotients of various nations. To his surprise, Google's AI-enabled Overviews tool, activated by default, provided him with a response featuring precise IQ numbers for countries like Pakistan, Sierra Leone, and Kenya. The tool listed national IQ scores purportedly based on data from the late Richard Lynn, a former University of Ulster professor. Lynn's controversial work and leadership in the Pioneer Fund had a significant influence on the propagation of race-based intelligence theories.</w:t>
      </w:r>
      <w:r/>
    </w:p>
    <w:p>
      <w:r/>
      <w:r>
        <w:t>The figures presented—80 for Pakistan, 45.07 for Sierra Leone, and 75.2 for Kenya—were directly taken from studies that Hermansson was analysing and believed were flawed. These studies, championed by Lynn, have been widely criticized for their lack of scientific rigour and their support of supremacist ideologies.</w:t>
      </w:r>
      <w:r/>
    </w:p>
    <w:p>
      <w:r/>
      <w:r>
        <w:t>Hermansson expressed astonishment and concern as he found the automated results mirrored the very data he aimed to challenge, reflecting the enduring impact of Lynn's theories within certain circles.</w:t>
      </w:r>
      <w:r/>
    </w:p>
    <w:p>
      <w:r/>
      <w:r>
        <w:t>This revelation highlights the broader implications of AI in disseminating controversial content, as the algorithms employed by search engines could unintentionally circulate harmful and outdated ideologies, raising questions about responsibility and accuracy in digital information curation. The situation underscores the need for vigilance and contextual understanding when employing AI-driven technologies to ensure they do not perpetuate harmful myths and misinformation.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https://arstechnica.com/civis/threads/google-microsoft-and-perplexity-promote-scientific-racism-in-ai-search-results.1503724/latest</w:t>
        </w:r>
      </w:hyperlink>
      <w:r>
        <w:t xml:space="preserve"> - This article discusses how AI-powered search engines from Google, Microsoft, and Perplexity have been found to surface discredited and racially inflammatory research, including correlations between race and intelligence.</w:t>
      </w:r>
      <w:r/>
    </w:p>
    <w:p>
      <w:pPr>
        <w:pStyle w:val="ListNumber"/>
        <w:spacing w:line="240" w:lineRule="auto"/>
        <w:ind w:left="720"/>
      </w:pPr>
      <w:r/>
      <w:hyperlink r:id="rId11">
        <w:r>
          <w:rPr>
            <w:color w:val="0000EE"/>
            <w:u w:val="single"/>
          </w:rPr>
          <w:t>https://www.theverge.com/24111326/ai-search-perplexity-copilot-you-google-review</w:t>
        </w:r>
      </w:hyperlink>
      <w:r>
        <w:t xml:space="preserve"> - While not directly addressing the racial content issue, this article highlights the broader challenges and inaccuracies of AI search engines, including their tendency to provide outdated or incorrect information.</w:t>
      </w:r>
      <w:r/>
    </w:p>
    <w:p>
      <w:pPr>
        <w:pStyle w:val="ListNumber"/>
        <w:spacing w:line="240" w:lineRule="auto"/>
        <w:ind w:left="720"/>
      </w:pPr>
      <w:r/>
      <w:hyperlink r:id="rId12">
        <w:r>
          <w:rPr>
            <w:color w:val="0000EE"/>
            <w:u w:val="single"/>
          </w:rPr>
          <w:t>https://indianexpress.com/article/technology/artificial-intelligence/perplexity-ai-search-engine-replace-google-9144486/</w:t>
        </w:r>
      </w:hyperlink>
      <w:r>
        <w:t xml:space="preserve"> - This article mentions the inaccuracies and hallucinations of AI search engines like Perplexity, which can lead to the dissemination of incorrect or harmful information.</w:t>
      </w:r>
      <w:r/>
    </w:p>
    <w:p>
      <w:pPr>
        <w:pStyle w:val="ListNumber"/>
        <w:spacing w:line="240" w:lineRule="auto"/>
        <w:ind w:left="720"/>
      </w:pPr>
      <w:r/>
      <w:hyperlink r:id="rId13">
        <w:r>
          <w:rPr>
            <w:color w:val="0000EE"/>
            <w:u w:val="single"/>
          </w:rPr>
          <w:t>https://www.reddit.com/r/OpenAI/comments/1cnx56r/could_ai_search_like_perplexity_actually_beat/</w:t>
        </w:r>
      </w:hyperlink>
      <w:r>
        <w:t xml:space="preserve"> - This discussion highlights the flaws in AI search engines, including their ability to pull poor results and confidently provide irrelevant or incorrect answers, which can include harmful or discredited content.</w:t>
      </w:r>
      <w:r/>
    </w:p>
    <w:p>
      <w:pPr>
        <w:pStyle w:val="ListNumber"/>
        <w:spacing w:line="240" w:lineRule="auto"/>
        <w:ind w:left="720"/>
      </w:pPr>
      <w:r/>
      <w:hyperlink r:id="rId14">
        <w:r>
          <w:rPr>
            <w:color w:val="0000EE"/>
            <w:u w:val="single"/>
          </w:rPr>
          <w:t>https://www.vox.com/technology/357247/why-are-ai-search-engines-so-bad</w:t>
        </w:r>
      </w:hyperlink>
      <w:r>
        <w:t xml:space="preserve"> - This article details the ongoing challenges with AI search, including the tendency to fabricate information and lack of discernment between reliable and misleading data sources, which can lead to the spread of harmful ideologies.</w:t>
      </w:r>
      <w:r/>
    </w:p>
    <w:p>
      <w:pPr>
        <w:pStyle w:val="ListNumber"/>
        <w:spacing w:line="240" w:lineRule="auto"/>
        <w:ind w:left="720"/>
      </w:pPr>
      <w:r/>
      <w:hyperlink r:id="rId9">
        <w:r>
          <w:rPr>
            <w:color w:val="0000EE"/>
            <w:u w:val="single"/>
          </w:rPr>
          <w:t>https://www.noahwire.com</w:t>
        </w:r>
      </w:hyperlink>
      <w:r>
        <w:t xml:space="preserve"> - Although not directly linked here, this is the source mentioned in the query that likely contains the original investigation by Patrik Hermansson on the issue of AI search engines surfacing discredited racial research.</w:t>
      </w:r>
      <w:r/>
    </w:p>
    <w:p>
      <w:pPr>
        <w:pStyle w:val="ListNumber"/>
        <w:spacing w:line="240" w:lineRule="auto"/>
        <w:ind w:left="720"/>
      </w:pPr>
      <w:r/>
      <w:hyperlink r:id="rId15">
        <w:r>
          <w:rPr>
            <w:color w:val="0000EE"/>
            <w:u w:val="single"/>
          </w:rPr>
          <w:t>https://en.wikipedia.org/wiki/Pioneer_Fund</w:t>
        </w:r>
      </w:hyperlink>
      <w:r>
        <w:t xml:space="preserve"> - This Wikipedia page provides background on the Pioneer Fund, a notorious entity founded by Nazi sympathisers, which is relevant to the context of the Human Diversity Foundation and the propagation of racial hierarchy ideologies.</w:t>
      </w:r>
      <w:r/>
    </w:p>
    <w:p>
      <w:pPr>
        <w:pStyle w:val="ListNumber"/>
        <w:spacing w:line="240" w:lineRule="auto"/>
        <w:ind w:left="720"/>
      </w:pPr>
      <w:r/>
      <w:hyperlink r:id="rId16">
        <w:r>
          <w:rPr>
            <w:color w:val="0000EE"/>
            <w:u w:val="single"/>
          </w:rPr>
          <w:t>https://en.wikipedia.org/wiki/Richard_Lynn</w:t>
        </w:r>
      </w:hyperlink>
      <w:r>
        <w:t xml:space="preserve"> - This Wikipedia page details the controversial work of Richard Lynn, whose studies on national IQ scores have been widely criticized for their lack of scientific rigour and support of supremacist ideologies.</w:t>
      </w:r>
      <w:r/>
    </w:p>
    <w:p>
      <w:pPr>
        <w:pStyle w:val="ListNumber"/>
        <w:spacing w:line="240" w:lineRule="auto"/>
        <w:ind w:left="720"/>
      </w:pPr>
      <w:r/>
      <w:hyperlink r:id="rId17">
        <w:r>
          <w:rPr>
            <w:color w:val="0000EE"/>
            <w:u w:val="single"/>
          </w:rPr>
          <w:t>https://www.hopenothate.org.uk/</w:t>
        </w:r>
      </w:hyperlink>
      <w:r>
        <w:t xml:space="preserve"> - This is the website of Hope Not Hate, the UK-based anti-racism organisation that Patrik Hermansson is associated with, which conducted the investigation into modern race science and AI search results.</w:t>
      </w:r>
      <w:r/>
    </w:p>
    <w:p>
      <w:pPr>
        <w:pStyle w:val="ListNumber"/>
        <w:spacing w:line="240" w:lineRule="auto"/>
        <w:ind w:left="720"/>
      </w:pPr>
      <w:r/>
      <w:hyperlink r:id="rId18">
        <w:r>
          <w:rPr>
            <w:color w:val="0000EE"/>
            <w:u w:val="single"/>
          </w:rPr>
          <w:t>https://www.adultfriendfinder.com/</w:t>
        </w:r>
      </w:hyperlink>
      <w:r>
        <w:t xml:space="preserve"> - This is the website of Adult Friend Finder, founded by Andrew Conru, who also funds the Human Diversity Foundation, highlighting the connection between the tech entrepreneur and the controversial organisation.</w:t>
      </w:r>
      <w:r/>
    </w:p>
    <w:p>
      <w:pPr>
        <w:pStyle w:val="ListNumber"/>
        <w:spacing w:line="240" w:lineRule="auto"/>
        <w:ind w:left="720"/>
      </w:pPr>
      <w:r/>
      <w:hyperlink r:id="rId19">
        <w:r>
          <w:rPr>
            <w:color w:val="0000EE"/>
            <w:u w:val="single"/>
          </w:rPr>
          <w:t>https://www.google.com/search?q=human+diversity+foundation</w:t>
        </w:r>
      </w:hyperlink>
      <w:r>
        <w:t xml:space="preserve"> - This search query can lead to information about the Human Diversity Foundation, its establishment, and its controversial background, which is central to the issue of AI search engines disseminating harmful content.</w:t>
      </w:r>
      <w:r/>
    </w:p>
    <w:p>
      <w:pPr>
        <w:pStyle w:val="ListNumber"/>
        <w:spacing w:line="240" w:lineRule="auto"/>
        <w:ind w:left="720"/>
      </w:pPr>
      <w:r/>
      <w:hyperlink r:id="rId20">
        <w:r>
          <w:rPr>
            <w:color w:val="0000EE"/>
            <w:u w:val="single"/>
          </w:rPr>
          <w:t>https://arstechnica.com/ai/2024/10/google-microsoft-and-perplexity-promote-scientific-racism-in-ai-search-results/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rstechnica.com/civis/threads/google-microsoft-and-perplexity-promote-scientific-racism-in-ai-search-results.1503724/latest" TargetMode="External"/><Relationship Id="rId11" Type="http://schemas.openxmlformats.org/officeDocument/2006/relationships/hyperlink" Target="https://www.theverge.com/24111326/ai-search-perplexity-copilot-you-google-review" TargetMode="External"/><Relationship Id="rId12" Type="http://schemas.openxmlformats.org/officeDocument/2006/relationships/hyperlink" Target="https://indianexpress.com/article/technology/artificial-intelligence/perplexity-ai-search-engine-replace-google-9144486/" TargetMode="External"/><Relationship Id="rId13" Type="http://schemas.openxmlformats.org/officeDocument/2006/relationships/hyperlink" Target="https://www.reddit.com/r/OpenAI/comments/1cnx56r/could_ai_search_like_perplexity_actually_beat/" TargetMode="External"/><Relationship Id="rId14" Type="http://schemas.openxmlformats.org/officeDocument/2006/relationships/hyperlink" Target="https://www.vox.com/technology/357247/why-are-ai-search-engines-so-bad" TargetMode="External"/><Relationship Id="rId15" Type="http://schemas.openxmlformats.org/officeDocument/2006/relationships/hyperlink" Target="https://en.wikipedia.org/wiki/Pioneer_Fund" TargetMode="External"/><Relationship Id="rId16" Type="http://schemas.openxmlformats.org/officeDocument/2006/relationships/hyperlink" Target="https://en.wikipedia.org/wiki/Richard_Lynn" TargetMode="External"/><Relationship Id="rId17" Type="http://schemas.openxmlformats.org/officeDocument/2006/relationships/hyperlink" Target="https://www.hopenothate.org.uk/" TargetMode="External"/><Relationship Id="rId18" Type="http://schemas.openxmlformats.org/officeDocument/2006/relationships/hyperlink" Target="https://www.adultfriendfinder.com/" TargetMode="External"/><Relationship Id="rId19" Type="http://schemas.openxmlformats.org/officeDocument/2006/relationships/hyperlink" Target="https://www.google.com/search?q=human+diversity+foundation" TargetMode="External"/><Relationship Id="rId20" Type="http://schemas.openxmlformats.org/officeDocument/2006/relationships/hyperlink" Target="https://arstechnica.com/ai/2024/10/google-microsoft-and-perplexity-promote-scientific-racism-in-ai-search-resul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