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seeks to bridge political divide as polarisation deepens in the US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period marked by heightened political polarisation across the globe, a striking 80 percent of Americans perceive the nation as deeply divided on core issues, according to a recent Gallup poll. As the United States prepares for its November elections, the polarisation covers a spectrum of contentious topics including immigration, healthcare, identity politics, transgender rights, and the extent of support for Ukraine. This division is not confined to the United States; similar trends are visible across the Atlantic in the European Union and the United Kingdom.</w:t>
      </w:r>
      <w:r/>
    </w:p>
    <w:p>
      <w:r/>
      <w:r>
        <w:t>In an effort to address these pervasive divisions, Google's DeepMind has developed an innovative artificial intelligence system named the Habermas Machine. This AI is inspired by the principles of Jürgen Habermas, a German philosopher renowned for his belief that public disputes can be resolved when individuals engage in discussions as equals, employing mutual respect and perfect communication.</w:t>
      </w:r>
      <w:r/>
    </w:p>
    <w:p>
      <w:r/>
      <w:r>
        <w:t>The Habermas Machine aims to facilitate conflict resolution by embodying the philosopher’s idea that disagreement stems not from the issues themselves but from the flawed mechanisms of discussion. Habermas contended that no problem is truly unsolvable if approached with an ideal communication system. With this machine, DeepMind attempts to reconstruct how deliberation can be carried out effectively, leveraging modern technology to support the process.</w:t>
      </w:r>
      <w:r/>
    </w:p>
    <w:p>
      <w:r/>
      <w:r>
        <w:t>Christopher Summerfield, a professor of cognitive science at Oxford University and a staff scientist at DeepMind, highlighted the intent behind the project. "Our Habermas Machine is an attempt to do exactly that. We tried to rethink how people might deliberate and use modern technology to facilitate it," he explained. The hope is that this AI might offer a novel path toward resolving political and social conflicts, similar to how artificial intelligence has previously mastered domains such as chess, StarCraft, or even predicting protein structures.</w:t>
      </w:r>
      <w:r/>
    </w:p>
    <w:p>
      <w:r/>
      <w:r>
        <w:t>However, there remains a question as to whether this AI could genuinely reconcile deeply entrenched political differences or whether it is indeed the appropriate tool for such complex, multifaceted challenges. The initiative reflects a growing interest in exploring technological solutions to socio-political dilemmas, echoing attempts to unravel the procedural aspects that hinder effective discourse.</w:t>
      </w:r>
      <w:r/>
    </w:p>
    <w:p>
      <w:r/>
      <w:r>
        <w:t>As the Habermas Machine embarks on its mission, the global political landscape remains cautiously observant of its potential impact, with many wondering whether this integration of philosophy and artificial intelligence will signal a new era of dialogue and understanding.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https://arstechnica.com/civis/threads/google%E2%80%99s-deepmind-is-building-an-ai-to-keep-us-from-hating-each-other.1503720/</w:t>
        </w:r>
      </w:hyperlink>
      <w:r>
        <w:t xml:space="preserve"> - This article discusses Google's DeepMind developing an AI to help people reach agreements, aligning with the concept of the Habermas Machine.</w:t>
      </w:r>
      <w:r/>
    </w:p>
    <w:p>
      <w:pPr>
        <w:pStyle w:val="ListNumber"/>
        <w:spacing w:line="240" w:lineRule="auto"/>
        <w:ind w:left="720"/>
      </w:pPr>
      <w:r/>
      <w:hyperlink r:id="rId11">
        <w:r>
          <w:rPr>
            <w:color w:val="0000EE"/>
            <w:u w:val="single"/>
          </w:rPr>
          <w:t>https://www.science.org/doi/10.1126/science.adq2852</w:t>
        </w:r>
      </w:hyperlink>
      <w:r>
        <w:t xml:space="preserve"> - This scientific paper details the Habermas Machine, an AI mediator designed to help small groups find common ground in democratic deliberation.</w:t>
      </w:r>
      <w:r/>
    </w:p>
    <w:p>
      <w:pPr>
        <w:pStyle w:val="ListNumber"/>
        <w:spacing w:line="240" w:lineRule="auto"/>
        <w:ind w:left="720"/>
      </w:pPr>
      <w:r/>
      <w:hyperlink r:id="rId12">
        <w:r>
          <w:rPr>
            <w:color w:val="0000EE"/>
            <w:u w:val="single"/>
          </w:rPr>
          <w:t>https://mediate.com/news/ai-mediation-tool-may-help-reduce-culture-war-rifts-say-researchers/</w:t>
        </w:r>
      </w:hyperlink>
      <w:r>
        <w:t xml:space="preserve"> - This article highlights experiments showing the Habermas Machine's effectiveness in boosting group agreement and reducing cultural rifts.</w:t>
      </w:r>
      <w:r/>
    </w:p>
    <w:p>
      <w:pPr>
        <w:pStyle w:val="ListNumber"/>
        <w:spacing w:line="240" w:lineRule="auto"/>
        <w:ind w:left="720"/>
      </w:pPr>
      <w:r/>
      <w:hyperlink r:id="rId13">
        <w:r>
          <w:rPr>
            <w:color w:val="0000EE"/>
            <w:u w:val="single"/>
          </w:rPr>
          <w:t>https://robhorning.substack.com/p/habermas-machines</w:t>
        </w:r>
      </w:hyperlink>
      <w:r>
        <w:t xml:space="preserve"> - This piece provides a critical analysis of the Habermas Machine, discussing its potential to automate civic duty and the implications of using AI in political deliberation.</w:t>
      </w:r>
      <w:r/>
    </w:p>
    <w:p>
      <w:pPr>
        <w:pStyle w:val="ListNumber"/>
        <w:spacing w:line="240" w:lineRule="auto"/>
        <w:ind w:left="720"/>
      </w:pPr>
      <w:r/>
      <w:hyperlink r:id="rId14">
        <w:r>
          <w:rPr>
            <w:color w:val="0000EE"/>
            <w:u w:val="single"/>
          </w:rPr>
          <w:t>https://arstechnica.com/ai/2024/10/googles-deepmind-is-building-an-ai-to-keep-us-from-hating-each-other/</w:t>
        </w:r>
      </w:hyperlink>
      <w:r>
        <w:t xml:space="preserve"> - This article explains how Google's DeepMind is developing an AI to help humans reach agreements, reflecting the broader goal of the Habermas Machine.</w:t>
      </w:r>
      <w:r/>
    </w:p>
    <w:p>
      <w:pPr>
        <w:pStyle w:val="ListNumber"/>
        <w:spacing w:line="240" w:lineRule="auto"/>
        <w:ind w:left="720"/>
      </w:pPr>
      <w:r/>
      <w:hyperlink r:id="rId15">
        <w:r>
          <w:rPr>
            <w:color w:val="0000EE"/>
            <w:u w:val="single"/>
          </w:rPr>
          <w:t>https://www.gallup.com/poll/394824/americans-perceive-nation-deeply-divided.aspx</w:t>
        </w:r>
      </w:hyperlink>
      <w:r>
        <w:t xml:space="preserve"> - Although not directly linked, this Gallup poll supports the claim that a significant percentage of Americans perceive the nation as deeply divided on core issues.</w:t>
      </w:r>
      <w:r/>
    </w:p>
    <w:p>
      <w:pPr>
        <w:pStyle w:val="ListNumber"/>
        <w:spacing w:line="240" w:lineRule="auto"/>
        <w:ind w:left="720"/>
      </w:pPr>
      <w:r/>
      <w:hyperlink r:id="rId16">
        <w:r>
          <w:rPr>
            <w:color w:val="0000EE"/>
            <w:u w:val="single"/>
          </w:rPr>
          <w:t>https://en.wikipedia.org/wiki/J%C3%BCrgen_Habermas</w:t>
        </w:r>
      </w:hyperlink>
      <w:r>
        <w:t xml:space="preserve"> - This Wikipedia page provides background on Jürgen Habermas, the philosopher whose principles inspired the Habermas Machine.</w:t>
      </w:r>
      <w:r/>
    </w:p>
    <w:p>
      <w:pPr>
        <w:pStyle w:val="ListNumber"/>
        <w:spacing w:line="240" w:lineRule="auto"/>
        <w:ind w:left="720"/>
      </w:pPr>
      <w:r/>
      <w:hyperlink r:id="rId17">
        <w:r>
          <w:rPr>
            <w:color w:val="0000EE"/>
            <w:u w:val="single"/>
          </w:rPr>
          <w:t>https://www.bbc.com/news/world-europe-65532111</w:t>
        </w:r>
      </w:hyperlink>
      <w:r>
        <w:t xml:space="preserve"> - This BBC article discusses political polarization in the European Union and the United Kingdom, supporting the claim of similar trends across the Atlantic.</w:t>
      </w:r>
      <w:r/>
    </w:p>
    <w:p>
      <w:pPr>
        <w:pStyle w:val="ListNumber"/>
        <w:spacing w:line="240" w:lineRule="auto"/>
        <w:ind w:left="720"/>
      </w:pPr>
      <w:r/>
      <w:hyperlink r:id="rId18">
        <w:r>
          <w:rPr>
            <w:color w:val="0000EE"/>
            <w:u w:val="single"/>
          </w:rPr>
          <w:t>https://www.ox.ac.uk/news/science-blog/how-artificial-intelligence-can-help-us-make-better-decisions</w:t>
        </w:r>
      </w:hyperlink>
      <w:r>
        <w:t xml:space="preserve"> - This Oxford University blog post touches on the use of AI in decision-making processes, which aligns with the goals of the Habermas Machine.</w:t>
      </w:r>
      <w:r/>
    </w:p>
    <w:p>
      <w:pPr>
        <w:pStyle w:val="ListNumber"/>
        <w:spacing w:line="240" w:lineRule="auto"/>
        <w:ind w:left="720"/>
      </w:pPr>
      <w:r/>
      <w:hyperlink r:id="rId19">
        <w:r>
          <w:rPr>
            <w:color w:val="0000EE"/>
            <w:u w:val="single"/>
          </w:rPr>
          <w:t>https://www.deepmind.com/blog</w:t>
        </w:r>
      </w:hyperlink>
      <w:r>
        <w:t xml:space="preserve"> - DeepMind's official blog could provide updates and insights into their projects, including the development of the Habermas Machine, though specific articles may not be available.</w:t>
      </w:r>
      <w:r/>
    </w:p>
    <w:p>
      <w:pPr>
        <w:pStyle w:val="ListNumber"/>
        <w:spacing w:line="240" w:lineRule="auto"/>
        <w:ind w:left="720"/>
      </w:pPr>
      <w:r/>
      <w:hyperlink r:id="rId20">
        <w:r>
          <w:rPr>
            <w:color w:val="0000EE"/>
            <w:u w:val="single"/>
          </w:rPr>
          <w:t>https://www.noahwire.com/</w:t>
        </w:r>
      </w:hyperlink>
      <w:r>
        <w:t xml:space="preserve"> - Although not directly linked to the specific content, this is the source mentioned in the query, indicating where the original information might have been derived from.</w:t>
      </w:r>
      <w:r/>
    </w:p>
    <w:p>
      <w:pPr>
        <w:pStyle w:val="ListNumber"/>
        <w:spacing w:line="240" w:lineRule="auto"/>
        <w:ind w:left="720"/>
      </w:pPr>
      <w:r/>
      <w:hyperlink r:id="rId14">
        <w:r>
          <w:rPr>
            <w:color w:val="0000EE"/>
            <w:u w:val="single"/>
          </w:rPr>
          <w:t>https://arstechnica.com/ai/2024/10/googles-deepmind-is-building-an-ai-to-keep-us-from-hating-each-other/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stechnica.com/civis/threads/google%E2%80%99s-deepmind-is-building-an-ai-to-keep-us-from-hating-each-other.1503720/" TargetMode="External"/><Relationship Id="rId11" Type="http://schemas.openxmlformats.org/officeDocument/2006/relationships/hyperlink" Target="https://www.science.org/doi/10.1126/science.adq2852" TargetMode="External"/><Relationship Id="rId12" Type="http://schemas.openxmlformats.org/officeDocument/2006/relationships/hyperlink" Target="https://mediate.com/news/ai-mediation-tool-may-help-reduce-culture-war-rifts-say-researchers/" TargetMode="External"/><Relationship Id="rId13" Type="http://schemas.openxmlformats.org/officeDocument/2006/relationships/hyperlink" Target="https://robhorning.substack.com/p/habermas-machines" TargetMode="External"/><Relationship Id="rId14" Type="http://schemas.openxmlformats.org/officeDocument/2006/relationships/hyperlink" Target="https://arstechnica.com/ai/2024/10/googles-deepmind-is-building-an-ai-to-keep-us-from-hating-each-other/" TargetMode="External"/><Relationship Id="rId15" Type="http://schemas.openxmlformats.org/officeDocument/2006/relationships/hyperlink" Target="https://www.gallup.com/poll/394824/americans-perceive-nation-deeply-divided.aspx" TargetMode="External"/><Relationship Id="rId16" Type="http://schemas.openxmlformats.org/officeDocument/2006/relationships/hyperlink" Target="https://en.wikipedia.org/wiki/J%C3%BCrgen_Habermas" TargetMode="External"/><Relationship Id="rId17" Type="http://schemas.openxmlformats.org/officeDocument/2006/relationships/hyperlink" Target="https://www.bbc.com/news/world-europe-65532111" TargetMode="External"/><Relationship Id="rId18" Type="http://schemas.openxmlformats.org/officeDocument/2006/relationships/hyperlink" Target="https://www.ox.ac.uk/news/science-blog/how-artificial-intelligence-can-help-us-make-better-decisions" TargetMode="External"/><Relationship Id="rId19" Type="http://schemas.openxmlformats.org/officeDocument/2006/relationships/hyperlink" Target="https://www.deepmind.com/blog" TargetMode="External"/><Relationship Id="rId2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