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startups revolutionize medical quality reporting: Pharos leads the charge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Startups Revolutionize Medical Quality Reporting: Pharos Leads the Charge</w:t>
      </w:r>
      <w:r/>
    </w:p>
    <w:p>
      <w:r/>
      <w:r>
        <w:t>In the ever-evolving landscape of healthcare technology, the burden of administrative tasks remains a significant challenge for medical and administrative staff. One area that has historically been inundated with paperwork is the quality reporting to external clinical registries. This crucial, yet cumbersome, task involves conveying patient care statistics to bodies such as the Centers for Medicare &amp; Medicaid Services (CMS) and the American College of Surgeons. Although not obligatory, these reports are instrumental for hospitals aiming to identify and address quality issues, such as increased post-surgery infections, to enhance patient care.</w:t>
      </w:r>
      <w:r/>
    </w:p>
    <w:p>
      <w:r/>
      <w:r>
        <w:t xml:space="preserve">Despite its importance, the task of compiling these reports is highly labour-intensive, with nurses and staff spending hours meticulously extracting necessary data from electronic health records. "A single case can take up to eight hours to report," noted Ryan Isono, a partner at Felicis, underscoring the scale of the issue within the industry. </w:t>
      </w:r>
      <w:r/>
    </w:p>
    <w:p>
      <w:r/>
      <w:r>
        <w:t>Amidst this backdrop, Pharos, a promising newcomer that emerged from Y Combinator’s summer 2024 cohort, is bringing a fresh perspective to the challenge with the application of generative AI. Founded by Felix Brann and Matthew Jones, both of whom have previous experience in the healthcare tech space through their work at emergency room software startup Vital, Pharos is innovating the way hospitals handle quality reporting. Joining them is Alex Clarke, whose dual expertise as a medical doctor and PhD holder in artificial intelligence from Imperial College London fortifies the team’s capabilities.</w:t>
      </w:r>
      <w:r/>
    </w:p>
    <w:p>
      <w:r/>
      <w:r>
        <w:t>Pharos utilises artificial intelligence to take unstructured data from electronic medical records (EMRs) and instantly populate the required forms for these registries. This significant advancement has attracted the attention of investors, leading to a substantial $5 million seed funding round. The round was spearheaded by Felicis, with additional investment from General Catalyst, Moxxie, and Y Combinator.</w:t>
      </w:r>
      <w:r/>
    </w:p>
    <w:p>
      <w:r/>
      <w:r>
        <w:t>The team of three co-founders currently constitutes the entirety of Pharos, but they are poised for growth. The recent funding will be channelled towards expanding their team, focusing on enhancing sales and building robust relationships with hospitals. As the co-founder Felix Brann notes, "We have five years of experience selling and deploying into hospitals, and we have top-tier AI talent. That Venn diagram doesn’t normally overlap. That’s why we think we’re going to win."</w:t>
      </w:r>
      <w:r/>
    </w:p>
    <w:p>
      <w:r/>
      <w:r>
        <w:t>Pharos distinguishes itself by addressing an area relatively untouched by other startups, promising not only to relieve the administrative burden on healthcare staff but also to potentially save hospitals significant costs. Investors like Isono see this as a critical opportunity, anticipating that Pharos’s solution could free up medical professionals, allowing them to focus more on patient care rather than paperwork.</w:t>
      </w:r>
      <w:r/>
    </w:p>
    <w:p>
      <w:r/>
      <w:r>
        <w:t>The company’s journey is closely watched, as the evolving field of AI continues to reshape healthcare. With a focus on improving the efficiency of quality reporting, Pharos is setting the stage for other startups to follow suit, potentially heralding a new era in healthcare administration through technology. As the adoption of AI-driven solutions increases, it remains to be seen how this will impact the broader healthcare sector, with Pharos at the forefront of this technological revolution.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https://techcrunch.com/2024/10/25/yc-startup-pharos-lands-a-5m-seed-led-by-felicis-to-bring-ai-to-quality-reporting/</w:t>
        </w:r>
      </w:hyperlink>
      <w:r>
        <w:t xml:space="preserve"> - Corroborates the founding of Pharos, its focus on AI for quality reporting, and the $5 million seed funding led by Felicis.</w:t>
      </w:r>
      <w:r/>
    </w:p>
    <w:p>
      <w:pPr>
        <w:pStyle w:val="ListNumber"/>
        <w:spacing w:line="240" w:lineRule="auto"/>
        <w:ind w:left="720"/>
      </w:pPr>
      <w:r/>
      <w:hyperlink r:id="rId10">
        <w:r>
          <w:rPr>
            <w:color w:val="0000EE"/>
            <w:u w:val="single"/>
          </w:rPr>
          <w:t>https://techcrunch.com/2024/10/25/yc-startup-pharos-lands-a-5m-seed-led-by-felicis-to-bring-ai-to-quality-reporting/</w:t>
        </w:r>
      </w:hyperlink>
      <w:r>
        <w:t xml:space="preserve"> - Details the labor-intensive nature of quality reporting and the quote from Ryan Isono about the time it takes to report a single case.</w:t>
      </w:r>
      <w:r/>
    </w:p>
    <w:p>
      <w:pPr>
        <w:pStyle w:val="ListNumber"/>
        <w:spacing w:line="240" w:lineRule="auto"/>
        <w:ind w:left="720"/>
      </w:pPr>
      <w:r/>
      <w:hyperlink r:id="rId11">
        <w:r>
          <w:rPr>
            <w:color w:val="0000EE"/>
            <w:u w:val="single"/>
          </w:rPr>
          <w:t>https://elion.health/products/pharos</w:t>
        </w:r>
      </w:hyperlink>
      <w:r>
        <w:t xml:space="preserve"> - Provides information on Pharos's AI-powered analytics platform, its automation of reporting for clinical registries, and its impact on patient safety.</w:t>
      </w:r>
      <w:r/>
    </w:p>
    <w:p>
      <w:pPr>
        <w:pStyle w:val="ListNumber"/>
        <w:spacing w:line="240" w:lineRule="auto"/>
        <w:ind w:left="720"/>
      </w:pPr>
      <w:r/>
      <w:hyperlink r:id="rId12">
        <w:r>
          <w:rPr>
            <w:color w:val="0000EE"/>
            <w:u w:val="single"/>
          </w:rPr>
          <w:t>https://www.ycombinator.com/launches/Lft-pharos-automate-reporting-and-prevent-patient-harm-with-ai</w:t>
        </w:r>
      </w:hyperlink>
      <w:r>
        <w:t xml:space="preserve"> - Explains how Pharos automates medical quality reporting, saves clinical hours, and helps identify patient harm using AI.</w:t>
      </w:r>
      <w:r/>
    </w:p>
    <w:p>
      <w:pPr>
        <w:pStyle w:val="ListNumber"/>
        <w:spacing w:line="240" w:lineRule="auto"/>
        <w:ind w:left="720"/>
      </w:pPr>
      <w:r/>
      <w:hyperlink r:id="rId10">
        <w:r>
          <w:rPr>
            <w:color w:val="0000EE"/>
            <w:u w:val="single"/>
          </w:rPr>
          <w:t>https://techcrunch.com/2024/10/25/yc-startup-pharos-lands-a-5m-seed-led-by-felicis-to-bring-ai-to-quality-reporting/</w:t>
        </w:r>
      </w:hyperlink>
      <w:r>
        <w:t xml:space="preserve"> - Mentions the founders' background, including their experience at Vital and Alex Clarke's medical and AI expertise.</w:t>
      </w:r>
      <w:r/>
    </w:p>
    <w:p>
      <w:pPr>
        <w:pStyle w:val="ListNumber"/>
        <w:spacing w:line="240" w:lineRule="auto"/>
        <w:ind w:left="720"/>
      </w:pPr>
      <w:r/>
      <w:hyperlink r:id="rId12">
        <w:r>
          <w:rPr>
            <w:color w:val="0000EE"/>
            <w:u w:val="single"/>
          </w:rPr>
          <w:t>https://www.ycombinator.com/launches/Lft-pharos-automate-reporting-and-prevent-patient-harm-with-ai</w:t>
        </w:r>
      </w:hyperlink>
      <w:r>
        <w:t xml:space="preserve"> - Describes the manual process of data extraction from EMRs and how Pharos's AI automates this process.</w:t>
      </w:r>
      <w:r/>
    </w:p>
    <w:p>
      <w:pPr>
        <w:pStyle w:val="ListNumber"/>
        <w:spacing w:line="240" w:lineRule="auto"/>
        <w:ind w:left="720"/>
      </w:pPr>
      <w:r/>
      <w:hyperlink r:id="rId10">
        <w:r>
          <w:rPr>
            <w:color w:val="0000EE"/>
            <w:u w:val="single"/>
          </w:rPr>
          <w:t>https://techcrunch.com/2024/10/25/yc-startup-pharos-lands-a-5m-seed-led-by-felicis-to-bring-ai-to-quality-reporting/</w:t>
        </w:r>
      </w:hyperlink>
      <w:r>
        <w:t xml:space="preserve"> - Details the investment round, including participation from General Catalyst, Moxxie, and Y Combinator.</w:t>
      </w:r>
      <w:r/>
    </w:p>
    <w:p>
      <w:pPr>
        <w:pStyle w:val="ListNumber"/>
        <w:spacing w:line="240" w:lineRule="auto"/>
        <w:ind w:left="720"/>
      </w:pPr>
      <w:r/>
      <w:hyperlink r:id="rId11">
        <w:r>
          <w:rPr>
            <w:color w:val="0000EE"/>
            <w:u w:val="single"/>
          </w:rPr>
          <w:t>https://elion.health/products/pharos</w:t>
        </w:r>
      </w:hyperlink>
      <w:r>
        <w:t xml:space="preserve"> - Highlights Pharos's core differentiators, such as automating clinical reporting and preventing patient harm.</w:t>
      </w:r>
      <w:r/>
    </w:p>
    <w:p>
      <w:pPr>
        <w:pStyle w:val="ListNumber"/>
        <w:spacing w:line="240" w:lineRule="auto"/>
        <w:ind w:left="720"/>
      </w:pPr>
      <w:r/>
      <w:hyperlink r:id="rId12">
        <w:r>
          <w:rPr>
            <w:color w:val="0000EE"/>
            <w:u w:val="single"/>
          </w:rPr>
          <w:t>https://www.ycombinator.com/launches/Lft-pharos-automate-reporting-and-prevent-patient-harm-with-ai</w:t>
        </w:r>
      </w:hyperlink>
      <w:r>
        <w:t xml:space="preserve"> - Explains the cost savings and efficiency gains for hospitals through Pharos's solution.</w:t>
      </w:r>
      <w:r/>
    </w:p>
    <w:p>
      <w:pPr>
        <w:pStyle w:val="ListNumber"/>
        <w:spacing w:line="240" w:lineRule="auto"/>
        <w:ind w:left="720"/>
      </w:pPr>
      <w:r/>
      <w:hyperlink r:id="rId10">
        <w:r>
          <w:rPr>
            <w:color w:val="0000EE"/>
            <w:u w:val="single"/>
          </w:rPr>
          <w:t>https://techcrunch.com/2024/10/25/yc-startup-pharos-lands-a-5m-seed-led-by-felicis-to-bring-ai-to-quality-reporting/</w:t>
        </w:r>
      </w:hyperlink>
      <w:r>
        <w:t xml:space="preserve"> - Quotes Felix Brann on the team's experience and AI talent, and their confidence in succeeding in the market.</w:t>
      </w:r>
      <w:r/>
    </w:p>
    <w:p>
      <w:pPr>
        <w:pStyle w:val="ListNumber"/>
        <w:spacing w:line="240" w:lineRule="auto"/>
        <w:ind w:left="720"/>
      </w:pPr>
      <w:r/>
      <w:hyperlink r:id="rId13">
        <w:r>
          <w:rPr>
            <w:color w:val="0000EE"/>
            <w:u w:val="single"/>
          </w:rPr>
          <w:t>https://twitter.com/ycombinator/status/1849839112989135138</w:t>
        </w:r>
      </w:hyperlink>
      <w:r>
        <w:t xml:space="preserve"> - Confirms Pharos's participation in Y Combinator’s summer 2024 cohort and its focus on automating hospital quality reporting.</w:t>
      </w:r>
      <w:r/>
    </w:p>
    <w:p>
      <w:pPr>
        <w:pStyle w:val="ListNumber"/>
        <w:spacing w:line="240" w:lineRule="auto"/>
        <w:ind w:left="720"/>
      </w:pPr>
      <w:r/>
      <w:hyperlink r:id="rId10">
        <w:r>
          <w:rPr>
            <w:color w:val="0000EE"/>
            <w:u w:val="single"/>
          </w:rPr>
          <w:t>https://techcrunch.com/2024/10/25/yc-startup-pharos-lands-a-5m-seed-led-by-felicis-to-bring-ai-to-quality-reporting/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5/yc-startup-pharos-lands-a-5m-seed-led-by-felicis-to-bring-ai-to-quality-reporting/" TargetMode="External"/><Relationship Id="rId11" Type="http://schemas.openxmlformats.org/officeDocument/2006/relationships/hyperlink" Target="https://elion.health/products/pharos" TargetMode="External"/><Relationship Id="rId12" Type="http://schemas.openxmlformats.org/officeDocument/2006/relationships/hyperlink" Target="https://www.ycombinator.com/launches/Lft-pharos-automate-reporting-and-prevent-patient-harm-with-ai" TargetMode="External"/><Relationship Id="rId13" Type="http://schemas.openxmlformats.org/officeDocument/2006/relationships/hyperlink" Target="https://twitter.com/ycombinator/status/18498391129891351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