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summarising tools for students: streamline your academic workload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contemporary academic landscape, students face the challenge of processing an ever-increasing volume of reading material. This includes research papers, lecture notes, and various other documents, all of which can be overwhelming. Many students, while balancing multiple classes and extracurricular activities, seek tools to optimise study time and effectively retain key information. Enter artificial intelligence (AI) summarising tools, which are designed to condense large texts into concise summaries, assisting students in identifying critical points with ease and speed.</w:t>
      </w:r>
      <w:r/>
    </w:p>
    <w:p>
      <w:r/>
      <w:r>
        <w:t>Among these AI tools are five notable summarising platforms, each offering unique features and benefits:</w:t>
      </w:r>
      <w:r/>
    </w:p>
    <w:p>
      <w:r/>
      <w:r>
        <w:t xml:space="preserve">1. </w:t>
      </w:r>
      <w:r>
        <w:rPr>
          <w:b/>
        </w:rPr>
        <w:t>MyEssayWriter.ai Summariser</w:t>
        <w:br/>
      </w:r>
      <w:r>
        <w:t>MyEssayWriter.ai has been developed to enhance students' writing and comprehension abilities. The AI summariser component is a highlight, facilitating the transformation of complex texts into simplified summaries. Its features include the ability to summarise various types of content, such as academic papers and online lectures, through a user-friendly interface. With contextual understanding and customisable summary lengths, it supports different academic needs. Despite its praise for accuracy and ease of use, a limitation is its dependency on the quality of the original text. Pricing starts at $9.99 per month for premium features.</w:t>
      </w:r>
      <w:r/>
    </w:p>
    <w:p>
      <w:r/>
      <w:r>
        <w:t xml:space="preserve">2. </w:t>
      </w:r>
      <w:r>
        <w:rPr>
          <w:b/>
        </w:rPr>
        <w:t>PerfectEssayWriter.ai Summariser</w:t>
        <w:br/>
      </w:r>
      <w:r>
        <w:t>PerfectEssayWriter.ai is tailored for academic writers and students, offering comprehensive tools for synthesising large information volumes. The AI provides insights into key themes, ensuring high-quality, coherent summaries. It supports multiple document types and integrates with various platforms, although some may find its interface overwhelming. Its premium service is available at $14.99 monthly, following a trial period.</w:t>
      </w:r>
      <w:r/>
    </w:p>
    <w:p>
      <w:r/>
      <w:r>
        <w:t xml:space="preserve">3. </w:t>
      </w:r>
      <w:r>
        <w:rPr>
          <w:b/>
        </w:rPr>
        <w:t>QuillBot</w:t>
        <w:br/>
      </w:r>
      <w:r>
        <w:t>Known for its paraphrasing prowess, QuillBot also includes a powerful summariser that supports multiple languages. It offers users flexibility with adjustable summarisation settings and integration with writing platforms like Google Docs. QuillBot’s real-time summarisation feature is particularly useful under time constraints. However, summaries may occasionally overlook nuanced details. Free version limitations exist, with a premium plan priced at $14.95 per month.</w:t>
      </w:r>
      <w:r/>
    </w:p>
    <w:p>
      <w:r/>
      <w:r>
        <w:t xml:space="preserve">4. </w:t>
      </w:r>
      <w:r>
        <w:rPr>
          <w:b/>
        </w:rPr>
        <w:t>Summarizer.org</w:t>
        <w:br/>
      </w:r>
      <w:r>
        <w:t>Providing a straightforward user experience, Summarizer.org is an online tool that rapidly delivers summaries. Its simple interface and free accessibility make it an appealing choice for students requiring quick results. While effective for general purposes, it may lack deeper analytical capabilities needed for complex texts.</w:t>
      </w:r>
      <w:r/>
    </w:p>
    <w:p>
      <w:r/>
      <w:r>
        <w:t xml:space="preserve">5. </w:t>
      </w:r>
      <w:r>
        <w:rPr>
          <w:b/>
        </w:rPr>
        <w:t>Paraphraser.io</w:t>
        <w:br/>
      </w:r>
      <w:r>
        <w:t>This tool employs sophisticated AI to support both summarising and paraphrasing needs. Its user-friendly design allows for swift processing of summaries, beneficial for immediate academic demands. Despite its efficiency, users might find its output inconsistencies with complex text structures. A basic free version is offered, with a premium plan available at $10 per month.</w:t>
      </w:r>
      <w:r/>
    </w:p>
    <w:p>
      <w:r/>
      <w:r>
        <w:t>Selecting the most suitable AI summariser depends on individual needs, such as the type of material being summarised, the necessity for additional features, and budget considerations. Each of these tools can significantly enhance the academic workflow, offering advantages that range from improved productivity to more effective study habits. As students integrate these technologies into their routines, they can better manage their workload and focus on achieving their educational objectives.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https://www.londondaily.news/5-best-ai-summarising-tools-every-student-should-try/</w:t>
        </w:r>
      </w:hyperlink>
      <w:r>
        <w:t xml:space="preserve"> - Corroborates the features and benefits of MyEssayWriter.ai Summariser, including its ability to summarise various types of content and its user-friendly interface.</w:t>
      </w:r>
      <w:r/>
    </w:p>
    <w:p>
      <w:pPr>
        <w:pStyle w:val="ListNumber"/>
        <w:spacing w:line="240" w:lineRule="auto"/>
        <w:ind w:left="720"/>
      </w:pPr>
      <w:r/>
      <w:hyperlink r:id="rId10">
        <w:r>
          <w:rPr>
            <w:color w:val="0000EE"/>
            <w:u w:val="single"/>
          </w:rPr>
          <w:t>https://www.londondaily.news/5-best-ai-summarising-tools-every-student-should-try/</w:t>
        </w:r>
      </w:hyperlink>
      <w:r>
        <w:t xml:space="preserve"> - Supports the description of PerfectEssayWriter.ai Summariser, highlighting its comprehensive tools for synthesising large information volumes and its integration with various platforms.</w:t>
      </w:r>
      <w:r/>
    </w:p>
    <w:p>
      <w:pPr>
        <w:pStyle w:val="ListNumber"/>
        <w:spacing w:line="240" w:lineRule="auto"/>
        <w:ind w:left="720"/>
      </w:pPr>
      <w:r/>
      <w:hyperlink r:id="rId10">
        <w:r>
          <w:rPr>
            <w:color w:val="0000EE"/>
            <w:u w:val="single"/>
          </w:rPr>
          <w:t>https://www.londondaily.news/5-best-ai-summarising-tools-every-student-should-try/</w:t>
        </w:r>
      </w:hyperlink>
      <w:r>
        <w:t xml:space="preserve"> - Details the features of QuillBot, including its summarisation settings, multi-language support, and integration with writing platforms like Google Docs.</w:t>
      </w:r>
      <w:r/>
    </w:p>
    <w:p>
      <w:pPr>
        <w:pStyle w:val="ListNumber"/>
        <w:spacing w:line="240" w:lineRule="auto"/>
        <w:ind w:left="720"/>
      </w:pPr>
      <w:r/>
      <w:hyperlink r:id="rId10">
        <w:r>
          <w:rPr>
            <w:color w:val="0000EE"/>
            <w:u w:val="single"/>
          </w:rPr>
          <w:t>https://www.londondaily.news/5-best-ai-summarising-tools-every-student-should-try/</w:t>
        </w:r>
      </w:hyperlink>
      <w:r>
        <w:t xml:space="preserve"> - Describes Summarizer.org as a straightforward online tool that rapidly delivers summaries, highlighting its simple interface and free accessibility.</w:t>
      </w:r>
      <w:r/>
    </w:p>
    <w:p>
      <w:pPr>
        <w:pStyle w:val="ListNumber"/>
        <w:spacing w:line="240" w:lineRule="auto"/>
        <w:ind w:left="720"/>
      </w:pPr>
      <w:r/>
      <w:hyperlink r:id="rId10">
        <w:r>
          <w:rPr>
            <w:color w:val="0000EE"/>
            <w:u w:val="single"/>
          </w:rPr>
          <w:t>https://www.londondaily.news/5-best-ai-summarising-tools-every-student-should-try/</w:t>
        </w:r>
      </w:hyperlink>
      <w:r>
        <w:t xml:space="preserve"> - Explains the capabilities of Paraphraser.io, including its support for both summarising and paraphrasing, and its user-friendly design.</w:t>
      </w:r>
      <w:r/>
    </w:p>
    <w:p>
      <w:pPr>
        <w:pStyle w:val="ListNumber"/>
        <w:spacing w:line="240" w:lineRule="auto"/>
        <w:ind w:left="720"/>
      </w:pPr>
      <w:r/>
      <w:hyperlink r:id="rId11">
        <w:r>
          <w:rPr>
            <w:color w:val="0000EE"/>
            <w:u w:val="single"/>
          </w:rPr>
          <w:t>https://www.enago.com/academy/best-ai-summarization-tools/</w:t>
        </w:r>
      </w:hyperlink>
      <w:r>
        <w:t xml:space="preserve"> - Provides a comparative analysis of various AI summarization tools, including their features, limitations, and pricing, which aligns with the selection criteria mentioned in the article.</w:t>
      </w:r>
      <w:r/>
    </w:p>
    <w:p>
      <w:pPr>
        <w:pStyle w:val="ListNumber"/>
        <w:spacing w:line="240" w:lineRule="auto"/>
        <w:ind w:left="720"/>
      </w:pPr>
      <w:r/>
      <w:hyperlink r:id="rId12">
        <w:r>
          <w:rPr>
            <w:color w:val="0000EE"/>
            <w:u w:val="single"/>
          </w:rPr>
          <w:t>https://www.notta.ai/en/blog/ai-summary-generator</w:t>
        </w:r>
      </w:hyperlink>
      <w:r>
        <w:t xml:space="preserve"> - Discusses the importance of AI summarizers in managing large volumes of information and highlights key features of tools like Notta, Scholarcy, and ChatGPT.</w:t>
      </w:r>
      <w:r/>
    </w:p>
    <w:p>
      <w:pPr>
        <w:pStyle w:val="ListNumber"/>
        <w:spacing w:line="240" w:lineRule="auto"/>
        <w:ind w:left="720"/>
      </w:pPr>
      <w:r/>
      <w:hyperlink r:id="rId12">
        <w:r>
          <w:rPr>
            <w:color w:val="0000EE"/>
            <w:u w:val="single"/>
          </w:rPr>
          <w:t>https://www.notta.ai/en/blog/ai-summary-generator</w:t>
        </w:r>
      </w:hyperlink>
      <w:r>
        <w:t xml:space="preserve"> - Corroborates the use of AI summarizers for academic purposes, such as summarizing research papers, articles, and videos, and their integration with other productivity tools.</w:t>
      </w:r>
      <w:r/>
    </w:p>
    <w:p>
      <w:pPr>
        <w:pStyle w:val="ListNumber"/>
        <w:spacing w:line="240" w:lineRule="auto"/>
        <w:ind w:left="720"/>
      </w:pPr>
      <w:r/>
      <w:hyperlink r:id="rId13">
        <w:r>
          <w:rPr>
            <w:color w:val="0000EE"/>
            <w:u w:val="single"/>
          </w:rPr>
          <w:t>https://www.scholarcy.com</w:t>
        </w:r>
      </w:hyperlink>
      <w:r>
        <w:t xml:space="preserve"> - Details the features of Scholarcy, including its ability to summarize any paper, article, or textbook into interactive summary flashcards, which is relevant to the need for efficient summarization in academic settings.</w:t>
      </w:r>
      <w:r/>
    </w:p>
    <w:p>
      <w:pPr>
        <w:pStyle w:val="ListNumber"/>
        <w:spacing w:line="240" w:lineRule="auto"/>
        <w:ind w:left="720"/>
      </w:pPr>
      <w:r/>
      <w:hyperlink r:id="rId13">
        <w:r>
          <w:rPr>
            <w:color w:val="0000EE"/>
            <w:u w:val="single"/>
          </w:rPr>
          <w:t>https://www.scholarcy.com</w:t>
        </w:r>
      </w:hyperlink>
      <w:r>
        <w:t xml:space="preserve"> - Explains how Scholarcy helps in critically evaluating complex texts, organizing knowledge, and synthesizing insights, which are key aspects of academic workflow optimization.</w:t>
      </w:r>
      <w:r/>
    </w:p>
    <w:p>
      <w:pPr>
        <w:pStyle w:val="ListNumber"/>
        <w:spacing w:line="240" w:lineRule="auto"/>
        <w:ind w:left="720"/>
      </w:pPr>
      <w:r/>
      <w:hyperlink r:id="rId14">
        <w:r>
          <w:rPr>
            <w:color w:val="0000EE"/>
            <w:u w:val="single"/>
          </w:rPr>
          <w:t>https://www.meetjamie.ai/blog/best-ai-tools-for-students</w:t>
        </w:r>
      </w:hyperlink>
      <w:r>
        <w:t xml:space="preserve"> - Mentions the broader context of AI tools in academic settings, including Jamie, which offers features like lecture summaries, note-taking, and task management, highlighting the comprehensive support AI tools can provide to students.</w:t>
      </w:r>
      <w:r/>
    </w:p>
    <w:p>
      <w:pPr>
        <w:pStyle w:val="ListNumber"/>
        <w:spacing w:line="240" w:lineRule="auto"/>
        <w:ind w:left="720"/>
      </w:pPr>
      <w:r/>
      <w:hyperlink r:id="rId15">
        <w:r>
          <w:rPr>
            <w:color w:val="0000EE"/>
            <w:u w:val="single"/>
          </w:rPr>
          <w:t>https://www.londondaily.news/5-best-ai-summarizing-tools-every-student-should-try/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ondondaily.news/5-best-ai-summarising-tools-every-student-should-try/" TargetMode="External"/><Relationship Id="rId11" Type="http://schemas.openxmlformats.org/officeDocument/2006/relationships/hyperlink" Target="https://www.enago.com/academy/best-ai-summarization-tools/" TargetMode="External"/><Relationship Id="rId12" Type="http://schemas.openxmlformats.org/officeDocument/2006/relationships/hyperlink" Target="https://www.notta.ai/en/blog/ai-summary-generator" TargetMode="External"/><Relationship Id="rId13" Type="http://schemas.openxmlformats.org/officeDocument/2006/relationships/hyperlink" Target="https://www.scholarcy.com" TargetMode="External"/><Relationship Id="rId14" Type="http://schemas.openxmlformats.org/officeDocument/2006/relationships/hyperlink" Target="https://www.meetjamie.ai/blog/best-ai-tools-for-students" TargetMode="External"/><Relationship Id="rId15" Type="http://schemas.openxmlformats.org/officeDocument/2006/relationships/hyperlink" Target="https://www.londondaily.news/5-best-ai-summarizing-tools-every-student-should-t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