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offers massive discount on Oral-B Genius X Electric Toothbrush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unveiled a significant discount on the Oral-B Genius X Electric Toothbrush, now available for $99.99 with free shipping. This marks a substantial price reduction from its standard retail value of $200. The current offer is a resurgence of the lowest price observed on Amazon, a figure last seen during the Black Friday sales period in 2023. Previously in 2024, the best offer reached $150, with no subsequent drops observed under this price until now.</w:t>
      </w:r>
      <w:r/>
    </w:p>
    <w:p>
      <w:r/>
      <w:r>
        <w:t>The Oral-B Genius X Electric Toothbrush is available in both white and black colour options and is noted for its advanced features and technological integration. Designed to enhance oral hygiene, the Genius X incorporates a two-minute timer and a rechargeable battery, standard features among electric toothbrushes. However, it distinguishes itself with AI-supported personalised coaching. By utilising Bluetooth connectivity, the toothbrush links to a smartphone, providing guidance to ensure users cover all areas equally, apply the correct pressure, and brush for the recommended time. The package includes a replaceable brush head, a charger, and a travel case, catering to both daily use and travel convenience.</w:t>
      </w:r>
      <w:r/>
    </w:p>
    <w:p>
      <w:r/>
      <w:r>
        <w:t>The Oral-B Genius X is celebrated for its superior plaque removal capability, claiming to eliminate up to 100% more plaque compared to a regular manual toothbrush. This efficiency, combined with its personalised coaching feature through smart connectivity, makes it a desirable choice for those seeking to improve their oral care routine. Notably, Oral-B is recognised as the number one dentist-recommended toothbrush brand worldwide, adding an element of professional endorsement to the product.</w:t>
      </w:r>
      <w:r/>
    </w:p>
    <w:p>
      <w:r/>
      <w:r>
        <w:t>Beyond the Oral-B Genius X, various other oral hygiene products are currently being offered at discounted rates. Consumers interested in integrating more technology into their household can explore deals available on smart home devices and home goods, including kitchenware, cleaning supplies, and yard tools.</w:t>
      </w:r>
      <w:r/>
    </w:p>
    <w:p>
      <w:r/>
      <w:r>
        <w:t>The promotion on the Oral-B Genius X Electric Toothbrush offers an opportunity for consumers to acquire a high-tech toothbrush at a notably reduced rate. It also highlights Amazon’s continued engagement with providing competitive prices on sought-after goods, as they leverage significant sales periods and strategic discounts.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https://www.amazon.com/Oral-B-Rechargeable-Toothbrush-Intelligence-Replacement/dp/B084PPRXB5</w:t>
        </w:r>
      </w:hyperlink>
      <w:r>
        <w:t xml:space="preserve"> - Corroborates the discounted price of $99.99 and the standard retail value of $200 for the Oral-B Genius X Electric Toothbrush.</w:t>
      </w:r>
      <w:r/>
    </w:p>
    <w:p>
      <w:pPr>
        <w:pStyle w:val="ListNumber"/>
        <w:spacing w:line="240" w:lineRule="auto"/>
        <w:ind w:left="720"/>
      </w:pPr>
      <w:r/>
      <w:hyperlink r:id="rId11">
        <w:r>
          <w:rPr>
            <w:color w:val="0000EE"/>
            <w:u w:val="single"/>
          </w:rPr>
          <w:t>https://9to5toys.com/2024/10/23/oral-b-genius-x-electric-toothbrush-100-amazon-low-more/</w:t>
        </w:r>
      </w:hyperlink>
      <w:r>
        <w:t xml:space="preserve"> - Confirms the price reduction to $99.99, the previous best offer of $150 in 2024, and the lowest price seen during Black Friday sales in 2023.</w:t>
      </w:r>
      <w:r/>
    </w:p>
    <w:p>
      <w:pPr>
        <w:pStyle w:val="ListNumber"/>
        <w:spacing w:line="240" w:lineRule="auto"/>
        <w:ind w:left="720"/>
      </w:pPr>
      <w:r/>
      <w:hyperlink r:id="rId10">
        <w:r>
          <w:rPr>
            <w:color w:val="0000EE"/>
            <w:u w:val="single"/>
          </w:rPr>
          <w:t>https://www.amazon.com/Oral-B-Rechargeable-Toothbrush-Intelligence-Replacement/dp/B084PPRXB5</w:t>
        </w:r>
      </w:hyperlink>
      <w:r>
        <w:t xml:space="preserve"> - Details the availability of the Oral-B Genius X in white and black color options.</w:t>
      </w:r>
      <w:r/>
    </w:p>
    <w:p>
      <w:pPr>
        <w:pStyle w:val="ListNumber"/>
        <w:spacing w:line="240" w:lineRule="auto"/>
        <w:ind w:left="720"/>
      </w:pPr>
      <w:r/>
      <w:hyperlink r:id="rId12">
        <w:r>
          <w:rPr>
            <w:color w:val="0000EE"/>
            <w:u w:val="single"/>
          </w:rPr>
          <w:t>https://www.amazon.com/Oral-B-Genius-Rechargeable-Toothbrush-Pack/dp/B0BY7TWTGZ</w:t>
        </w:r>
      </w:hyperlink>
      <w:r>
        <w:t xml:space="preserve"> - Explains the advanced features including a two-minute timer, rechargeable battery, and AI-supported personalized coaching.</w:t>
      </w:r>
      <w:r/>
    </w:p>
    <w:p>
      <w:pPr>
        <w:pStyle w:val="ListNumber"/>
        <w:spacing w:line="240" w:lineRule="auto"/>
        <w:ind w:left="720"/>
      </w:pPr>
      <w:r/>
      <w:hyperlink r:id="rId13">
        <w:r>
          <w:rPr>
            <w:color w:val="0000EE"/>
            <w:u w:val="single"/>
          </w:rPr>
          <w:t>https://www.amazon.com/Oral-B-GENIUS-Electric-Toothbrush-Replacement/dp/B07TYHYR8G</w:t>
        </w:r>
      </w:hyperlink>
      <w:r>
        <w:t xml:space="preserve"> - Describes the Bluetooth connectivity and smartphone app integration for personalized coaching.</w:t>
      </w:r>
      <w:r/>
    </w:p>
    <w:p>
      <w:pPr>
        <w:pStyle w:val="ListNumber"/>
        <w:spacing w:line="240" w:lineRule="auto"/>
        <w:ind w:left="720"/>
      </w:pPr>
      <w:r/>
      <w:hyperlink r:id="rId10">
        <w:r>
          <w:rPr>
            <w:color w:val="0000EE"/>
            <w:u w:val="single"/>
          </w:rPr>
          <w:t>https://www.amazon.com/Oral-B-Rechargeable-Toothbrush-Intelligence-Replacement/dp/B084PPRXB5</w:t>
        </w:r>
      </w:hyperlink>
      <w:r>
        <w:t xml:space="preserve"> - Lists the package contents including a replaceable brush head, a charger, and a travel case.</w:t>
      </w:r>
      <w:r/>
    </w:p>
    <w:p>
      <w:pPr>
        <w:pStyle w:val="ListNumber"/>
        <w:spacing w:line="240" w:lineRule="auto"/>
        <w:ind w:left="720"/>
      </w:pPr>
      <w:r/>
      <w:hyperlink r:id="rId11">
        <w:r>
          <w:rPr>
            <w:color w:val="0000EE"/>
            <w:u w:val="single"/>
          </w:rPr>
          <w:t>https://9to5toys.com/2024/10/23/oral-b-genius-x-electric-toothbrush-100-amazon-low-more/</w:t>
        </w:r>
      </w:hyperlink>
      <w:r>
        <w:t xml:space="preserve"> - Highlights the superior plaque removal capability of the Oral-B Genius X compared to a regular manual toothbrush.</w:t>
      </w:r>
      <w:r/>
    </w:p>
    <w:p>
      <w:pPr>
        <w:pStyle w:val="ListNumber"/>
        <w:spacing w:line="240" w:lineRule="auto"/>
        <w:ind w:left="720"/>
      </w:pPr>
      <w:r/>
      <w:hyperlink r:id="rId13">
        <w:r>
          <w:rPr>
            <w:color w:val="0000EE"/>
            <w:u w:val="single"/>
          </w:rPr>
          <w:t>https://www.amazon.com/Oral-B-GENIUS-Electric-Toothbrush-Replacement/dp/B07TYHYR8G</w:t>
        </w:r>
      </w:hyperlink>
      <w:r>
        <w:t xml:space="preserve"> - Mentions Oral-B as the number one dentist-recommended toothbrush brand worldwide.</w:t>
      </w:r>
      <w:r/>
    </w:p>
    <w:p>
      <w:pPr>
        <w:pStyle w:val="ListNumber"/>
        <w:spacing w:line="240" w:lineRule="auto"/>
        <w:ind w:left="720"/>
      </w:pPr>
      <w:r/>
      <w:hyperlink r:id="rId11">
        <w:r>
          <w:rPr>
            <w:color w:val="0000EE"/>
            <w:u w:val="single"/>
          </w:rPr>
          <w:t>https://9to5toys.com/2024/10/23/oral-b-genius-x-electric-toothbrush-100-amazon-low-more/</w:t>
        </w:r>
      </w:hyperlink>
      <w:r>
        <w:t xml:space="preserve"> - Provides information on other discounted oral hygiene products available.</w:t>
      </w:r>
      <w:r/>
    </w:p>
    <w:p>
      <w:pPr>
        <w:pStyle w:val="ListNumber"/>
        <w:spacing w:line="240" w:lineRule="auto"/>
        <w:ind w:left="720"/>
      </w:pPr>
      <w:r/>
      <w:hyperlink r:id="rId10">
        <w:r>
          <w:rPr>
            <w:color w:val="0000EE"/>
            <w:u w:val="single"/>
          </w:rPr>
          <w:t>https://www.amazon.com/Oral-B-Rechargeable-Toothbrush-Intelligence-Replacement/dp/B084PPRXB5</w:t>
        </w:r>
      </w:hyperlink>
      <w:r>
        <w:t xml:space="preserve"> - Discusses the promotion as an opportunity to acquire a high-tech toothbrush at a reduced rate.</w:t>
      </w:r>
      <w:r/>
    </w:p>
    <w:p>
      <w:pPr>
        <w:pStyle w:val="ListNumber"/>
        <w:spacing w:line="240" w:lineRule="auto"/>
        <w:ind w:left="720"/>
      </w:pPr>
      <w:r/>
      <w:hyperlink r:id="rId11">
        <w:r>
          <w:rPr>
            <w:color w:val="0000EE"/>
            <w:u w:val="single"/>
          </w:rPr>
          <w:t>https://9to5toys.com/2024/10/23/oral-b-genius-x-electric-toothbrush-100-amazon-low-more/</w:t>
        </w:r>
      </w:hyperlink>
      <w:r>
        <w:t xml:space="preserve"> - Highlights Amazon’s engagement in providing competitive prices on sought-after goods through significant sales periods and strategic discounts.</w:t>
      </w:r>
      <w:r/>
    </w:p>
    <w:p>
      <w:pPr>
        <w:pStyle w:val="ListNumber"/>
        <w:spacing w:line="240" w:lineRule="auto"/>
        <w:ind w:left="720"/>
      </w:pPr>
      <w:r/>
      <w:hyperlink r:id="rId11">
        <w:r>
          <w:rPr>
            <w:color w:val="0000EE"/>
            <w:u w:val="single"/>
          </w:rPr>
          <w:t>https://9to5toys.com/2024/10/23/oral-b-genius-x-electric-toothbrush-100-amazon-low-more/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Oral-B-Rechargeable-Toothbrush-Intelligence-Replacement/dp/B084PPRXB5" TargetMode="External"/><Relationship Id="rId11" Type="http://schemas.openxmlformats.org/officeDocument/2006/relationships/hyperlink" Target="https://9to5toys.com/2024/10/23/oral-b-genius-x-electric-toothbrush-100-amazon-low-more/" TargetMode="External"/><Relationship Id="rId12" Type="http://schemas.openxmlformats.org/officeDocument/2006/relationships/hyperlink" Target="https://www.amazon.com/Oral-B-Genius-Rechargeable-Toothbrush-Pack/dp/B0BY7TWTGZ" TargetMode="External"/><Relationship Id="rId13" Type="http://schemas.openxmlformats.org/officeDocument/2006/relationships/hyperlink" Target="https://www.amazon.com/Oral-B-GENIUS-Electric-Toothbrush-Replacement/dp/B07TYHYR8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