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Anton Gauffin launches new AI venture Beyond after Huuuge success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Anton Gauffin, a renowned figure in the gaming industry, is embarking on a new entrepreneurial journey with the founding of his latest venture, Beyond. His reputation was initially cemented with the successful launch and growth of Huuuge, a social casino gaming company. Gauffin's efforts with Huuuge began in 2014, alongside a seasoned team, and led to the company going public in 2021 and achieving more than $2 billion in lifetime revenue. Known for bringing a fresh approach to the social casino games market, Huuuge secured a substantial market share by innovating traditional gameplay and targeting a younger demographic, a strategy that proved to be highly successful.</w:t>
      </w:r>
      <w:r/>
    </w:p>
    <w:p>
      <w:r/>
      <w:r>
        <w:t>In September 2023, Gauffin transitioned from his role as CEO of Huuuge to that of executive chairman and appointed Wojciech Wronowski as the new CEO. This move signalled a shift in focus for Gauffin, who now aims to explore the burgeoning world of generative AI with his new startup, Beyond.</w:t>
      </w:r>
      <w:r/>
    </w:p>
    <w:p>
      <w:r/>
      <w:r>
        <w:t>This latest venture marks a significant pivot from the casino game domain. Beyond is focused on creating innovative entertainment platforms using AI technology. The principal product under development is Decor Society, a fashion game that leverages generative AI to offer players hyper-personalised experiences in home decor, drawing inspiration from successful ventures like Electronic Arts' Design Home.</w:t>
      </w:r>
      <w:r/>
    </w:p>
    <w:p>
      <w:r/>
      <w:r>
        <w:t>Gauffin explains that the vision for Beyond is to push the boundaries of entertainment by integrating AI's capabilities with consumer creativity. Despite the dominance of established platforms, Gauffin feels there is a lack of innovation in the decor space, thereby offering his company a significant opportunity to create a more dynamic and engaging product. With the backing of investors and a team of 10, Beyond is poised to release an open beta of Decor Society in the near future.</w:t>
      </w:r>
      <w:r/>
    </w:p>
    <w:p>
      <w:r/>
      <w:r>
        <w:t>The core of Beyond's technology development is the BeyondOS platform, which employs various AI diffusion models for creative pursuits. This reflects Gauffin's belief in the transformative power of AI and its potential to redefine how content is consumed and created. He advocates for a bold approach to embracing AI's evolving influence, predicting that its role in entertainment will only grow over the next decade.</w:t>
      </w:r>
      <w:r/>
    </w:p>
    <w:p>
      <w:r/>
      <w:r>
        <w:t>Gauffin's philosophy centres around innovation, creativity, and the assembly of a strong team. This venture aims to marry the talents of creative individuals with cutting-edge AI technology to produce a new era of entertainment experiences. Beyond is positioned not only as a continuation of Gauffin's entrepreneurial spirit but also as a transformative step beyond the conventional gaming and app ecosystems.</w:t>
      </w:r>
      <w:r/>
    </w:p>
    <w:p>
      <w:r/>
      <w:r>
        <w:t>As industries undergo rapid changes, influenced heavily by advancing technologies and changing consumer behaviour, Gauffin remains optimistic about the future. His focus with Beyond is on exploring new avenues beyond traditional gaming, seeking to engage audiences on emerging platforms and with innovative approaches. As Beyond prepares to release its first product and further develop its presence, the company aims to position itself as a leader in AI-enhanced entertainment, bridging the gap between digital interaction and personal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https://venturebeat.com/games/huuuge-social-casino-veteran-unveils-ai-focused-beyond-startup-and-decor-society/</w:t>
        </w:r>
      </w:hyperlink>
      <w:r>
        <w:t xml:space="preserve"> - Corroborates Anton Gauffin's new venture, Beyond, and its focus on AI, particularly the development of the fashion game Decor Society.</w:t>
      </w:r>
      <w:r/>
    </w:p>
    <w:p>
      <w:pPr>
        <w:pStyle w:val="ListNumber"/>
        <w:spacing w:line="240" w:lineRule="auto"/>
        <w:ind w:left="720"/>
      </w:pPr>
      <w:r/>
      <w:hyperlink r:id="rId11">
        <w:r>
          <w:rPr>
            <w:color w:val="0000EE"/>
            <w:u w:val="single"/>
          </w:rPr>
          <w:t>https://www.eu-startups.com/2022/04/huuuge-games-founder-ceo-anton-gauffin-will-speak-at-this-years-eu-startups-summit-on-may-12-13-in-barcelona/</w:t>
        </w:r>
      </w:hyperlink>
      <w:r>
        <w:t xml:space="preserve"> - Provides background on Anton Gauffin's role as the founder and CEO of Huuuge Games and his entrepreneurial journey.</w:t>
      </w:r>
      <w:r/>
    </w:p>
    <w:p>
      <w:pPr>
        <w:pStyle w:val="ListNumber"/>
        <w:spacing w:line="240" w:lineRule="auto"/>
        <w:ind w:left="720"/>
      </w:pPr>
      <w:r/>
      <w:hyperlink r:id="rId12">
        <w:r>
          <w:rPr>
            <w:color w:val="0000EE"/>
            <w:u w:val="single"/>
          </w:rPr>
          <w:t>https://about.me/gauffin</w:t>
        </w:r>
      </w:hyperlink>
      <w:r>
        <w:t xml:space="preserve"> - Details Anton Gauffin's entrepreneurial career, including his founding of Gamelion and his work with Huuuge Games.</w:t>
      </w:r>
      <w:r/>
    </w:p>
    <w:p>
      <w:pPr>
        <w:pStyle w:val="ListNumber"/>
        <w:spacing w:line="240" w:lineRule="auto"/>
        <w:ind w:left="720"/>
      </w:pPr>
      <w:r/>
      <w:hyperlink r:id="rId10">
        <w:r>
          <w:rPr>
            <w:color w:val="0000EE"/>
            <w:u w:val="single"/>
          </w:rPr>
          <w:t>https://venturebeat.com/games/huuuge-social-casino-veteran-unveils-ai-focused-beyond-startup-and-decor-society/</w:t>
        </w:r>
      </w:hyperlink>
      <w:r>
        <w:t xml:space="preserve"> - Explains Gauffin's transition from Huuuge to Beyond and his new focus on generative AI.</w:t>
      </w:r>
      <w:r/>
    </w:p>
    <w:p>
      <w:pPr>
        <w:pStyle w:val="ListNumber"/>
        <w:spacing w:line="240" w:lineRule="auto"/>
        <w:ind w:left="720"/>
      </w:pPr>
      <w:r/>
      <w:hyperlink r:id="rId11">
        <w:r>
          <w:rPr>
            <w:color w:val="0000EE"/>
            <w:u w:val="single"/>
          </w:rPr>
          <w:t>https://www.eu-startups.com/2022/04/huuuge-games-founder-ceo-anton-gauffin-will-speak-at-this-years-eu-startups-summit-on-may-12-13-in-barcelona/</w:t>
        </w:r>
      </w:hyperlink>
      <w:r>
        <w:t xml:space="preserve"> - Mentions Huuuge Games' success and growth under Gauffin's leadership, including its public listing and revenue achievements.</w:t>
      </w:r>
      <w:r/>
    </w:p>
    <w:p>
      <w:pPr>
        <w:pStyle w:val="ListNumber"/>
        <w:spacing w:line="240" w:lineRule="auto"/>
        <w:ind w:left="720"/>
      </w:pPr>
      <w:r/>
      <w:hyperlink r:id="rId12">
        <w:r>
          <w:rPr>
            <w:color w:val="0000EE"/>
            <w:u w:val="single"/>
          </w:rPr>
          <w:t>https://about.me/gauffin</w:t>
        </w:r>
      </w:hyperlink>
      <w:r>
        <w:t xml:space="preserve"> - Highlights Gauffin's philosophy on innovation, creativity, and team assembly in his entrepreneurial ventures.</w:t>
      </w:r>
      <w:r/>
    </w:p>
    <w:p>
      <w:pPr>
        <w:pStyle w:val="ListNumber"/>
        <w:spacing w:line="240" w:lineRule="auto"/>
        <w:ind w:left="720"/>
      </w:pPr>
      <w:r/>
      <w:hyperlink r:id="rId10">
        <w:r>
          <w:rPr>
            <w:color w:val="0000EE"/>
            <w:u w:val="single"/>
          </w:rPr>
          <w:t>https://venturebeat.com/games/huuuge-social-casino-veteran-unveils-ai-focused-beyond-startup-and-decor-society/</w:t>
        </w:r>
      </w:hyperlink>
      <w:r>
        <w:t xml:space="preserve"> - Describes Beyond's technology development, including the use of AI diffusion models for creative pursuits.</w:t>
      </w:r>
      <w:r/>
    </w:p>
    <w:p>
      <w:pPr>
        <w:pStyle w:val="ListNumber"/>
        <w:spacing w:line="240" w:lineRule="auto"/>
        <w:ind w:left="720"/>
      </w:pPr>
      <w:r/>
      <w:hyperlink r:id="rId13">
        <w:r>
          <w:rPr>
            <w:color w:val="0000EE"/>
            <w:u w:val="single"/>
          </w:rPr>
          <w:t>https://enduro21.com/en/news/industry-news/big-bets-invest-25-million-in-stark-future-production</w:t>
        </w:r>
      </w:hyperlink>
      <w:r>
        <w:t xml:space="preserve"> - Provides context on Gauffin's investment activities through Big Bets, showcasing his broader entrepreneurial and investment portfolio.</w:t>
      </w:r>
      <w:r/>
    </w:p>
    <w:p>
      <w:pPr>
        <w:pStyle w:val="ListNumber"/>
        <w:spacing w:line="240" w:lineRule="auto"/>
        <w:ind w:left="720"/>
      </w:pPr>
      <w:r/>
      <w:hyperlink r:id="rId12">
        <w:r>
          <w:rPr>
            <w:color w:val="0000EE"/>
            <w:u w:val="single"/>
          </w:rPr>
          <w:t>https://about.me/gauffin</w:t>
        </w:r>
      </w:hyperlink>
      <w:r>
        <w:t xml:space="preserve"> - Details Gauffin's experience in the gaming industry, particularly in mobile games, and his current focus on new ventures.</w:t>
      </w:r>
      <w:r/>
    </w:p>
    <w:p>
      <w:pPr>
        <w:pStyle w:val="ListNumber"/>
        <w:spacing w:line="240" w:lineRule="auto"/>
        <w:ind w:left="720"/>
      </w:pPr>
      <w:r/>
      <w:hyperlink r:id="rId10">
        <w:r>
          <w:rPr>
            <w:color w:val="0000EE"/>
            <w:u w:val="single"/>
          </w:rPr>
          <w:t>https://venturebeat.com/games/huuuge-social-casino-veteran-unveils-ai-focused-beyond-startup-and-decor-society/</w:t>
        </w:r>
      </w:hyperlink>
      <w:r>
        <w:t xml:space="preserve"> - Explains the vision for Beyond, including its aim to push the boundaries of entertainment using AI and consumer creativity.</w:t>
      </w:r>
      <w:r/>
    </w:p>
    <w:p>
      <w:pPr>
        <w:pStyle w:val="ListNumber"/>
        <w:spacing w:line="240" w:lineRule="auto"/>
        <w:ind w:left="720"/>
      </w:pPr>
      <w:r/>
      <w:hyperlink r:id="rId11">
        <w:r>
          <w:rPr>
            <w:color w:val="0000EE"/>
            <w:u w:val="single"/>
          </w:rPr>
          <w:t>https://www.eu-startups.com/2022/04/huuuge-games-founder-ceo-anton-gauffin-will-speak-at-this-years-eu-startups-summit-on-may-12-13-in-barcelona/</w:t>
        </w:r>
      </w:hyperlink>
      <w:r>
        <w:t xml:space="preserve"> - Highlights Gauffin's role in redefining the user experience in gaming, which aligns with his new venture's goals at Beyond.</w:t>
      </w:r>
      <w:r/>
    </w:p>
    <w:p>
      <w:pPr>
        <w:pStyle w:val="ListNumber"/>
        <w:spacing w:line="240" w:lineRule="auto"/>
        <w:ind w:left="720"/>
      </w:pPr>
      <w:r/>
      <w:hyperlink r:id="rId10">
        <w:r>
          <w:rPr>
            <w:color w:val="0000EE"/>
            <w:u w:val="single"/>
          </w:rPr>
          <w:t>https://venturebeat.com/games/huuuge-social-casino-veteran-unveils-ai-focused-beyond-startup-and-decor-society/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games/huuuge-social-casino-veteran-unveils-ai-focused-beyond-startup-and-decor-society/" TargetMode="External"/><Relationship Id="rId11" Type="http://schemas.openxmlformats.org/officeDocument/2006/relationships/hyperlink" Target="https://www.eu-startups.com/2022/04/huuuge-games-founder-ceo-anton-gauffin-will-speak-at-this-years-eu-startups-summit-on-may-12-13-in-barcelona/" TargetMode="External"/><Relationship Id="rId12" Type="http://schemas.openxmlformats.org/officeDocument/2006/relationships/hyperlink" Target="https://about.me/gauffin" TargetMode="External"/><Relationship Id="rId13" Type="http://schemas.openxmlformats.org/officeDocument/2006/relationships/hyperlink" Target="https://enduro21.com/en/news/industry-news/big-bets-invest-25-million-in-stark-future-produ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