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enhances security for upcoming AI cloud service with major bug bounty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announced plans to bolster the security of its upcoming AI cloud service, Private Cloud Compute, set to debut next week. The technology giant is incentivising security researchers to uncover vulnerabilities in the system by offering one of the most significant bug bounties in the industry. Apple is prepared to pay up to $1 million for exploits that could permit the remote execution of malicious code on its Private Cloud Compute servers.</w:t>
      </w:r>
      <w:r/>
    </w:p>
    <w:p>
      <w:r/>
      <w:r>
        <w:t>In an effort to enhance the security of its cloud-based AI service, Apple made the announcements via an official post on its security blog. The company is also offering up to $250,000 to researchers who report vulnerabilities that could compromise sensitive user information or the prompts submitted to the cloud by users. Furthermore, significant security issues not falling under specified categories may also be rewarded, with figures reaching up to $150,000 for exploits accessing user information from privileged network positions.</w:t>
      </w:r>
      <w:r/>
    </w:p>
    <w:p>
      <w:r/>
      <w:r>
        <w:t>This move represents the latest evolution of Apple’s bug bounty program, which aims to encourage the private reporting of potential vulnerabilities that could threaten the security of its products and services. Historically, Apple has made strides in enhancing its security frameworks, such as providing specially designed iPhones for research purposes to help identify security weaknesses, which are particularly coveted by spyware creators.</w:t>
      </w:r>
      <w:r/>
    </w:p>
    <w:p>
      <w:r/>
      <w:r>
        <w:t>Apple's blog post further delves into the security mechanics of the Private Cloud Compute service. It provides insights into the source code and supporting documentation in an unprecedented level of transparency aimed at bolstering trust in the system. The Private Cloud Compute serves as an extension to Apple's on-device AI, Apple Intelligence, enabling more demanding computational tasks while ostensibly maintaining user privacy.</w:t>
      </w:r>
      <w:r/>
    </w:p>
    <w:p>
      <w:r/>
      <w:r>
        <w:t>Apple's proactive step to disclose such extensive information alongside its generous financial incentives underscores its commitment to fostering an environment of security and privacy for its users. This initiative invites both privacy experts and individuals with a keen technical interest to scrutinise the system and potentially enhance its safety.</w:t>
      </w:r>
      <w:r/>
    </w:p>
    <w:p>
      <w:r/>
      <w:r>
        <w:t>Part of the broader announcement includes providing a comprehensive security guide detailing the architecture of Private Cloud Compute. This initiative is complemented by a new virtual research environment which permits security professionals to emulate the cloud computing systems on their Mac devices. These resources aim to facilitate the investigation and identification of potential security threats, reinforcing the robustness of the cloud service's security architecture over time.</w:t>
      </w:r>
      <w:r/>
    </w:p>
    <w:p>
      <w:r/>
      <w:r>
        <w:t>With the rollout of Private Cloud Compute, Apple emphasises its dedication to upholding user privacy as a fundamental right, integrating inventive technologies to safeguard data on cloud platforms. By encouraging public scrutiny and engagement from the security community, Apple aims to reinforce the reliability of its new cloud AI infrastructure, ensuring resilient privacy protocols are in place before its official launch.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https://www.forbes.com/sites/kateoflahertyuk/2024/10/25/apple-offers-1-million-to-hack-private-cloud-compute/</w:t>
        </w:r>
      </w:hyperlink>
      <w:r>
        <w:t xml:space="preserve"> - Apple's offer of up to $1 million for exploits that could permit the remote execution of malicious code on its Private Cloud Compute servers.</w:t>
      </w:r>
      <w:r/>
    </w:p>
    <w:p>
      <w:pPr>
        <w:pStyle w:val="ListNumber"/>
        <w:spacing w:line="240" w:lineRule="auto"/>
        <w:ind w:left="720"/>
      </w:pPr>
      <w:r/>
      <w:hyperlink r:id="rId11">
        <w:r>
          <w:rPr>
            <w:color w:val="0000EE"/>
            <w:u w:val="single"/>
          </w:rPr>
          <w:t>https://security.apple.com/blog/pcc-security-research/</w:t>
        </w:r>
      </w:hyperlink>
      <w:r>
        <w:t xml:space="preserve"> - Apple's announcement and details on the bug bounty program for Private Cloud Compute, including rewards for vulnerabilities.</w:t>
      </w:r>
      <w:r/>
    </w:p>
    <w:p>
      <w:pPr>
        <w:pStyle w:val="ListNumber"/>
        <w:spacing w:line="240" w:lineRule="auto"/>
        <w:ind w:left="720"/>
      </w:pPr>
      <w:r/>
      <w:hyperlink r:id="rId12">
        <w:r>
          <w:rPr>
            <w:color w:val="0000EE"/>
            <w:u w:val="single"/>
          </w:rPr>
          <w:t>https://security.apple.com/documentation/private-cloud-compute/</w:t>
        </w:r>
      </w:hyperlink>
      <w:r>
        <w:t xml:space="preserve"> - Comprehensive security guide detailing the architecture of Private Cloud Compute.</w:t>
      </w:r>
      <w:r/>
    </w:p>
    <w:p>
      <w:pPr>
        <w:pStyle w:val="ListNumber"/>
        <w:spacing w:line="240" w:lineRule="auto"/>
        <w:ind w:left="720"/>
      </w:pPr>
      <w:r/>
      <w:hyperlink r:id="rId13">
        <w:r>
          <w:rPr>
            <w:color w:val="0000EE"/>
            <w:u w:val="single"/>
          </w:rPr>
          <w:t>https://security.apple.com/blog/private-cloud-compute/</w:t>
        </w:r>
      </w:hyperlink>
      <w:r>
        <w:t xml:space="preserve"> - Insights into the security mechanics of the Private Cloud Compute service, including source code and supporting documentation.</w:t>
      </w:r>
      <w:r/>
    </w:p>
    <w:p>
      <w:pPr>
        <w:pStyle w:val="ListNumber"/>
        <w:spacing w:line="240" w:lineRule="auto"/>
        <w:ind w:left="720"/>
      </w:pPr>
      <w:r/>
      <w:hyperlink r:id="rId13">
        <w:r>
          <w:rPr>
            <w:color w:val="0000EE"/>
            <w:u w:val="single"/>
          </w:rPr>
          <w:t>https://security.apple.com/blog/private-cloud-compute/</w:t>
        </w:r>
      </w:hyperlink>
      <w:r>
        <w:t xml:space="preserve"> - Details on how Private Cloud Compute extends Apple's on-device AI, Apple Intelligence, to enable more demanding computational tasks while maintaining user privacy.</w:t>
      </w:r>
      <w:r/>
    </w:p>
    <w:p>
      <w:pPr>
        <w:pStyle w:val="ListNumber"/>
        <w:spacing w:line="240" w:lineRule="auto"/>
        <w:ind w:left="720"/>
      </w:pPr>
      <w:r/>
      <w:hyperlink r:id="rId13">
        <w:r>
          <w:rPr>
            <w:color w:val="0000EE"/>
            <w:u w:val="single"/>
          </w:rPr>
          <w:t>https://security.apple.com/blog/private-cloud-compute/</w:t>
        </w:r>
      </w:hyperlink>
      <w:r>
        <w:t xml:space="preserve"> - Apple's commitment to transparency by making PCC server builds publicly available for external auditing and providing a virtual research environment.</w:t>
      </w:r>
      <w:r/>
    </w:p>
    <w:p>
      <w:pPr>
        <w:pStyle w:val="ListNumber"/>
        <w:spacing w:line="240" w:lineRule="auto"/>
        <w:ind w:left="720"/>
      </w:pPr>
      <w:r/>
      <w:hyperlink r:id="rId13">
        <w:r>
          <w:rPr>
            <w:color w:val="0000EE"/>
            <w:u w:val="single"/>
          </w:rPr>
          <w:t>https://security.apple.com/blog/private-cloud-compute/</w:t>
        </w:r>
      </w:hyperlink>
      <w:r>
        <w:t xml:space="preserve"> - The use of Secure Boot, Code Signing, and the Secure Enclave to protect the integrity of PCC nodes and prevent tampering.</w:t>
      </w:r>
      <w:r/>
    </w:p>
    <w:p>
      <w:pPr>
        <w:pStyle w:val="ListNumber"/>
        <w:spacing w:line="240" w:lineRule="auto"/>
        <w:ind w:left="720"/>
      </w:pPr>
      <w:r/>
      <w:hyperlink r:id="rId13">
        <w:r>
          <w:rPr>
            <w:color w:val="0000EE"/>
            <w:u w:val="single"/>
          </w:rPr>
          <w:t>https://security.apple.com/blog/private-cloud-compute/</w:t>
        </w:r>
      </w:hyperlink>
      <w:r>
        <w:t xml:space="preserve"> - The process of inventory, high-resolution imaging, and tamper switch activation for PCC node hardware security.</w:t>
      </w:r>
      <w:r/>
    </w:p>
    <w:p>
      <w:pPr>
        <w:pStyle w:val="ListNumber"/>
        <w:spacing w:line="240" w:lineRule="auto"/>
        <w:ind w:left="720"/>
      </w:pPr>
      <w:r/>
      <w:hyperlink r:id="rId13">
        <w:r>
          <w:rPr>
            <w:color w:val="0000EE"/>
            <w:u w:val="single"/>
          </w:rPr>
          <w:t>https://security.apple.com/blog/private-cloud-compute/</w:t>
        </w:r>
      </w:hyperlink>
      <w:r>
        <w:t xml:space="preserve"> - The target diffusion approach to ensure requests cannot be routed to specific nodes based on the user or their content.</w:t>
      </w:r>
      <w:r/>
    </w:p>
    <w:p>
      <w:pPr>
        <w:pStyle w:val="ListNumber"/>
        <w:spacing w:line="240" w:lineRule="auto"/>
        <w:ind w:left="720"/>
      </w:pPr>
      <w:r/>
      <w:hyperlink r:id="rId14">
        <w:r>
          <w:rPr>
            <w:color w:val="0000EE"/>
            <w:u w:val="single"/>
          </w:rPr>
          <w:t>https://www.reddit.com/r/privacy/comments/1ff1lft/apples_private_cloud_compute/</w:t>
        </w:r>
      </w:hyperlink>
      <w:r>
        <w:t xml:space="preserve"> - Discussion on the privacy and security features of Private Cloud Compute, including on-device processing, encryption, and transparent server build verification.</w:t>
      </w:r>
      <w:r/>
    </w:p>
    <w:p>
      <w:pPr>
        <w:pStyle w:val="ListNumber"/>
        <w:spacing w:line="240" w:lineRule="auto"/>
        <w:ind w:left="720"/>
      </w:pPr>
      <w:r/>
      <w:hyperlink r:id="rId15">
        <w:r>
          <w:rPr>
            <w:color w:val="0000EE"/>
            <w:u w:val="single"/>
          </w:rPr>
          <w:t>https://techcrunch.com/2024/10/24/apple-will-pay-security-researchers-up-to-1-million-to-hack-its-private-ai-cloud/</w:t>
        </w:r>
      </w:hyperlink>
      <w:r>
        <w:t xml:space="preserve"> - Please view link - unable to able to access data</w:t>
      </w:r>
      <w:r/>
    </w:p>
    <w:p>
      <w:pPr>
        <w:pStyle w:val="ListNumber"/>
        <w:spacing w:line="240" w:lineRule="auto"/>
        <w:ind w:left="720"/>
      </w:pPr>
      <w:r/>
      <w:hyperlink r:id="rId16">
        <w:r>
          <w:rPr>
            <w:color w:val="0000EE"/>
            <w:u w:val="single"/>
          </w:rPr>
          <w:t>https://www.independent.co.uk/tech/apple-intelligence-security-safe-private-cloud-compute-b2635144.html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kateoflahertyuk/2024/10/25/apple-offers-1-million-to-hack-private-cloud-compute/" TargetMode="External"/><Relationship Id="rId11" Type="http://schemas.openxmlformats.org/officeDocument/2006/relationships/hyperlink" Target="https://security.apple.com/blog/pcc-security-research/" TargetMode="External"/><Relationship Id="rId12" Type="http://schemas.openxmlformats.org/officeDocument/2006/relationships/hyperlink" Target="https://security.apple.com/documentation/private-cloud-compute/" TargetMode="External"/><Relationship Id="rId13" Type="http://schemas.openxmlformats.org/officeDocument/2006/relationships/hyperlink" Target="https://security.apple.com/blog/private-cloud-compute/" TargetMode="External"/><Relationship Id="rId14" Type="http://schemas.openxmlformats.org/officeDocument/2006/relationships/hyperlink" Target="https://www.reddit.com/r/privacy/comments/1ff1lft/apples_private_cloud_compute/" TargetMode="External"/><Relationship Id="rId15" Type="http://schemas.openxmlformats.org/officeDocument/2006/relationships/hyperlink" Target="https://techcrunch.com/2024/10/24/apple-will-pay-security-researchers-up-to-1-million-to-hack-its-private-ai-cloud/" TargetMode="External"/><Relationship Id="rId16" Type="http://schemas.openxmlformats.org/officeDocument/2006/relationships/hyperlink" Target="https://www.independent.co.uk/tech/apple-intelligence-security-safe-private-cloud-compute-b263514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