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expands Genmoji features in iOS 18.2 beta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Expands Genmoji Features in iOS 18.2 Beta</w:t>
      </w:r>
      <w:r/>
    </w:p>
    <w:p>
      <w:r/>
      <w:r>
        <w:t>In a move that signals a significant advancement in smartphone customisation, Apple has rolled out its much-anticipated "Genmoji" feature in the iOS 18.2 beta. The update comes with an exciting development that expands accessibility to millions of users who do not own an AI-compatible iPhone.</w:t>
      </w:r>
      <w:r/>
    </w:p>
    <w:p>
      <w:r/>
      <w:r>
        <w:t>The Genmoji feature leverages Apple's sophisticated Artificial Intelligence capabilities, allowing users to generate personalised emojis based on their preferences and usage patterns. Initially, this feature was thought to be exclusive to Apple's most recent iPhone models. To create Genmoji, users are required to have an iPhone 16 series, or the iPhone 15 Pro or Pro Max, with the iOS 18.2 beta installed.</w:t>
      </w:r>
      <w:r/>
    </w:p>
    <w:p>
      <w:r/>
      <w:r>
        <w:t>However, recent discoveries have revealed an inclusive twist. While non-AI device users cannot create Genmoji, they are not excluded from the fun. These users can receive Genmoji from friends who have compatible devices. Moreover, once they receive a Genmoji, they can save it to their emoji libraries and send it themselves. This revelation, confirmed by technology expert Benjamin Mayo, opens up the Genmoji experience to a broader audience, dispelling earlier concerns that the feature would be limited to newer devices only.</w:t>
      </w:r>
      <w:r/>
    </w:p>
    <w:p>
      <w:r/>
      <w:r>
        <w:t>This inclusion is seen as a positive development for iPhone users without the latest models, and it heralds a potential shift in how Apple integrates cutting-edge technology across its device lineup. Those wishing to enter into the Genmoji trend only need a friend or acquaintance with the necessary technology to send them the initial Genmoji.</w:t>
      </w:r>
      <w:r/>
    </w:p>
    <w:p>
      <w:r/>
      <w:r>
        <w:t>This news represents a strategic move by Apple to maintain user engagement and brand loyalty, enabling current users of older devices to share in the latest innovations. It further strengthens Apple's strategy to enhance its user ecosystem while maximising the reach and appeal of its AI-driven features.</w:t>
      </w:r>
      <w:r/>
    </w:p>
    <w:p>
      <w:r/>
      <w:r>
        <w:t>While this update currently exists in the beta phase, it is generating considerable interest among tech enthusiasts and Apple users alike. The broader roll-out of this feature is likely to further influence how users interact with digital communication tools, potentially setting new trends in personal expression.</w:t>
      </w:r>
      <w:r/>
    </w:p>
    <w:p>
      <w:r/>
      <w:r>
        <w:t>As Apple continues to refine and roll out its Genmoji feature, iPhone users worldwide will be watching closely to see how these tools can be integrated into their daily communication routines. For those eager to join the Genmoji dialogue, the initial step remains clear: connect with a user of an AI-compatible device and start sharing. With iOS 18.2 still in its beta phase, these updates highlight Apple’s ongoing commitment to technological inclusivity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https://www.youtube.com/watch?v=At8v_6DkXXc</w:t>
        </w:r>
      </w:hyperlink>
      <w:r>
        <w:t xml:space="preserve"> - This video explains the Genmoji feature in iOS 18.2 beta, including how to create and share Genmoji, and the compatibility requirements for using this feature.</w:t>
      </w:r>
      <w:r/>
    </w:p>
    <w:p>
      <w:pPr>
        <w:pStyle w:val="ListNumber"/>
        <w:spacing w:line="240" w:lineRule="auto"/>
        <w:ind w:left="720"/>
      </w:pPr>
      <w:r/>
      <w:hyperlink r:id="rId11">
        <w:r>
          <w:rPr>
            <w:color w:val="0000EE"/>
            <w:u w:val="single"/>
          </w:rPr>
          <w:t>https://9to5mac.com/2024/10/25/genmoji-image-playground-ios-18-2-rollout/</w:t>
        </w:r>
      </w:hyperlink>
      <w:r>
        <w:t xml:space="preserve"> - This article details the rollout of Genmoji and Image Playground in iOS 18.2 beta, including the need to join a waitlist and the phased rollout strategy to avoid overloads.</w:t>
      </w:r>
      <w:r/>
    </w:p>
    <w:p>
      <w:pPr>
        <w:pStyle w:val="ListNumber"/>
        <w:spacing w:line="240" w:lineRule="auto"/>
        <w:ind w:left="720"/>
      </w:pPr>
      <w:r/>
      <w:hyperlink r:id="rId11">
        <w:r>
          <w:rPr>
            <w:color w:val="0000EE"/>
            <w:u w:val="single"/>
          </w:rPr>
          <w:t>https://9to5mac.com/2024/10/25/genmoji-image-playground-ios-18-2-rollout/</w:t>
        </w:r>
      </w:hyperlink>
      <w:r>
        <w:t xml:space="preserve"> - It explains that non-AI device users can receive and send Genmoji as image files, making the feature accessible to a broader audience.</w:t>
      </w:r>
      <w:r/>
    </w:p>
    <w:p>
      <w:pPr>
        <w:pStyle w:val="ListNumber"/>
        <w:spacing w:line="240" w:lineRule="auto"/>
        <w:ind w:left="720"/>
      </w:pPr>
      <w:r/>
      <w:hyperlink r:id="rId12">
        <w:r>
          <w:rPr>
            <w:color w:val="0000EE"/>
            <w:u w:val="single"/>
          </w:rPr>
          <w:t>https://www.macworld.com/article/2499054/ios-18-2-apple-intelligence-siri-genmoji-install-release-beta.html</w:t>
        </w:r>
      </w:hyperlink>
      <w:r>
        <w:t xml:space="preserve"> - This article provides details on the Genmoji feature, including the requirement for iPhone 15 Pro or later and iPhone 16 series to use it, and how it can be shared with other users.</w:t>
      </w:r>
      <w:r/>
    </w:p>
    <w:p>
      <w:pPr>
        <w:pStyle w:val="ListNumber"/>
        <w:spacing w:line="240" w:lineRule="auto"/>
        <w:ind w:left="720"/>
      </w:pPr>
      <w:r/>
      <w:hyperlink r:id="rId12">
        <w:r>
          <w:rPr>
            <w:color w:val="0000EE"/>
            <w:u w:val="single"/>
          </w:rPr>
          <w:t>https://www.macworld.com/article/2499054/ios-18-2-apple-intelligence-siri-genmoji-install-release-beta.html</w:t>
        </w:r>
      </w:hyperlink>
      <w:r>
        <w:t xml:space="preserve"> - It also explains the process of creating Genmoji directly from the keyboard and how they can be used in messages.</w:t>
      </w:r>
      <w:r/>
    </w:p>
    <w:p>
      <w:pPr>
        <w:pStyle w:val="ListNumber"/>
        <w:spacing w:line="240" w:lineRule="auto"/>
        <w:ind w:left="720"/>
      </w:pPr>
      <w:r/>
      <w:hyperlink r:id="rId13">
        <w:r>
          <w:rPr>
            <w:color w:val="0000EE"/>
            <w:u w:val="single"/>
          </w:rPr>
          <w:t>https://forums.macrumors.com/threads/ios-18-2-image-playground-genmoji-approval-taking-forever.2440889/</w:t>
        </w:r>
      </w:hyperlink>
      <w:r>
        <w:t xml:space="preserve"> - This forum discussion highlights the waitlist process for accessing Genmoji and other image generation features in iOS 18.2 beta.</w:t>
      </w:r>
      <w:r/>
    </w:p>
    <w:p>
      <w:pPr>
        <w:pStyle w:val="ListNumber"/>
        <w:spacing w:line="240" w:lineRule="auto"/>
        <w:ind w:left="720"/>
      </w:pPr>
      <w:r/>
      <w:hyperlink r:id="rId12">
        <w:r>
          <w:rPr>
            <w:color w:val="0000EE"/>
            <w:u w:val="single"/>
          </w:rPr>
          <w:t>https://www.macworld.com/article/2499054/ios-18-2-apple-intelligence-siri-genmoji-install-release-beta.html</w:t>
        </w:r>
      </w:hyperlink>
      <w:r>
        <w:t xml:space="preserve"> - The article mentions that users can save and share Genmoji, even if the recipient does not have an AI-compatible device, by sending them as image files.</w:t>
      </w:r>
      <w:r/>
    </w:p>
    <w:p>
      <w:pPr>
        <w:pStyle w:val="ListNumber"/>
        <w:spacing w:line="240" w:lineRule="auto"/>
        <w:ind w:left="720"/>
      </w:pPr>
      <w:r/>
      <w:hyperlink r:id="rId11">
        <w:r>
          <w:rPr>
            <w:color w:val="0000EE"/>
            <w:u w:val="single"/>
          </w:rPr>
          <w:t>https://9to5mac.com/2024/10/25/genmoji-image-playground-ios-18-2-rollout/</w:t>
        </w:r>
      </w:hyperlink>
      <w:r>
        <w:t xml:space="preserve"> - This article emphasizes Apple's Responsible AI principles and the precautions taken to ensure the safe and responsible use of AI tools, including Genmoji.</w:t>
      </w:r>
      <w:r/>
    </w:p>
    <w:p>
      <w:pPr>
        <w:pStyle w:val="ListNumber"/>
        <w:spacing w:line="240" w:lineRule="auto"/>
        <w:ind w:left="720"/>
      </w:pPr>
      <w:r/>
      <w:hyperlink r:id="rId12">
        <w:r>
          <w:rPr>
            <w:color w:val="0000EE"/>
            <w:u w:val="single"/>
          </w:rPr>
          <w:t>https://www.macworld.com/article/2499054/ios-18-2-apple-intelligence-siri-genmoji-install-release-beta.html</w:t>
        </w:r>
      </w:hyperlink>
      <w:r>
        <w:t xml:space="preserve"> - It explains the broader roll-out strategy and the expected public release of iOS 18.2, which includes the Genmoji feature.</w:t>
      </w:r>
      <w:r/>
    </w:p>
    <w:p>
      <w:pPr>
        <w:pStyle w:val="ListNumber"/>
        <w:spacing w:line="240" w:lineRule="auto"/>
        <w:ind w:left="720"/>
      </w:pPr>
      <w:r/>
      <w:hyperlink r:id="rId14">
        <w:r>
          <w:rPr>
            <w:color w:val="0000EE"/>
            <w:u w:val="single"/>
          </w:rPr>
          <w:t>https://www.reddit.com/r/apple/comments/1gafwin/apple_releases_first_betas_of_ios_182_and_more/</w:t>
        </w:r>
      </w:hyperlink>
      <w:r>
        <w:t xml:space="preserve"> - This discussion on Reddit confirms that Genmoji are currently exclusive to iOS 18.2 and iPadOS 18.2, with plans for future integration into macOS.</w:t>
      </w:r>
      <w:r/>
    </w:p>
    <w:p>
      <w:pPr>
        <w:pStyle w:val="ListNumber"/>
        <w:spacing w:line="240" w:lineRule="auto"/>
        <w:ind w:left="720"/>
      </w:pPr>
      <w:r/>
      <w:hyperlink r:id="rId12">
        <w:r>
          <w:rPr>
            <w:color w:val="0000EE"/>
            <w:u w:val="single"/>
          </w:rPr>
          <w:t>https://www.macworld.com/article/2499054/ios-18-2-apple-intelligence-siri-genmoji-install-release-beta.html</w:t>
        </w:r>
      </w:hyperlink>
      <w:r>
        <w:t xml:space="preserve"> - The article highlights Apple's commitment to technological inclusivity and innovation by making Genmoji accessible to a wider audience through sharing and compatibility with non-AI devices.</w:t>
      </w:r>
      <w:r/>
    </w:p>
    <w:p>
      <w:pPr>
        <w:pStyle w:val="ListNumber"/>
        <w:spacing w:line="240" w:lineRule="auto"/>
        <w:ind w:left="720"/>
      </w:pPr>
      <w:r/>
      <w:hyperlink r:id="rId15">
        <w:r>
          <w:rPr>
            <w:color w:val="0000EE"/>
            <w:u w:val="single"/>
          </w:rPr>
          <w:t>https://9to5mac.com/2024/10/23/you-can-send-genmoji-from-a-non-ai-iphone-but-youll-need-a-friend-on-ios-182/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At8v_6DkXXc" TargetMode="External"/><Relationship Id="rId11" Type="http://schemas.openxmlformats.org/officeDocument/2006/relationships/hyperlink" Target="https://9to5mac.com/2024/10/25/genmoji-image-playground-ios-18-2-rollout/" TargetMode="External"/><Relationship Id="rId12" Type="http://schemas.openxmlformats.org/officeDocument/2006/relationships/hyperlink" Target="https://www.macworld.com/article/2499054/ios-18-2-apple-intelligence-siri-genmoji-install-release-beta.html" TargetMode="External"/><Relationship Id="rId13" Type="http://schemas.openxmlformats.org/officeDocument/2006/relationships/hyperlink" Target="https://forums.macrumors.com/threads/ios-18-2-image-playground-genmoji-approval-taking-forever.2440889/" TargetMode="External"/><Relationship Id="rId14" Type="http://schemas.openxmlformats.org/officeDocument/2006/relationships/hyperlink" Target="https://www.reddit.com/r/apple/comments/1gafwin/apple_releases_first_betas_of_ios_182_and_more/" TargetMode="External"/><Relationship Id="rId15" Type="http://schemas.openxmlformats.org/officeDocument/2006/relationships/hyperlink" Target="https://9to5mac.com/2024/10/23/you-can-send-genmoji-from-a-non-ai-iphone-but-youll-need-a-friend-on-ios-1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