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to roll out Apple Intelligence features with iOS 18.1</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is poised to initiate the gradual introduction of its Apple Intelligence features, starting with the release of iOS 18.1 on October 28. In a recent interview with The Wall Street Journal, Apple's Head of Software, Craig Federighi, elaborated on the company's deliberate and phased approach to launching these new technological enhancements. This rollout marks the beginning of a comprehensive and long-term strategy to integrate artificial intelligence (AI) into Apple's ecosystem, ensuring each feature is meticulously developed before release.</w:t>
      </w:r>
      <w:r/>
    </w:p>
    <w:p>
      <w:r/>
      <w:r>
        <w:t>At the centre of this new initiative is Apple's distinctive focus on privacy and personalised user experience. Unlike many competing AI models, which rely heavily on cloud servers for data processing, Apple prioritises on-device processing, supplemented when necessary by its Private Cloud Compute system. This system ensures that user data remains secure and is not retained post-processing. Federighi emphasized that this method differs significantly from prevalent approaches seen in other AI models, such as ChatGPT, where data privacy may be less rigorous.</w:t>
      </w:r>
      <w:r/>
    </w:p>
    <w:p>
      <w:r/>
      <w:r>
        <w:t>The initial capabilities introduced in the upcoming iOS 18.1 release will include tools for text summarisation, notification summaries, and a new Clean Up tool within the Photos application to remove unwanted objects. Future updates planned for later in the year and beyond will expand these offerings. For instance, iOS 18.2 is expected by the year's end to feature Image Playground for cartoon-style image creation and Genmoji for custom emojis, alongside a ChatGPT integration to augment Siri's functionality.</w:t>
      </w:r>
      <w:r/>
    </w:p>
    <w:p>
      <w:r/>
      <w:r>
        <w:t>However, the most awaited advancements to Siri, Apple's voice-activated digital assistant, are slated for release with iOS 18.4 in March 2025. These enhancements will empower Siri with greater contextual awareness, an understanding of personal user data, and broader control over various applications. Initially confined to U.S. English, Apple's AI features will expand to include multiple languages in forthcoming updates, underscoring the company's commitment to global accessibility.</w:t>
      </w:r>
      <w:r/>
    </w:p>
    <w:p>
      <w:r/>
      <w:r>
        <w:t>Apple's methodical approach to image manipulation is also noteworthy. The new Clean Up tool in photos refrains from offering complex, AI-driven image alterations, adhering to Apple's philosophy that photographic content should accurately represent reality. "People view photographic content as something they can rely on as indicative of reality," noted Federighi, underscoring Apple's dedication to factual accuracy over fantastical representation.</w:t>
      </w:r>
      <w:r/>
    </w:p>
    <w:p>
      <w:r/>
      <w:r>
        <w:t>Addressing queries on the delayed rollout of Apple Intelligence features, Federighi highlighted the company's preference for a cautious, iterative development process, contrasting it with the rapid deployment strategies of other companies. Although some users initially expressed disappointment over the absence of AI features in the new iPhone 16 lineup, Apple's strategy is anchored in ensuring high functionality and privacy standards for its users. Federighi acknowledged that the path to a smart, comprehensive AI integration is a continuous journey, one intended to unfold adaptively over years, if not decades.</w:t>
      </w:r>
      <w:r/>
    </w:p>
    <w:p>
      <w:r/>
      <w:r>
        <w:t>Federighi also offered insights into the future evolution of Siri, remarking that expectations for digital assistants are perpetually increasing. He noted that Siri's journey to becoming a truly intelligent assistant is ongoing, with improvements set to happen incrementally. Through advancements in understanding personal context and accessing device capabilities, Siri is expected to become progressively more useful.</w:t>
      </w:r>
      <w:r/>
    </w:p>
    <w:p>
      <w:r/>
      <w:r>
        <w:t>Apple's strategic posture reflects an enduring commitment to quality, security, and privacy in delivering AI solutions. This careful rollout promises users an enhanced, deeply integrated digital experience across Apple's ecosystem, fostering greater utility and trust in its products. As such, the deployment of Apple Intelligence features is not only a technical endeavour but also a testament to Apple's long-term vision and steadfast values in technology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https://www.youtube.com/watch?v=fhLGbfrnYjA</w:t>
        </w:r>
      </w:hyperlink>
      <w:r>
        <w:t xml:space="preserve"> - Corroborates the phased rollout of Apple Intelligence features, including the initial release with iOS 18.1 and future updates in iOS 18.2 and beyond.</w:t>
      </w:r>
      <w:r/>
    </w:p>
    <w:p>
      <w:pPr>
        <w:pStyle w:val="ListNumber"/>
        <w:spacing w:line="240" w:lineRule="auto"/>
        <w:ind w:left="720"/>
      </w:pPr>
      <w:r/>
      <w:hyperlink r:id="rId11">
        <w:r>
          <w:rPr>
            <w:color w:val="0000EE"/>
            <w:u w:val="single"/>
          </w:rPr>
          <w:t>https://www.reddit.com/r/ios/comments/1fxfbb1/apple_reportedly_releasing_ios_181_with_apple/</w:t>
        </w:r>
      </w:hyperlink>
      <w:r>
        <w:t xml:space="preserve"> - Discusses the release of iOS 18.1 with Apple Intelligence features, user reactions, and the phased rollout of additional AI features.</w:t>
      </w:r>
      <w:r/>
    </w:p>
    <w:p>
      <w:pPr>
        <w:pStyle w:val="ListNumber"/>
        <w:spacing w:line="240" w:lineRule="auto"/>
        <w:ind w:left="720"/>
      </w:pPr>
      <w:r/>
      <w:hyperlink r:id="rId12">
        <w:r>
          <w:rPr>
            <w:color w:val="0000EE"/>
            <w:u w:val="single"/>
          </w:rPr>
          <w:t>https://www.aibase.com/news/12755</w:t>
        </w:r>
      </w:hyperlink>
      <w:r>
        <w:t xml:space="preserve"> - Details the features of Apple Intelligence in iOS 18.1, including writing tools and photo tools, and the phased rollout approach.</w:t>
      </w:r>
      <w:r/>
    </w:p>
    <w:p>
      <w:pPr>
        <w:pStyle w:val="ListNumber"/>
        <w:spacing w:line="240" w:lineRule="auto"/>
        <w:ind w:left="720"/>
      </w:pPr>
      <w:r/>
      <w:hyperlink r:id="rId13">
        <w:r>
          <w:rPr>
            <w:color w:val="0000EE"/>
            <w:u w:val="single"/>
          </w:rPr>
          <w:t>https://www.hindustantimes.com/technology/ios-18-1-roll-out-next-week-here-s-why-apple-intelligence-features-to-roll-out-in-phases-101729756592204.html</w:t>
        </w:r>
      </w:hyperlink>
      <w:r>
        <w:t xml:space="preserve"> - Explains Apple's vision for the phased rollout of Apple Intelligence features, emphasizing quality and privacy, as discussed by Craig Federighi.</w:t>
      </w:r>
      <w:r/>
    </w:p>
    <w:p>
      <w:pPr>
        <w:pStyle w:val="ListNumber"/>
        <w:spacing w:line="240" w:lineRule="auto"/>
        <w:ind w:left="720"/>
      </w:pPr>
      <w:r/>
      <w:hyperlink r:id="rId14">
        <w:r>
          <w:rPr>
            <w:color w:val="0000EE"/>
            <w:u w:val="single"/>
          </w:rPr>
          <w:t>https://www.macrumors.com/2024/10/25/the-macrumors-show-ios-18-2-apple-intelligence/</w:t>
        </w:r>
      </w:hyperlink>
      <w:r>
        <w:t xml:space="preserve"> - Provides details on the features in iOS 18.1 and future updates like iOS 18.2, including new Mail app categories, Image Playground, and ChatGPT integration.</w:t>
      </w:r>
      <w:r/>
    </w:p>
    <w:p>
      <w:pPr>
        <w:pStyle w:val="ListNumber"/>
        <w:spacing w:line="240" w:lineRule="auto"/>
        <w:ind w:left="720"/>
      </w:pPr>
      <w:r/>
      <w:hyperlink r:id="rId14">
        <w:r>
          <w:rPr>
            <w:color w:val="0000EE"/>
            <w:u w:val="single"/>
          </w:rPr>
          <w:t>https://www.macrumors.com/2024/10/25/the-macrumors-show-ios-18-2-apple-intelligence/</w:t>
        </w:r>
      </w:hyperlink>
      <w:r>
        <w:t xml:space="preserve"> - Corroborates the focus on privacy and on-device processing, as well as the expansion of AI features to multiple languages.</w:t>
      </w:r>
      <w:r/>
    </w:p>
    <w:p>
      <w:pPr>
        <w:pStyle w:val="ListNumber"/>
        <w:spacing w:line="240" w:lineRule="auto"/>
        <w:ind w:left="720"/>
      </w:pPr>
      <w:r/>
      <w:hyperlink r:id="rId13">
        <w:r>
          <w:rPr>
            <w:color w:val="0000EE"/>
            <w:u w:val="single"/>
          </w:rPr>
          <w:t>https://www.hindustantimes.com/technology/ios-18-1-roll-out-next-week-here-s-why-apple-intelligence-features-to-roll-out-in-phases-101729756592204.html</w:t>
        </w:r>
      </w:hyperlink>
      <w:r>
        <w:t xml:space="preserve"> - Supports the information on Apple's cautious and iterative development process, contrasting it with rapid deployment strategies of other companies.</w:t>
      </w:r>
      <w:r/>
    </w:p>
    <w:p>
      <w:pPr>
        <w:pStyle w:val="ListNumber"/>
        <w:spacing w:line="240" w:lineRule="auto"/>
        <w:ind w:left="720"/>
      </w:pPr>
      <w:r/>
      <w:hyperlink r:id="rId11">
        <w:r>
          <w:rPr>
            <w:color w:val="0000EE"/>
            <w:u w:val="single"/>
          </w:rPr>
          <w:t>https://www.reddit.com/r/ios/comments/1fxfbb1/apple_reportedly_releasing_ios_181_with_apple/</w:t>
        </w:r>
      </w:hyperlink>
      <w:r>
        <w:t xml:space="preserve"> - Discusses user reactions and expectations regarding the delayed rollout of Apple Intelligence features and the upcoming enhancements to Siri.</w:t>
      </w:r>
      <w:r/>
    </w:p>
    <w:p>
      <w:pPr>
        <w:pStyle w:val="ListNumber"/>
        <w:spacing w:line="240" w:lineRule="auto"/>
        <w:ind w:left="720"/>
      </w:pPr>
      <w:r/>
      <w:hyperlink r:id="rId12">
        <w:r>
          <w:rPr>
            <w:color w:val="0000EE"/>
            <w:u w:val="single"/>
          </w:rPr>
          <w:t>https://www.aibase.com/news/12755</w:t>
        </w:r>
      </w:hyperlink>
      <w:r>
        <w:t xml:space="preserve"> - Details the new Clean Up tool in Photos and Apple's approach to image manipulation, emphasizing factual accuracy over fantastical representation.</w:t>
      </w:r>
      <w:r/>
    </w:p>
    <w:p>
      <w:pPr>
        <w:pStyle w:val="ListNumber"/>
        <w:spacing w:line="240" w:lineRule="auto"/>
        <w:ind w:left="720"/>
      </w:pPr>
      <w:r/>
      <w:hyperlink r:id="rId14">
        <w:r>
          <w:rPr>
            <w:color w:val="0000EE"/>
            <w:u w:val="single"/>
          </w:rPr>
          <w:t>https://www.macrumors.com/2024/10/25/the-macrumors-show-ios-18-2-apple-intelligence/</w:t>
        </w:r>
      </w:hyperlink>
      <w:r>
        <w:t xml:space="preserve"> - Corroborates the future evolution of Siri, including improvements in understanding personal context and accessing device capabilities.</w:t>
      </w:r>
      <w:r/>
    </w:p>
    <w:p>
      <w:pPr>
        <w:pStyle w:val="ListNumber"/>
        <w:spacing w:line="240" w:lineRule="auto"/>
        <w:ind w:left="720"/>
      </w:pPr>
      <w:r/>
      <w:hyperlink r:id="rId13">
        <w:r>
          <w:rPr>
            <w:color w:val="0000EE"/>
            <w:u w:val="single"/>
          </w:rPr>
          <w:t>https://www.hindustantimes.com/technology/ios-18-1-roll-out-next-week-here-s-why-apple-intelligence-features-to-roll-out-in-phases-101729756592204.html</w:t>
        </w:r>
      </w:hyperlink>
      <w:r>
        <w:t xml:space="preserve"> - Highlights Apple's commitment to quality, security, and privacy in delivering AI solutions and the long-term vision for Apple Intelligence.</w:t>
      </w:r>
      <w:r/>
    </w:p>
    <w:p>
      <w:pPr>
        <w:pStyle w:val="ListNumber"/>
        <w:spacing w:line="240" w:lineRule="auto"/>
        <w:ind w:left="720"/>
      </w:pPr>
      <w:r/>
      <w:hyperlink r:id="rId15">
        <w:r>
          <w:rPr>
            <w:color w:val="0000EE"/>
            <w:u w:val="single"/>
          </w:rPr>
          <w:t>https://www.macrumors.com/2024/10/23/craig-federighi-phased-release-apple-intelligence/</w:t>
        </w:r>
      </w:hyperlink>
      <w:r>
        <w:t xml:space="preserve"> - Please view link - unable to able to access data</w:t>
      </w:r>
      <w:r/>
    </w:p>
    <w:p>
      <w:pPr>
        <w:pStyle w:val="ListNumber"/>
        <w:spacing w:line="240" w:lineRule="auto"/>
        <w:ind w:left="720"/>
      </w:pPr>
      <w:r/>
      <w:hyperlink r:id="rId16">
        <w:r>
          <w:rPr>
            <w:color w:val="0000EE"/>
            <w:u w:val="single"/>
          </w:rPr>
          <w:t>https://9to5mac.com/2024/10/23/why-the-apple-intelligence-delays-what-about-the-new-siri-craig-federighi-explains-video/</w:t>
        </w:r>
      </w:hyperlink>
      <w:r>
        <w:t xml:space="preserve"> - Please view link - unable to able to access data</w:t>
      </w:r>
      <w:r/>
    </w:p>
    <w:p>
      <w:pPr>
        <w:pStyle w:val="ListNumber"/>
        <w:spacing w:line="240" w:lineRule="auto"/>
        <w:ind w:left="720"/>
      </w:pPr>
      <w:r/>
      <w:hyperlink r:id="rId17">
        <w:r>
          <w:rPr>
            <w:color w:val="0000EE"/>
            <w:u w:val="single"/>
          </w:rPr>
          <w:t>https://www.techtimes.com/articles/307985/20241023/apples-ai-delays-craig-federighi-explains-why-siri-still-isnt-that-smart.htm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fhLGbfrnYjA" TargetMode="External"/><Relationship Id="rId11" Type="http://schemas.openxmlformats.org/officeDocument/2006/relationships/hyperlink" Target="https://www.reddit.com/r/ios/comments/1fxfbb1/apple_reportedly_releasing_ios_181_with_apple/" TargetMode="External"/><Relationship Id="rId12" Type="http://schemas.openxmlformats.org/officeDocument/2006/relationships/hyperlink" Target="https://www.aibase.com/news/12755" TargetMode="External"/><Relationship Id="rId13" Type="http://schemas.openxmlformats.org/officeDocument/2006/relationships/hyperlink" Target="https://www.hindustantimes.com/technology/ios-18-1-roll-out-next-week-here-s-why-apple-intelligence-features-to-roll-out-in-phases-101729756592204.html" TargetMode="External"/><Relationship Id="rId14" Type="http://schemas.openxmlformats.org/officeDocument/2006/relationships/hyperlink" Target="https://www.macrumors.com/2024/10/25/the-macrumors-show-ios-18-2-apple-intelligence/" TargetMode="External"/><Relationship Id="rId15" Type="http://schemas.openxmlformats.org/officeDocument/2006/relationships/hyperlink" Target="https://www.macrumors.com/2024/10/23/craig-federighi-phased-release-apple-intelligence/" TargetMode="External"/><Relationship Id="rId16" Type="http://schemas.openxmlformats.org/officeDocument/2006/relationships/hyperlink" Target="https://9to5mac.com/2024/10/23/why-the-apple-intelligence-delays-what-about-the-new-siri-craig-federighi-explains-video/" TargetMode="External"/><Relationship Id="rId17" Type="http://schemas.openxmlformats.org/officeDocument/2006/relationships/hyperlink" Target="https://www.techtimes.com/articles/307985/20241023/apples-ai-delays-craig-federighi-explains-why-siri-still-isnt-that-smar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