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'Apple Intelligence' at WWDC 2024: a novel approach to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Unveils 'Apple Intelligence' at WWDC 2024: A Novel Approach to AI Integration</w:t>
      </w:r>
      <w:r/>
    </w:p>
    <w:p>
      <w:r/>
      <w:r>
        <w:t>In a much-anticipated reveal at Apple's World Wide Developers Conference (WWDC) 2024, Apple announced its foray into artificial intelligence with the introduction of 'Apple Intelligence.' This initiative aims to incorporate AI into existing Apple products, differentiating itself from standalone AI services such as those offered by competitors like Google and OpenAI.</w:t>
      </w:r>
      <w:r/>
    </w:p>
    <w:p>
      <w:r/>
      <w:r>
        <w:rPr>
          <w:b/>
        </w:rPr>
        <w:t>Key Details of the Launch</w:t>
      </w:r>
      <w:r/>
    </w:p>
    <w:p>
      <w:r/>
      <w:r>
        <w:t>The announcement, which took place in June during WWDC 2024, was further expanded upon at Apple’s iPhone 16 event on September 9. Apple Intelligence, a large language model-driven platform, is designed to enhance applications by embedding AI functionalities, according to the specifics provided at the conference and the tech giant's traditional minimalist style.</w:t>
      </w:r>
      <w:r/>
    </w:p>
    <w:p>
      <w:r/>
      <w:r>
        <w:rPr>
          <w:b/>
        </w:rPr>
        <w:t>AI Features and Compatibility</w:t>
      </w:r>
      <w:r/>
    </w:p>
    <w:p>
      <w:r/>
      <w:r>
        <w:t>Rather than a separate application, Apple Intelligence integrates AI-driven features into existing Apple services and apps. This includes improved capabilities for Siri, Apple's digital assistant, which now enjoys deeper integration across apps with new capabilities for contextual learning and task execution. Users can expect enhanced tasks like photo editing directly within text messages and more refined responses to inquiries.</w:t>
      </w:r>
      <w:r/>
    </w:p>
    <w:p>
      <w:r/>
      <w:r>
        <w:t>Other AI features involve writing tools for summarising texts and generating responses, available in applications such as Mail and Messages. Image generation also features prominently, with tools like 'Genmojis'—custom emojis styled by Apple—and 'Image Playground,' a separate app designed for creative visual content.</w:t>
      </w:r>
      <w:r/>
    </w:p>
    <w:p>
      <w:r/>
      <w:r>
        <w:t>Updates introducing such features are slated to be rolled out with iOS 18.1, iPadOS 18.1, and macOS Sequoia 15.1 starting later this month. The roll-out will first support U.S. English but will eventually expand to include additional localizations such as UK, Australian, and Canadian English. The full range of languages, including Chinese and several European languages, is expected in 2025, though regulatory hurdles may prevent access in regions like China and the EU.</w:t>
      </w:r>
      <w:r/>
    </w:p>
    <w:p>
      <w:r/>
      <w:r>
        <w:rPr>
          <w:b/>
        </w:rPr>
        <w:t>Security and Privacy Measures</w:t>
      </w:r>
      <w:r/>
    </w:p>
    <w:p>
      <w:r/>
      <w:r>
        <w:t>In a bold move to champion security, Apple also unveiled its new 'Private Cloud Compute' (PCC) system. This infrastructure supports Apple Intelligence by handling more complex tasks remotely. The company touts the system as offering unprecedented security and privacy with end-to-end encryption. To back up these claims, Apple has opened its PCC systems to scrutiny by offering a substantial bug bounty up to $1 million for anyone who can penetrate its defenses. This initiative reflects Apple’s commitment to security, inviting not only professional security researchers but anyone with technical expertise to contribute to safeguarding user data.</w:t>
      </w:r>
      <w:r/>
    </w:p>
    <w:p>
      <w:r/>
      <w:r>
        <w:rPr>
          <w:b/>
        </w:rPr>
        <w:t>Partnerships and Future Features</w:t>
      </w:r>
      <w:r/>
    </w:p>
    <w:p>
      <w:r/>
      <w:r>
        <w:t>While Apple Intelligence primarily utilises its proprietary developments, the announcement noted a partnership with OpenAI. This collaboration centers around supplementing Apple's offerings with additional capabilities powered by ChatGPT, notably in areas where smaller model systems might fall short. The integration with ChatGPT is expected to be part of updates to be released with iOS 18.2 and subsequent software versions.</w:t>
      </w:r>
      <w:r/>
    </w:p>
    <w:p>
      <w:r/>
      <w:r>
        <w:t>Apple is also planning to release a range of Macs powered by the new M4 chip, which showcases Apple’s continuous innovation in device capabilities alongside these software advancements. These products, including the next iteration of the Mac Mini, iMac, and MacBook Pro, are due for release by the end of October.</w:t>
      </w:r>
      <w:r/>
    </w:p>
    <w:p>
      <w:r/>
      <w:r>
        <w:rPr>
          <w:b/>
        </w:rPr>
        <w:t>Looking Ahead</w:t>
      </w:r>
      <w:r/>
    </w:p>
    <w:p>
      <w:r/>
      <w:r>
        <w:t>This comprehensive suite of features positions Apple Intelligence as a significant addition to Apple's ecosystem, expanding its technological landscape while maintaining core values of security and user privacy. While enthusiasm for the service is high, the rollout will be phased, beginning with US English and expanding internationally by December. As more features become available in 2025, the maturity and reach of Apple's AI offerings are expected to substantiate its role as a leader in the merging of AI technology with consumer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https://www.theverge.com/2024/6/10/24175405/wwdc-apple-ai-news-features-ios-18-macos-15-iphone-ipad-mac</w:t>
        </w:r>
      </w:hyperlink>
      <w:r>
        <w:t xml:space="preserve"> - Corroborates the announcement of Apple Intelligence at WWDC 2024 and its integration into iOS 18, iPadOS 18, and macOS Sequoia.</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Details the integration of Apple Intelligence into iOS 18, iPadOS 18, and macOS Sequoia, and its focus on privacy with Private Cloud Compute.</w:t>
      </w:r>
      <w:r/>
    </w:p>
    <w:p>
      <w:pPr>
        <w:pStyle w:val="ListNumber"/>
        <w:spacing w:line="240" w:lineRule="auto"/>
        <w:ind w:left="720"/>
      </w:pPr>
      <w:r/>
      <w:hyperlink r:id="rId12">
        <w:r>
          <w:rPr>
            <w:color w:val="0000EE"/>
            <w:u w:val="single"/>
          </w:rPr>
          <w:t>https://www.cnet.com/tech/mobile/apple-intelligence-brings-ai-to-the-iphone-with-chatgpt-integration-and-more/</w:t>
        </w:r>
      </w:hyperlink>
      <w:r>
        <w:t xml:space="preserve"> - Explains the enhanced capabilities of Siri, writing tools, and image generation features within Apple Intelligence.</w:t>
      </w:r>
      <w:r/>
    </w:p>
    <w:p>
      <w:pPr>
        <w:pStyle w:val="ListNumber"/>
        <w:spacing w:line="240" w:lineRule="auto"/>
        <w:ind w:left="720"/>
      </w:pPr>
      <w:r/>
      <w:hyperlink r:id="rId13">
        <w:r>
          <w:rPr>
            <w:color w:val="0000EE"/>
            <w:u w:val="single"/>
          </w:rPr>
          <w:t>https://www.cmswire.com/digital-experience/apples-ai-tango-graceful-steps-at-wwdc-2024/</w:t>
        </w:r>
      </w:hyperlink>
      <w:r>
        <w:t xml:space="preserve"> - Discusses the seamless integration of Apple Intelligence across Apple devices and its emphasis on privacy and on-device processing.</w:t>
      </w:r>
      <w:r/>
    </w:p>
    <w:p>
      <w:pPr>
        <w:pStyle w:val="ListNumber"/>
        <w:spacing w:line="240" w:lineRule="auto"/>
        <w:ind w:left="720"/>
      </w:pPr>
      <w:r/>
      <w:hyperlink r:id="rId14">
        <w:r>
          <w:rPr>
            <w:color w:val="0000EE"/>
            <w:u w:val="single"/>
          </w:rPr>
          <w:t>https://observer.com/2024/08/decoding-apple-intelligence-ai-integration-strategy/</w:t>
        </w:r>
      </w:hyperlink>
      <w:r>
        <w:t xml:space="preserve"> - Provides details on Apple's on-device approach, fine-tuning models, and the use of Private Cloud Compute for more complex tasks.</w:t>
      </w:r>
      <w:r/>
    </w:p>
    <w:p>
      <w:pPr>
        <w:pStyle w:val="ListNumber"/>
        <w:spacing w:line="240" w:lineRule="auto"/>
        <w:ind w:left="720"/>
      </w:pPr>
      <w:r/>
      <w:hyperlink r:id="rId10">
        <w:r>
          <w:rPr>
            <w:color w:val="0000EE"/>
            <w:u w:val="single"/>
          </w:rPr>
          <w:t>https://www.theverge.com/2024/6/10/24175405/wwdc-apple-ai-news-features-ios-18-macos-15-iphone-ipad-mac</w:t>
        </w:r>
      </w:hyperlink>
      <w:r>
        <w:t xml:space="preserve"> - Supports the information about Apple's late entry into the generative AI race and its differentiation from competitors.</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Corroborates the partnership with OpenAI and the integration of ChatGPT into Apple Intelligence.</w:t>
      </w:r>
      <w:r/>
    </w:p>
    <w:p>
      <w:pPr>
        <w:pStyle w:val="ListNumber"/>
        <w:spacing w:line="240" w:lineRule="auto"/>
        <w:ind w:left="720"/>
      </w:pPr>
      <w:r/>
      <w:hyperlink r:id="rId12">
        <w:r>
          <w:rPr>
            <w:color w:val="0000EE"/>
            <w:u w:val="single"/>
          </w:rPr>
          <w:t>https://www.cnet.com/tech/mobile/apple-intelligence-brings-ai-to-the-iphone-with-chatgpt-integration-and-more/</w:t>
        </w:r>
      </w:hyperlink>
      <w:r>
        <w:t xml:space="preserve"> - Details the new features and tools, such as on-screen awareness for Siri and productivity enhancements like email summarization.</w:t>
      </w:r>
      <w:r/>
    </w:p>
    <w:p>
      <w:pPr>
        <w:pStyle w:val="ListNumber"/>
        <w:spacing w:line="240" w:lineRule="auto"/>
        <w:ind w:left="720"/>
      </w:pPr>
      <w:r/>
      <w:hyperlink r:id="rId13">
        <w:r>
          <w:rPr>
            <w:color w:val="0000EE"/>
            <w:u w:val="single"/>
          </w:rPr>
          <w:t>https://www.cmswire.com/digital-experience/apples-ai-tango-graceful-steps-at-wwdc-2024/</w:t>
        </w:r>
      </w:hyperlink>
      <w:r>
        <w:t xml:space="preserve"> - Explains the enhancements to apps like Mail, Notes, and iMessage through Apple Intelligence.</w:t>
      </w:r>
      <w:r/>
    </w:p>
    <w:p>
      <w:pPr>
        <w:pStyle w:val="ListNumber"/>
        <w:spacing w:line="240" w:lineRule="auto"/>
        <w:ind w:left="720"/>
      </w:pPr>
      <w:r/>
      <w:hyperlink r:id="rId14">
        <w:r>
          <w:rPr>
            <w:color w:val="0000EE"/>
            <w:u w:val="single"/>
          </w:rPr>
          <w:t>https://observer.com/2024/08/decoding-apple-intelligence-ai-integration-strategy/</w:t>
        </w:r>
      </w:hyperlink>
      <w:r>
        <w:t xml:space="preserve"> - Supports the information about the phased rollout of Apple Intelligence features and the planned expansion to additional languages.</w:t>
      </w:r>
      <w:r/>
    </w:p>
    <w:p>
      <w:pPr>
        <w:pStyle w:val="ListNumber"/>
        <w:spacing w:line="240" w:lineRule="auto"/>
        <w:ind w:left="720"/>
      </w:pPr>
      <w:r/>
      <w:hyperlink r:id="rId11">
        <w:r>
          <w:rPr>
            <w:color w:val="0000EE"/>
            <w:u w:val="single"/>
          </w:rPr>
          <w:t>https://www.apple.com/newsroom/2024/06/introducing-apple-intelligence-for-iphone-ipad-and-mac/</w:t>
        </w:r>
      </w:hyperlink>
      <w:r>
        <w:t xml:space="preserve"> - Corroborates Apple's commitment to security and privacy through the Private Cloud Compute system and bug bounty program.</w:t>
      </w:r>
      <w:r/>
    </w:p>
    <w:p>
      <w:pPr>
        <w:pStyle w:val="ListNumber"/>
        <w:spacing w:line="240" w:lineRule="auto"/>
        <w:ind w:left="720"/>
      </w:pPr>
      <w:r/>
      <w:hyperlink r:id="rId15">
        <w:r>
          <w:rPr>
            <w:color w:val="0000EE"/>
            <w:u w:val="single"/>
          </w:rPr>
          <w:t>https://techcrunch.com/2024/10/25/what-is-apple-intelligence-when-is-coming-and-who-will-get-it/</w:t>
        </w:r>
      </w:hyperlink>
      <w:r>
        <w:t xml:space="preserve"> - Please view link - unable to able to access data</w:t>
      </w:r>
      <w:r/>
    </w:p>
    <w:p>
      <w:pPr>
        <w:pStyle w:val="ListNumber"/>
        <w:spacing w:line="240" w:lineRule="auto"/>
        <w:ind w:left="720"/>
      </w:pPr>
      <w:r/>
      <w:hyperlink r:id="rId16">
        <w:r>
          <w:rPr>
            <w:color w:val="0000EE"/>
            <w:u w:val="single"/>
          </w:rPr>
          <w:t>https://www.computerworld.com/article/3589175/apple-defines-what-we-should-expect-from-cloud-based-ai-security.html</w:t>
        </w:r>
      </w:hyperlink>
      <w:r>
        <w:t xml:space="preserve"> - Please view link - unable to able to access data</w:t>
      </w:r>
      <w:r/>
    </w:p>
    <w:p>
      <w:pPr>
        <w:pStyle w:val="ListNumber"/>
        <w:spacing w:line="240" w:lineRule="auto"/>
        <w:ind w:left="720"/>
      </w:pPr>
      <w:r/>
      <w:hyperlink r:id="rId17">
        <w:r>
          <w:rPr>
            <w:color w:val="0000EE"/>
            <w:u w:val="single"/>
          </w:rPr>
          <w:t>https://www.zdnet.com/article/apple-will-pay-you-up-to-1-million-if-you-can-hack-into-its-apple-intelligence-servers/</w:t>
        </w:r>
      </w:hyperlink>
      <w:r>
        <w:t xml:space="preserve"> - Please view link - unable to able to access data</w:t>
      </w:r>
      <w:r/>
    </w:p>
    <w:p>
      <w:pPr>
        <w:pStyle w:val="ListNumber"/>
        <w:spacing w:line="240" w:lineRule="auto"/>
        <w:ind w:left="720"/>
      </w:pPr>
      <w:r/>
      <w:hyperlink r:id="rId18">
        <w:r>
          <w:rPr>
            <w:color w:val="0000EE"/>
            <w:u w:val="single"/>
          </w:rPr>
          <w:t>https://macdailynews.com/2024/10/25/apple-offers-1-million-for-hackers-to-test-apple-intelligences-private-cloud-compute/</w:t>
        </w:r>
      </w:hyperlink>
      <w:r>
        <w:t xml:space="preserve"> - Please view link - unable to able to access data</w:t>
      </w:r>
      <w:r/>
    </w:p>
    <w:p>
      <w:pPr>
        <w:pStyle w:val="ListNumber"/>
        <w:spacing w:line="240" w:lineRule="auto"/>
        <w:ind w:left="720"/>
      </w:pPr>
      <w:r/>
      <w:hyperlink r:id="rId19">
        <w:r>
          <w:rPr>
            <w:color w:val="0000EE"/>
            <w:u w:val="single"/>
          </w:rPr>
          <w:t>https://rollingout.com/2024/10/25/apple-teases-new-mac-lineup-oct-28/</w:t>
        </w:r>
      </w:hyperlink>
      <w:r>
        <w:t xml:space="preserve"> - Please view link - unable to able to access data</w:t>
      </w:r>
      <w:r/>
    </w:p>
    <w:p>
      <w:pPr>
        <w:pStyle w:val="ListNumber"/>
        <w:spacing w:line="240" w:lineRule="auto"/>
        <w:ind w:left="720"/>
      </w:pPr>
      <w:r/>
      <w:hyperlink r:id="rId20">
        <w:r>
          <w:rPr>
            <w:color w:val="0000EE"/>
            <w:u w:val="single"/>
          </w:rPr>
          <w:t>https://www.dailymail.co.uk/sciencetech/article-14003693/Apple-offers-bounty-hack-new-apple-intelligence.html?ns_mchannel=rss&amp;ns_campaign=1490&amp;ito=1490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6/10/24175405/wwdc-apple-ai-news-features-ios-18-macos-15-iphone-ipad-mac" TargetMode="External"/><Relationship Id="rId11" Type="http://schemas.openxmlformats.org/officeDocument/2006/relationships/hyperlink" Target="https://www.apple.com/newsroom/2024/06/introducing-apple-intelligence-for-iphone-ipad-and-mac/" TargetMode="External"/><Relationship Id="rId12" Type="http://schemas.openxmlformats.org/officeDocument/2006/relationships/hyperlink" Target="https://www.cnet.com/tech/mobile/apple-intelligence-brings-ai-to-the-iphone-with-chatgpt-integration-and-more/" TargetMode="External"/><Relationship Id="rId13" Type="http://schemas.openxmlformats.org/officeDocument/2006/relationships/hyperlink" Target="https://www.cmswire.com/digital-experience/apples-ai-tango-graceful-steps-at-wwdc-2024/" TargetMode="External"/><Relationship Id="rId14" Type="http://schemas.openxmlformats.org/officeDocument/2006/relationships/hyperlink" Target="https://observer.com/2024/08/decoding-apple-intelligence-ai-integration-strategy/" TargetMode="External"/><Relationship Id="rId15" Type="http://schemas.openxmlformats.org/officeDocument/2006/relationships/hyperlink" Target="https://techcrunch.com/2024/10/25/what-is-apple-intelligence-when-is-coming-and-who-will-get-it/" TargetMode="External"/><Relationship Id="rId16" Type="http://schemas.openxmlformats.org/officeDocument/2006/relationships/hyperlink" Target="https://www.computerworld.com/article/3589175/apple-defines-what-we-should-expect-from-cloud-based-ai-security.html" TargetMode="External"/><Relationship Id="rId17" Type="http://schemas.openxmlformats.org/officeDocument/2006/relationships/hyperlink" Target="https://www.zdnet.com/article/apple-will-pay-you-up-to-1-million-if-you-can-hack-into-its-apple-intelligence-servers/" TargetMode="External"/><Relationship Id="rId18" Type="http://schemas.openxmlformats.org/officeDocument/2006/relationships/hyperlink" Target="https://macdailynews.com/2024/10/25/apple-offers-1-million-for-hackers-to-test-apple-intelligences-private-cloud-compute/" TargetMode="External"/><Relationship Id="rId19" Type="http://schemas.openxmlformats.org/officeDocument/2006/relationships/hyperlink" Target="https://rollingout.com/2024/10/25/apple-teases-new-mac-lineup-oct-28/" TargetMode="External"/><Relationship Id="rId20" Type="http://schemas.openxmlformats.org/officeDocument/2006/relationships/hyperlink" Target="https://www.dailymail.co.uk/sciencetech/article-14003693/Apple-offers-bounty-hack-new-apple-intelligenc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