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A transformative tool for small businesses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A Transformative Tool for Small Businesses Today</w:t>
      </w:r>
      <w:r/>
    </w:p>
    <w:p>
      <w:r/>
      <w:r>
        <w:t xml:space="preserve">The advent of Artificial Intelligence (AI) is having a profound impact not only on large corporations but significantly on small businesses as well. With its capability to streamline operations and offer substantial competitive edges, AI provides small businesses with tools that were previously unattainable due to resource constraints. By automating tasks and enhancing various business operations, AI is reshaping how small enterprises function and grow. </w:t>
      </w:r>
      <w:r/>
    </w:p>
    <w:p>
      <w:r/>
      <w:r>
        <w:rPr>
          <w:b/>
        </w:rPr>
        <w:t>Integrating AI in Small Business Operations</w:t>
      </w:r>
      <w:r/>
    </w:p>
    <w:p>
      <w:r/>
      <w:r>
        <w:t>Small businesses, which often operate under tight budgets and resources, are increasingly leveraging AI technology. One of the primary areas where AI is proving to be beneficial is in automating administrative duties. Routine tasks such as invoicing, payroll, scheduling, and inventory management, which would typically be time-intensive, are now being managed more efficiently through AI-powered platforms.</w:t>
      </w:r>
      <w:r/>
    </w:p>
    <w:p>
      <w:r/>
      <w:r>
        <w:t>For instance, accounting programs such as QuickBooks and Xero utilise AI to automate business accounting processes. This results in reduced errors and significant time savings, enabling business owners to focus on other critical aspects of their operations. Tools like Calendly are useful for automating appointment and meeting schedules, a feature that helps prevent scheduling conflicts. In inventory management, AI solutions forecast stock levels, analyse sales trends, and automate orders, thus ensuring optimal stock levels.</w:t>
      </w:r>
      <w:r/>
    </w:p>
    <w:p>
      <w:r/>
      <w:r>
        <w:rPr>
          <w:b/>
        </w:rPr>
        <w:t>AI Enhancing Customer Service</w:t>
      </w:r>
      <w:r/>
    </w:p>
    <w:p>
      <w:r/>
      <w:r>
        <w:t>Customer service is another sector where small businesses benefit considerably from AI implementations. With limited resources to maintain large customer support teams, AI-driven chatbots like Zohodesk and Drift handle numerous customer interactions. From answering frequent queries to processing orders and resolving issues, these chatbots provide round-the-clock service, which is crucial in improving customer satisfaction.</w:t>
      </w:r>
      <w:r/>
    </w:p>
    <w:p>
      <w:r/>
      <w:r>
        <w:t>Moreover, AI analytics derived from customer interactions offer significant insights into service or product areas that may need enhancement, providing businesses with the information needed to improve their offerings and customer experience.</w:t>
      </w:r>
      <w:r/>
    </w:p>
    <w:p>
      <w:r/>
      <w:r>
        <w:rPr>
          <w:b/>
        </w:rPr>
        <w:t>Optimising Marketing with AI Tools</w:t>
      </w:r>
      <w:r/>
    </w:p>
    <w:p>
      <w:r/>
      <w:r>
        <w:t>For small businesses, marketing effectively is essential for growth. However, crafting successful campaigns often demands time and money. AI-powered marketing solutions such as HubSpot and Marketo significantly enhance marketing strategies. These tools analyse customer behaviour, assist in audience segmentation, and personalise customer interactions. Campaign automation, email marketing, and social media management become streamlined, improving return on investment without exhausting manual resources.</w:t>
      </w:r>
      <w:r/>
    </w:p>
    <w:p>
      <w:r/>
      <w:r>
        <w:rPr>
          <w:b/>
        </w:rPr>
        <w:t>Data-Driven Decision Making with AI</w:t>
      </w:r>
      <w:r/>
    </w:p>
    <w:p>
      <w:r/>
      <w:r>
        <w:t>With AI analytics platforms like Tableau and Power BI, small businesses are better equipped to manage and interpret vast amounts of potentially overwhelming data. These platforms translate raw data into actionable insights, assisting businesses in informed decision-making processes. For instance, AI can predict which products are likely to sell during a specific season, allowing businesses to prepare adequately in advance, leading to maximised sales opportunities.</w:t>
      </w:r>
      <w:r/>
    </w:p>
    <w:p>
      <w:r/>
      <w:r>
        <w:rPr>
          <w:b/>
        </w:rPr>
        <w:t>Fortifying Data Security with AI</w:t>
      </w:r>
      <w:r/>
    </w:p>
    <w:p>
      <w:r/>
      <w:r>
        <w:t>In a digital age where data breaches are rampant, AI extends its utility to bolster data security for small businesses. AI-driven security tools such as Darktrace and Symantec continuously monitor digital environments to detect vulnerabilities and potential cyber threats. By identifying unusual activities that might indicate cyber attacks, these tools help in safeguarding sensitive information, critical for maintaining customer trust and compliance with data protection standards.</w:t>
      </w:r>
      <w:r/>
    </w:p>
    <w:p>
      <w:r/>
      <w:r>
        <w:rPr>
          <w:b/>
        </w:rPr>
        <w:t>Conclusion</w:t>
      </w:r>
      <w:r/>
    </w:p>
    <w:p>
      <w:r/>
      <w:r>
        <w:t>AI is emerging as an indispensable asset for small businesses by revolutionising operational efficiency and effectiveness. Its applications in automating tasks, enhancing customer service, optimising marketing efforts, enhancing decision-making through data analytics, and fortifying data security are enhancing the operational capabilities of small enterprises. As AI technology continues to evolve, small businesses that adopt and integrate these tools are more likely to remain competitive and achieve sustainable growth in the modern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https://www.forbes.com/sites/allbusiness/2023/11/17/how-small-businesses-are-using-ai-and-how-your-business-can-benefit-too/</w:t>
        </w:r>
      </w:hyperlink>
      <w:r>
        <w:t xml:space="preserve"> - Corroborates the use of AI in small businesses for automating tasks, enhancing customer service, and optimizing marketing efforts.</w:t>
      </w:r>
      <w:r/>
    </w:p>
    <w:p>
      <w:pPr>
        <w:pStyle w:val="ListNumber"/>
        <w:spacing w:line="240" w:lineRule="auto"/>
        <w:ind w:left="720"/>
      </w:pPr>
      <w:r/>
      <w:hyperlink r:id="rId11">
        <w:r>
          <w:rPr>
            <w:color w:val="0000EE"/>
            <w:u w:val="single"/>
          </w:rPr>
          <w:t>https://americaninnovators.com/empowering-small-business/</w:t>
        </w:r>
      </w:hyperlink>
      <w:r>
        <w:t xml:space="preserve"> - Supports the idea that small businesses using AI see improved performance in marketing and communications, and experience increased efficiency and profit growth.</w:t>
      </w:r>
      <w:r/>
    </w:p>
    <w:p>
      <w:pPr>
        <w:pStyle w:val="ListNumber"/>
        <w:spacing w:line="240" w:lineRule="auto"/>
        <w:ind w:left="720"/>
      </w:pPr>
      <w:r/>
      <w:hyperlink r:id="rId12">
        <w:r>
          <w:rPr>
            <w:color w:val="0000EE"/>
            <w:u w:val="single"/>
          </w:rPr>
          <w:t>https://www.uschamber.com/small-business/smallbusinesstech</w:t>
        </w:r>
      </w:hyperlink>
      <w:r>
        <w:t xml:space="preserve"> - Confirms that nearly one in four small businesses have adopted AI, leading to improved performance and increased efficiency.</w:t>
      </w:r>
      <w:r/>
    </w:p>
    <w:p>
      <w:pPr>
        <w:pStyle w:val="ListNumber"/>
        <w:spacing w:line="240" w:lineRule="auto"/>
        <w:ind w:left="720"/>
      </w:pPr>
      <w:r/>
      <w:hyperlink r:id="rId13">
        <w:r>
          <w:rPr>
            <w:color w:val="0000EE"/>
            <w:u w:val="single"/>
          </w:rPr>
          <w:t>https://bipartisanpolicy.org/blog/navigating-the-era-of-ai-implications-for-small-businesses/</w:t>
        </w:r>
      </w:hyperlink>
      <w:r>
        <w:t xml:space="preserve"> - Highlights the benefits of AI in small businesses, including operational efficiency, competitive advantages, and data-driven decision making.</w:t>
      </w:r>
      <w:r/>
    </w:p>
    <w:p>
      <w:pPr>
        <w:pStyle w:val="ListNumber"/>
        <w:spacing w:line="240" w:lineRule="auto"/>
        <w:ind w:left="720"/>
      </w:pPr>
      <w:r/>
      <w:hyperlink r:id="rId10">
        <w:r>
          <w:rPr>
            <w:color w:val="0000EE"/>
            <w:u w:val="single"/>
          </w:rPr>
          <w:t>https://www.forbes.com/sites/allbusiness/2023/11/17/how-small-businesses-are-using-ai-and-how-your-business-can-benefit-too/</w:t>
        </w:r>
      </w:hyperlink>
      <w:r>
        <w:t xml:space="preserve"> - Details the use of AI tools for administrative tasks such as invoicing, payroll, and inventory management.</w:t>
      </w:r>
      <w:r/>
    </w:p>
    <w:p>
      <w:pPr>
        <w:pStyle w:val="ListNumber"/>
        <w:spacing w:line="240" w:lineRule="auto"/>
        <w:ind w:left="720"/>
      </w:pPr>
      <w:r/>
      <w:hyperlink r:id="rId11">
        <w:r>
          <w:rPr>
            <w:color w:val="0000EE"/>
            <w:u w:val="single"/>
          </w:rPr>
          <w:t>https://americaninnovators.com/empowering-small-business/</w:t>
        </w:r>
      </w:hyperlink>
      <w:r>
        <w:t xml:space="preserve"> - Mentions the role of AI in customer service, including the use of chatbots for round-the-clock customer support.</w:t>
      </w:r>
      <w:r/>
    </w:p>
    <w:p>
      <w:pPr>
        <w:pStyle w:val="ListNumber"/>
        <w:spacing w:line="240" w:lineRule="auto"/>
        <w:ind w:left="720"/>
      </w:pPr>
      <w:r/>
      <w:hyperlink r:id="rId12">
        <w:r>
          <w:rPr>
            <w:color w:val="0000EE"/>
            <w:u w:val="single"/>
          </w:rPr>
          <w:t>https://www.uschamber.com/small-business/smallbusinesstech</w:t>
        </w:r>
      </w:hyperlink>
      <w:r>
        <w:t xml:space="preserve"> - Discusses AI-powered marketing solutions that enhance marketing strategies through customer behavior analysis and campaign automation.</w:t>
      </w:r>
      <w:r/>
    </w:p>
    <w:p>
      <w:pPr>
        <w:pStyle w:val="ListNumber"/>
        <w:spacing w:line="240" w:lineRule="auto"/>
        <w:ind w:left="720"/>
      </w:pPr>
      <w:r/>
      <w:hyperlink r:id="rId13">
        <w:r>
          <w:rPr>
            <w:color w:val="0000EE"/>
            <w:u w:val="single"/>
          </w:rPr>
          <w:t>https://bipartisanpolicy.org/blog/navigating-the-era-of-ai-implications-for-small-businesses/</w:t>
        </w:r>
      </w:hyperlink>
      <w:r>
        <w:t xml:space="preserve"> - Explains how AI analytics platforms help small businesses in data-driven decision making by translating raw data into actionable insights.</w:t>
      </w:r>
      <w:r/>
    </w:p>
    <w:p>
      <w:pPr>
        <w:pStyle w:val="ListNumber"/>
        <w:spacing w:line="240" w:lineRule="auto"/>
        <w:ind w:left="720"/>
      </w:pPr>
      <w:r/>
      <w:hyperlink r:id="rId10">
        <w:r>
          <w:rPr>
            <w:color w:val="0000EE"/>
            <w:u w:val="single"/>
          </w:rPr>
          <w:t>https://www.forbes.com/sites/allbusiness/2023/11/17/how-small-businesses-are-using-ai-and-how-your-business-can-benefit-too/</w:t>
        </w:r>
      </w:hyperlink>
      <w:r>
        <w:t xml:space="preserve"> - Addresses the importance of AI in fortifying data security by continuously monitoring digital environments for vulnerabilities and cyber threats.</w:t>
      </w:r>
      <w:r/>
    </w:p>
    <w:p>
      <w:pPr>
        <w:pStyle w:val="ListNumber"/>
        <w:spacing w:line="240" w:lineRule="auto"/>
        <w:ind w:left="720"/>
      </w:pPr>
      <w:r/>
      <w:hyperlink r:id="rId11">
        <w:r>
          <w:rPr>
            <w:color w:val="0000EE"/>
            <w:u w:val="single"/>
          </w:rPr>
          <w:t>https://americaninnovators.com/empowering-small-business/</w:t>
        </w:r>
      </w:hyperlink>
      <w:r>
        <w:t xml:space="preserve"> - Emphasizes the overall impact of AI on small businesses, including enhanced operational efficiency and competitiveness.</w:t>
      </w:r>
      <w:r/>
    </w:p>
    <w:p>
      <w:pPr>
        <w:pStyle w:val="ListNumber"/>
        <w:spacing w:line="240" w:lineRule="auto"/>
        <w:ind w:left="720"/>
      </w:pPr>
      <w:r/>
      <w:hyperlink r:id="rId12">
        <w:r>
          <w:rPr>
            <w:color w:val="0000EE"/>
            <w:u w:val="single"/>
          </w:rPr>
          <w:t>https://www.uschamber.com/small-business/smallbusinesstech</w:t>
        </w:r>
      </w:hyperlink>
      <w:r>
        <w:t xml:space="preserve"> - Reiterates the necessity of adopting AI technologies for small businesses to remain competitive and achieve sustainable growth.</w:t>
      </w:r>
      <w:r/>
    </w:p>
    <w:p>
      <w:pPr>
        <w:pStyle w:val="ListNumber"/>
        <w:spacing w:line="240" w:lineRule="auto"/>
        <w:ind w:left="720"/>
      </w:pPr>
      <w:r/>
      <w:hyperlink r:id="rId14">
        <w:r>
          <w:rPr>
            <w:color w:val="0000EE"/>
            <w:u w:val="single"/>
          </w:rPr>
          <w:t>https://realbusiness.co.uk/ai-revolutionising-small-business-operations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allbusiness/2023/11/17/how-small-businesses-are-using-ai-and-how-your-business-can-benefit-too/" TargetMode="External"/><Relationship Id="rId11" Type="http://schemas.openxmlformats.org/officeDocument/2006/relationships/hyperlink" Target="https://americaninnovators.com/empowering-small-business/" TargetMode="External"/><Relationship Id="rId12" Type="http://schemas.openxmlformats.org/officeDocument/2006/relationships/hyperlink" Target="https://www.uschamber.com/small-business/smallbusinesstech" TargetMode="External"/><Relationship Id="rId13" Type="http://schemas.openxmlformats.org/officeDocument/2006/relationships/hyperlink" Target="https://bipartisanpolicy.org/blog/navigating-the-era-of-ai-implications-for-small-businesses/" TargetMode="External"/><Relationship Id="rId14" Type="http://schemas.openxmlformats.org/officeDocument/2006/relationships/hyperlink" Target="https://realbusiness.co.uk/ai-revolutionising-small-business-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