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Atera advances its position in the MSP software market with AI innovations and strategic moves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Atera Advances Its Position in the MSP Software Market with AI Innovations and Strategic Moves</w:t>
      </w:r>
      <w:r/>
    </w:p>
    <w:p>
      <w:r/>
      <w:r>
        <w:t>Atera, a prominent player in the IT platform market, is making significant strides in expanding its influence and market share in the Managed Service Provider (MSP) software sector. As indicated by industry analyst Canalys, Atera has already secured a commendable 5% of the $388 million market, positioning itself as the fifth-largest vendor in a space dominated by competitors such as ConnectWise, Kaseya, N-able, and NinjaOne.</w:t>
      </w:r>
      <w:r/>
    </w:p>
    <w:p>
      <w:r/>
      <w:r>
        <w:rPr>
          <w:b/>
        </w:rPr>
        <w:t>Expansion and Strategic Appointments</w:t>
      </w:r>
      <w:r/>
    </w:p>
    <w:p>
      <w:r/>
      <w:r>
        <w:t>Headquartered in Tel Aviv, Israel, Atera has broadened its geographical reach by establishing a U.S. office in March. This expansion was accompanied by the strategic appointment of Yoav Susz as the General Manager for the U.S., demonstrating the company's commitment to bolstering its presence in one of its largest markets.</w:t>
      </w:r>
      <w:r/>
    </w:p>
    <w:p>
      <w:r/>
      <w:r>
        <w:rPr>
          <w:b/>
        </w:rPr>
        <w:t>Innovations with AI-Driven Solutions</w:t>
      </w:r>
      <w:r/>
    </w:p>
    <w:p>
      <w:r/>
      <w:r>
        <w:t>In its ongoing quest to enhance efficiency and user experience, Atera unveiled its AI Co-pilot at Ateraverse ’24, the company’s inaugural online partner conference. The event in May, which drew 5,000 attendees, showcased Atera's new solutions, including Mac support and remote session summaries. Recently, Atera achieved the Texas Risk and Authorization Management Program (TX-RAMP) Level 2 certification, indicating compliance with specific security standards tailored for state requirements.</w:t>
      </w:r>
      <w:r/>
    </w:p>
    <w:p>
      <w:r/>
      <w:r>
        <w:t>Central to Atera's vision is the development of its AI-based Auto-pilot, which aims to significantly lower the number of service tickets needing technician intervention. Currently in alpha testing, the Auto-pilot is expected to enter beta by the end of the year and is set for release in 2025. The technology promises to reduce ticket escalations to human technicians by 20% to 40%, based on early results with approximately 300 design partners.</w:t>
      </w:r>
      <w:r/>
    </w:p>
    <w:p>
      <w:r/>
      <w:r>
        <w:rPr>
          <w:b/>
        </w:rPr>
        <w:t>Product-Led Growth and Unique Pricing Approach</w:t>
      </w:r>
      <w:r/>
    </w:p>
    <w:p>
      <w:r/>
      <w:r>
        <w:t>Atera's foundation as a product-led growth company is evident in its business model, which relies on direct user discovery rather than a traditional sales force. This approach has proven successful, with more than 7,000 MSP partners, 70% of which are based in the United States.</w:t>
      </w:r>
      <w:r/>
    </w:p>
    <w:p>
      <w:r/>
      <w:r>
        <w:t>Distinctively, Atera opts for a technician-based pricing model instead of the conventional per-endpoint pricing. This model offers businesses greater predictability and transparency, allowing them to manage costs more effectively as they scale their operations.</w:t>
      </w:r>
      <w:r/>
    </w:p>
    <w:p>
      <w:r/>
      <w:r>
        <w:rPr>
          <w:b/>
        </w:rPr>
        <w:t>Market Dynamics and Competitive Landscape</w:t>
      </w:r>
      <w:r/>
    </w:p>
    <w:p>
      <w:r/>
      <w:r>
        <w:t>As the MSP market continues to evolve, pricing strategies have come under scrutiny, with competitors like Kaseya and NinjaOne introducing low-cost bundles. Despite these market pressures, Atera remains focused on its core strengths, emphasizing ease of use and integration capabilities rather than expanding into cybersecurity or backup solutions. Instead, Atera maintains robust partnerships for these services, enhancing its platform's functionality without direct development in these areas.</w:t>
      </w:r>
      <w:r/>
    </w:p>
    <w:p>
      <w:r/>
      <w:r>
        <w:rPr>
          <w:b/>
        </w:rPr>
        <w:t>Path to Greater Market Share</w:t>
      </w:r>
      <w:r/>
    </w:p>
    <w:p>
      <w:r/>
      <w:r>
        <w:t>To climb to the top tiers of the RMM/PSA market, experts like Canalys' principal analyst Jay McBain suggest that Atera needs to amplify its presence within the channel community. Visible participation in industry events and building a community around their brand are seen as crucial steps toward doubling their market share and achieving a more prominent position among top competitors.</w:t>
      </w:r>
      <w:r/>
    </w:p>
    <w:p>
      <w:r/>
      <w:r>
        <w:rPr>
          <w:b/>
        </w:rPr>
        <w:t>Focus on Efficiency and Integration</w:t>
      </w:r>
      <w:r/>
    </w:p>
    <w:p>
      <w:r/>
      <w:r>
        <w:t>Atera's ongoing focus is on leveraging AI to boost the efficiency of MSP operations. By enabling technicians to manage more tasks with fewer resources, Atera aims to offer substantial value to its partners. According to Susz, their comprehensive strategy combines AI advancements, competitive pricing, and a unified codebase to help MSPs maximise efficiency, which is increasingly critical in today's demanding technological landscape.</w:t>
      </w:r>
      <w:r/>
    </w:p>
    <w:p>
      <w:r/>
      <w:r>
        <w:t>This strategic combination of innovative solutions, strategic geographic expansion, and a strong commitment to improving partner operations positions Atera as a robust contender in the rapidly growing MSP software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https://www.channelholic.news/p/ateras-ai-co-pilot-is-graduating</w:t>
        </w:r>
      </w:hyperlink>
      <w:r>
        <w:t xml:space="preserve"> - Corroborates Atera's development of AI Co-pilot and Auto-pilot, and their integration with GPT-4 to enhance IT operations.</w:t>
      </w:r>
      <w:r/>
    </w:p>
    <w:p>
      <w:pPr>
        <w:pStyle w:val="ListNumber"/>
        <w:spacing w:line="240" w:lineRule="auto"/>
        <w:ind w:left="720"/>
      </w:pPr>
      <w:r/>
      <w:hyperlink r:id="rId11">
        <w:r>
          <w:rPr>
            <w:color w:val="0000EE"/>
            <w:u w:val="single"/>
          </w:rPr>
          <w:t>https://mspsuccess.com/2024/10/atera-bets-on-ai-pricing-model-to-advance-foothold-in-rmm-psa-market/</w:t>
        </w:r>
      </w:hyperlink>
      <w:r>
        <w:t xml:space="preserve"> - Supports Atera's market share, pricing model, and the development of AI-based Auto-pilot to reduce ticket escalations.</w:t>
      </w:r>
      <w:r/>
    </w:p>
    <w:p>
      <w:pPr>
        <w:pStyle w:val="ListNumber"/>
        <w:spacing w:line="240" w:lineRule="auto"/>
        <w:ind w:left="720"/>
      </w:pPr>
      <w:r/>
      <w:hyperlink r:id="rId12">
        <w:r>
          <w:rPr>
            <w:color w:val="0000EE"/>
            <w:u w:val="single"/>
          </w:rPr>
          <w:t>https://www.prnewswire.com/news-releases/atera-partners-with-microsoft-to-launch-ai-powered-it-a-disruptive-new-industry-category-in-it-management-software-301940986.html</w:t>
        </w:r>
      </w:hyperlink>
      <w:r>
        <w:t xml:space="preserve"> - Details Atera's partnership with Microsoft to launch AI-powered IT solutions, including the integration with Azure OpenAI Service.</w:t>
      </w:r>
      <w:r/>
    </w:p>
    <w:p>
      <w:pPr>
        <w:pStyle w:val="ListNumber"/>
        <w:spacing w:line="240" w:lineRule="auto"/>
        <w:ind w:left="720"/>
      </w:pPr>
      <w:r/>
      <w:hyperlink r:id="rId10">
        <w:r>
          <w:rPr>
            <w:color w:val="0000EE"/>
            <w:u w:val="single"/>
          </w:rPr>
          <w:t>https://www.channelholic.news/p/ateras-ai-co-pilot-is-graduating</w:t>
        </w:r>
      </w:hyperlink>
      <w:r>
        <w:t xml:space="preserve"> - Provides context on Atera's competitive landscape and its positioning against other RMM/PSA vendors like ConnectWise, Kaseya, and N-able.</w:t>
      </w:r>
      <w:r/>
    </w:p>
    <w:p>
      <w:pPr>
        <w:pStyle w:val="ListNumber"/>
        <w:spacing w:line="240" w:lineRule="auto"/>
        <w:ind w:left="720"/>
      </w:pPr>
      <w:r/>
      <w:hyperlink r:id="rId11">
        <w:r>
          <w:rPr>
            <w:color w:val="0000EE"/>
            <w:u w:val="single"/>
          </w:rPr>
          <w:t>https://mspsuccess.com/2024/10/atera-bets-on-ai-pricing-model-to-advance-foothold-in-rmm-psa-market/</w:t>
        </w:r>
      </w:hyperlink>
      <w:r>
        <w:t xml:space="preserve"> - Explains Atera's product-led growth model and its unique technician-based pricing approach.</w:t>
      </w:r>
      <w:r/>
    </w:p>
    <w:p>
      <w:pPr>
        <w:pStyle w:val="ListNumber"/>
        <w:spacing w:line="240" w:lineRule="auto"/>
        <w:ind w:left="720"/>
      </w:pPr>
      <w:r/>
      <w:hyperlink r:id="rId12">
        <w:r>
          <w:rPr>
            <w:color w:val="0000EE"/>
            <w:u w:val="single"/>
          </w:rPr>
          <w:t>https://www.prnewswire.com/news-releases/atera-partners-with-microsoft-to-launch-ai-powered-it-a-disruptive-new-industry-category-in-it-management-software-301940986.html</w:t>
        </w:r>
      </w:hyperlink>
      <w:r>
        <w:t xml:space="preserve"> - Highlights Atera's achievement in reducing response times and improving operational efficiency through AI integration.</w:t>
      </w:r>
      <w:r/>
    </w:p>
    <w:p>
      <w:pPr>
        <w:pStyle w:val="ListNumber"/>
        <w:spacing w:line="240" w:lineRule="auto"/>
        <w:ind w:left="720"/>
      </w:pPr>
      <w:r/>
      <w:hyperlink r:id="rId11">
        <w:r>
          <w:rPr>
            <w:color w:val="0000EE"/>
            <w:u w:val="single"/>
          </w:rPr>
          <w:t>https://mspsuccess.com/2024/10/atera-bets-on-ai-pricing-model-to-advance-foothold-in-rmm-psa-market/</w:t>
        </w:r>
      </w:hyperlink>
      <w:r>
        <w:t xml:space="preserve"> - Discusses Atera's focus on AI to enhance MSP operations and its decision not to expand into cybersecurity or backup solutions.</w:t>
      </w:r>
      <w:r/>
    </w:p>
    <w:p>
      <w:pPr>
        <w:pStyle w:val="ListNumber"/>
        <w:spacing w:line="240" w:lineRule="auto"/>
        <w:ind w:left="720"/>
      </w:pPr>
      <w:r/>
      <w:hyperlink r:id="rId10">
        <w:r>
          <w:rPr>
            <w:color w:val="0000EE"/>
            <w:u w:val="single"/>
          </w:rPr>
          <w:t>https://www.channelholic.news/p/ateras-ai-co-pilot-is-graduating</w:t>
        </w:r>
      </w:hyperlink>
      <w:r>
        <w:t xml:space="preserve"> - Mentions the importance of security and data privacy in Atera's AI implementations, aligning with industry concerns.</w:t>
      </w:r>
      <w:r/>
    </w:p>
    <w:p>
      <w:pPr>
        <w:pStyle w:val="ListNumber"/>
        <w:spacing w:line="240" w:lineRule="auto"/>
        <w:ind w:left="720"/>
      </w:pPr>
      <w:r/>
      <w:hyperlink r:id="rId12">
        <w:r>
          <w:rPr>
            <w:color w:val="0000EE"/>
            <w:u w:val="single"/>
          </w:rPr>
          <w:t>https://www.prnewswire.com/news-releases/atera-partners-with-microsoft-to-launch-ai-powered-it-a-disruptive-new-industry-category-in-it-management-software-301940986.html</w:t>
        </w:r>
      </w:hyperlink>
      <w:r>
        <w:t xml:space="preserve"> - Details the launch of Atera's AI suite and its impact on IT operations, including the reduction of ticket resolution times.</w:t>
      </w:r>
      <w:r/>
    </w:p>
    <w:p>
      <w:pPr>
        <w:pStyle w:val="ListNumber"/>
        <w:spacing w:line="240" w:lineRule="auto"/>
        <w:ind w:left="720"/>
      </w:pPr>
      <w:r/>
      <w:hyperlink r:id="rId11">
        <w:r>
          <w:rPr>
            <w:color w:val="0000EE"/>
            <w:u w:val="single"/>
          </w:rPr>
          <w:t>https://mspsuccess.com/2024/10/atera-bets-on-ai-pricing-model-to-advance-foothold-in-rmm-psa-market/</w:t>
        </w:r>
      </w:hyperlink>
      <w:r>
        <w:t xml:space="preserve"> - Corroborates Atera's strategic moves, including the development of AI-based solutions and its competitive pricing strategy.</w:t>
      </w:r>
      <w:r/>
    </w:p>
    <w:p>
      <w:pPr>
        <w:pStyle w:val="ListNumber"/>
        <w:spacing w:line="240" w:lineRule="auto"/>
        <w:ind w:left="720"/>
      </w:pPr>
      <w:r/>
      <w:hyperlink r:id="rId13">
        <w:r>
          <w:rPr>
            <w:color w:val="0000EE"/>
            <w:u w:val="single"/>
          </w:rPr>
          <w:t>https://www.youtube.com/watch?v=o93EU3RwMnQ</w:t>
        </w:r>
      </w:hyperlink>
      <w:r>
        <w:t xml:space="preserve"> - Provides insights from Atera's customers on how they leverage AI and automation to boost productivity and efficiency.</w:t>
      </w:r>
      <w:r/>
    </w:p>
    <w:p>
      <w:pPr>
        <w:pStyle w:val="ListNumber"/>
        <w:spacing w:line="240" w:lineRule="auto"/>
        <w:ind w:left="720"/>
      </w:pPr>
      <w:r/>
      <w:hyperlink r:id="rId11">
        <w:r>
          <w:rPr>
            <w:color w:val="0000EE"/>
            <w:u w:val="single"/>
          </w:rPr>
          <w:t>https://mspsuccess.com/2024/10/atera-bets-on-ai-pricing-model-to-advance-foothold-in-rmm-psa-market/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hannelholic.news/p/ateras-ai-co-pilot-is-graduating" TargetMode="External"/><Relationship Id="rId11" Type="http://schemas.openxmlformats.org/officeDocument/2006/relationships/hyperlink" Target="https://mspsuccess.com/2024/10/atera-bets-on-ai-pricing-model-to-advance-foothold-in-rmm-psa-market/" TargetMode="External"/><Relationship Id="rId12" Type="http://schemas.openxmlformats.org/officeDocument/2006/relationships/hyperlink" Target="https://www.prnewswire.com/news-releases/atera-partners-with-microsoft-to-launch-ai-powered-it-a-disruptive-new-industry-category-in-it-management-software-301940986.html" TargetMode="External"/><Relationship Id="rId13" Type="http://schemas.openxmlformats.org/officeDocument/2006/relationships/hyperlink" Target="https://www.youtube.com/watch?v=o93EU3RwMnQ"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