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Aussie businesswoman Jane Lu receives AI-generated job application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Aussie Businesswoman Jane Lu Receives AI-Generated Job Application</w:t>
      </w:r>
      <w:r/>
    </w:p>
    <w:p>
      <w:r/>
      <w:r>
        <w:t>In a surprising incident, Australian business mogul Jane Lu, CEO of the fashion brand Showpo and a panellist on Channel Ten's "Shark Tank Australia", was taken aback by a job application that appeared to be directly copied and pasted from an artificial intelligence (AI) tool. The unusual application incident occurred as Ms Lu was seeking candidates to assist her with a business course.</w:t>
      </w:r>
      <w:r/>
    </w:p>
    <w:p>
      <w:r/>
      <w:r>
        <w:t>On Wednesday, Ms Lu shared her experience in a TikTok video where she described the application as possibly "the worst" she had ever received. The most glaring issue was the applicant’s failure to proofread the document, which was evident from the outset. In the first paragraph, a placeholder meant to be replaced with actual information was left unchanged, reading, "I am confident that my experience in [relevant experience/skill] positions me as a strong candidate."</w:t>
      </w:r>
      <w:r/>
    </w:p>
    <w:p>
      <w:r/>
      <w:r>
        <w:t>Additionally, another part of the email explicitly suggested it was formulated by AI, stating, "Here is a more polished and articulate version of your cover letter." This confirmed Ms Lu's suspicion that the application was produced using an AI tool. In a humorous yet pointed moment, she concluded her TikTok video by tapping her head and emphasising the necessity of applying one's own intellect to such tasks.</w:t>
      </w:r>
      <w:r/>
    </w:p>
    <w:p>
      <w:r/>
      <w:r>
        <w:t>The encounter resonated with viewers, with some sharing their own experiences with AI-generated job applications. One commenter recounted receiving a cover letter for a "medical administration position" while recruiting for airport roles. Others saw humour in the situation, jesting about the misuse of templates and placeholders.</w:t>
      </w:r>
      <w:r/>
    </w:p>
    <w:p>
      <w:r/>
      <w:r>
        <w:t>This incident highlights the increasing use of generative technologies like AI and chatbots among job seekers, notably among millennials and Gen Z. A recent survey of Australians aged 18-64 revealed that 46% report using AI to draft their job applications, with over half of millennial respondents admitting to the practice. The survey also found that men are more likely to use AI for applications than women, with reported usage at 52% among men compared to 40% among women.</w:t>
      </w:r>
      <w:r/>
    </w:p>
    <w:p>
      <w:r/>
      <w:r>
        <w:t>Despite the convenience AI offers, the trend does not go unnoticed by recruiters, who increasingly detect AI-generated applications. Common indicators include the lack of personalisation, American English spelling, and inconsistencies in formatting. The excessive use of trending employment buzzwords like "innovative" and "dynamic" also raises suspicion of AI involvement.</w:t>
      </w:r>
      <w:r/>
    </w:p>
    <w:p>
      <w:r/>
      <w:r>
        <w:t>While AI technology offers assistance in the drafting process, this incident underscores the importance of thorough proofreading and personal touch in job applications to ensure they stand out to potential employers.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https://au.finance.yahoo.com/news/aussie-ceo-slams-workers-worst-ever-email-as-gen-z-work-trend-emerges-use-your-brain-010250833.html</w:t>
        </w:r>
      </w:hyperlink>
      <w:r>
        <w:t xml:space="preserve"> - This article details Jane Lu's experience with an AI-generated job application, including the applicant's failure to proofread and the use of AI indicators like American English spelling.</w:t>
      </w:r>
      <w:r/>
    </w:p>
    <w:p>
      <w:pPr>
        <w:pStyle w:val="ListNumber"/>
        <w:spacing w:line="240" w:lineRule="auto"/>
        <w:ind w:left="720"/>
      </w:pPr>
      <w:r/>
      <w:hyperlink r:id="rId10">
        <w:r>
          <w:rPr>
            <w:color w:val="0000EE"/>
            <w:u w:val="single"/>
          </w:rPr>
          <w:t>https://au.finance.yahoo.com/news/aussie-ceo-slams-workers-worst-ever-email-as-gen-z-work-trend-emerges-use-your-brain-010250833.html</w:t>
        </w:r>
      </w:hyperlink>
      <w:r>
        <w:t xml:space="preserve"> - It highlights the specific mistakes in the application, such as placeholders and the explicit suggestion of AI formulation.</w:t>
      </w:r>
      <w:r/>
    </w:p>
    <w:p>
      <w:pPr>
        <w:pStyle w:val="ListNumber"/>
        <w:spacing w:line="240" w:lineRule="auto"/>
        <w:ind w:left="720"/>
      </w:pPr>
      <w:r/>
      <w:hyperlink r:id="rId11">
        <w:r>
          <w:rPr>
            <w:color w:val="0000EE"/>
            <w:u w:val="single"/>
          </w:rPr>
          <w:t>https://www.theaustralian.com.au/breaking-news/business-guru-reveals-embarrassing-trend-with-gen-z-applying-for-jobs/news-story/b87a76c051aa97d76f35ceba78be219b</w:t>
        </w:r>
      </w:hyperlink>
      <w:r>
        <w:t xml:space="preserve"> - This article discusses the trend of Gen Z using AI for job applications and the criticisms from business leaders like Jane Lu.</w:t>
      </w:r>
      <w:r/>
    </w:p>
    <w:p>
      <w:pPr>
        <w:pStyle w:val="ListNumber"/>
        <w:spacing w:line="240" w:lineRule="auto"/>
        <w:ind w:left="720"/>
      </w:pPr>
      <w:r/>
      <w:hyperlink r:id="rId12">
        <w:r>
          <w:rPr>
            <w:color w:val="0000EE"/>
            <w:u w:val="single"/>
          </w:rPr>
          <w:t>https://www.news.com.au/finance/work/business-guru-reveals-embarrassing-trend-with-gen-z-applying-for-jobs/news-story/b87a76c051aa97d76f35ceba78be219b</w:t>
        </w:r>
      </w:hyperlink>
      <w:r>
        <w:t xml:space="preserve"> - It provides additional context on the reaction of business leaders to AI-generated job applications.</w:t>
      </w:r>
      <w:r/>
    </w:p>
    <w:p>
      <w:pPr>
        <w:pStyle w:val="ListNumber"/>
        <w:spacing w:line="240" w:lineRule="auto"/>
        <w:ind w:left="720"/>
      </w:pPr>
      <w:r/>
      <w:hyperlink r:id="rId13">
        <w:r>
          <w:rPr>
            <w:color w:val="0000EE"/>
            <w:u w:val="single"/>
          </w:rPr>
          <w:t>https://www.inkl.com/news/ceo-slams-worst-job-application-ever-on-tiktok</w:t>
        </w:r>
      </w:hyperlink>
      <w:r>
        <w:t xml:space="preserve"> - This article mentions Jane Lu's TikTok video where she shared her experience with the AI-generated job application.</w:t>
      </w:r>
      <w:r/>
    </w:p>
    <w:p>
      <w:pPr>
        <w:pStyle w:val="ListNumber"/>
        <w:spacing w:line="240" w:lineRule="auto"/>
        <w:ind w:left="720"/>
      </w:pPr>
      <w:r/>
      <w:hyperlink r:id="rId14">
        <w:r>
          <w:rPr>
            <w:color w:val="0000EE"/>
            <w:u w:val="single"/>
          </w:rPr>
          <w:t>https://www.inkl.com/news/millennial-ceo-jane-lu-has-roasted-the-worst-job-application-ever-in-a-spicy-tiktok</w:t>
        </w:r>
      </w:hyperlink>
      <w:r>
        <w:t xml:space="preserve"> - It details the humorous yet critical approach Jane Lu took in her TikTok video about the application.</w:t>
      </w:r>
      <w:r/>
    </w:p>
    <w:p>
      <w:pPr>
        <w:pStyle w:val="ListNumber"/>
        <w:spacing w:line="240" w:lineRule="auto"/>
        <w:ind w:left="720"/>
      </w:pPr>
      <w:r/>
      <w:hyperlink r:id="rId10">
        <w:r>
          <w:rPr>
            <w:color w:val="0000EE"/>
            <w:u w:val="single"/>
          </w:rPr>
          <w:t>https://au.finance.yahoo.com/news/aussie-ceo-slams-workers-worst-ever-email-as-gen-z-work-trend-emerges-use-your-brain-010250833.html</w:t>
        </w:r>
      </w:hyperlink>
      <w:r>
        <w:t xml:space="preserve"> - The article highlights the common indicators of AI-generated applications, such as lack of personalisation and American English spelling.</w:t>
      </w:r>
      <w:r/>
    </w:p>
    <w:p>
      <w:pPr>
        <w:pStyle w:val="ListNumber"/>
        <w:spacing w:line="240" w:lineRule="auto"/>
        <w:ind w:left="720"/>
      </w:pPr>
      <w:r/>
      <w:hyperlink r:id="rId10">
        <w:r>
          <w:rPr>
            <w:color w:val="0000EE"/>
            <w:u w:val="single"/>
          </w:rPr>
          <w:t>https://au.finance.yahoo.com/news/aussie-ceo-slams-workers-worst-ever-email-as-gen-z-work-trend-emerges-use-your-brain-010250833.html</w:t>
        </w:r>
      </w:hyperlink>
      <w:r>
        <w:t xml:space="preserve"> - It mentions the survey findings on the use of AI by Australians for drafting job applications, including gender differences.</w:t>
      </w:r>
      <w:r/>
    </w:p>
    <w:p>
      <w:pPr>
        <w:pStyle w:val="ListNumber"/>
        <w:spacing w:line="240" w:lineRule="auto"/>
        <w:ind w:left="720"/>
      </w:pPr>
      <w:r/>
      <w:hyperlink r:id="rId11">
        <w:r>
          <w:rPr>
            <w:color w:val="0000EE"/>
            <w:u w:val="single"/>
          </w:rPr>
          <w:t>https://www.theaustralian.com.au/breaking-news/business-guru-reveals-embarrassing-trend-with-gen-z-applying-for-jobs/news-story/b87a76c051aa97d76f35ceba78be219b</w:t>
        </w:r>
      </w:hyperlink>
      <w:r>
        <w:t xml:space="preserve"> - This article supports the increasing trend of using generative technologies among job seekers, particularly among millennials and Gen Z.</w:t>
      </w:r>
      <w:r/>
    </w:p>
    <w:p>
      <w:pPr>
        <w:pStyle w:val="ListNumber"/>
        <w:spacing w:line="240" w:lineRule="auto"/>
        <w:ind w:left="720"/>
      </w:pPr>
      <w:r/>
      <w:hyperlink r:id="rId12">
        <w:r>
          <w:rPr>
            <w:color w:val="0000EE"/>
            <w:u w:val="single"/>
          </w:rPr>
          <w:t>https://www.news.com.au/finance/work/business-guru-reveals-embarrassing-trend-with-gen-z-applying-for-jobs/news-story/b87a76c051aa97d76f35ceba78be219b</w:t>
        </w:r>
      </w:hyperlink>
      <w:r>
        <w:t xml:space="preserve"> - It emphasizes the importance of thorough proofreading and personal touch in job applications to avoid detection as AI-generated.</w:t>
      </w:r>
      <w:r/>
    </w:p>
    <w:p>
      <w:pPr>
        <w:pStyle w:val="ListNumber"/>
        <w:spacing w:line="240" w:lineRule="auto"/>
        <w:ind w:left="720"/>
      </w:pPr>
      <w:r/>
      <w:hyperlink r:id="rId10">
        <w:r>
          <w:rPr>
            <w:color w:val="0000EE"/>
            <w:u w:val="single"/>
          </w:rPr>
          <w:t>https://au.finance.yahoo.com/news/aussie-ceo-slams-workers-worst-ever-email-as-gen-z-work-trend-emerges-use-your-brain-010250833.html</w:t>
        </w:r>
      </w:hyperlink>
      <w:r>
        <w:t xml:space="preserve"> - The article underscores the necessity of critical thinking and personal engagement in job application processes as highlighted by Jane Lu.</w:t>
      </w:r>
      <w:r/>
    </w:p>
    <w:p>
      <w:pPr>
        <w:pStyle w:val="ListNumber"/>
        <w:spacing w:line="240" w:lineRule="auto"/>
        <w:ind w:left="720"/>
      </w:pPr>
      <w:r/>
      <w:hyperlink r:id="rId15">
        <w:r>
          <w:rPr>
            <w:color w:val="0000EE"/>
            <w:u w:val="single"/>
          </w:rPr>
          <w:t>https://www.dailymail.co.uk/news/article-13995477/High-flying-CEO-ruthlessly-mocks-embarrassing-Gen-Z-work-trend-job-applicant-sent-worst-email.html?ns_mchannel=rss&amp;ns_campaign=1490&amp;ito=1490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finance.yahoo.com/news/aussie-ceo-slams-workers-worst-ever-email-as-gen-z-work-trend-emerges-use-your-brain-010250833.html" TargetMode="External"/><Relationship Id="rId11" Type="http://schemas.openxmlformats.org/officeDocument/2006/relationships/hyperlink" Target="https://www.theaustralian.com.au/breaking-news/business-guru-reveals-embarrassing-trend-with-gen-z-applying-for-jobs/news-story/b87a76c051aa97d76f35ceba78be219b" TargetMode="External"/><Relationship Id="rId12" Type="http://schemas.openxmlformats.org/officeDocument/2006/relationships/hyperlink" Target="https://www.news.com.au/finance/work/business-guru-reveals-embarrassing-trend-with-gen-z-applying-for-jobs/news-story/b87a76c051aa97d76f35ceba78be219b" TargetMode="External"/><Relationship Id="rId13" Type="http://schemas.openxmlformats.org/officeDocument/2006/relationships/hyperlink" Target="https://www.inkl.com/news/ceo-slams-worst-job-application-ever-on-tiktok" TargetMode="External"/><Relationship Id="rId14" Type="http://schemas.openxmlformats.org/officeDocument/2006/relationships/hyperlink" Target="https://www.inkl.com/news/millennial-ceo-jane-lu-has-roasted-the-worst-job-application-ever-in-a-spicy-tiktok" TargetMode="External"/><Relationship Id="rId15" Type="http://schemas.openxmlformats.org/officeDocument/2006/relationships/hyperlink" Target="https://www.dailymail.co.uk/news/article-13995477/High-flying-CEO-ruthlessly-mocks-embarrassing-Gen-Z-work-trend-job-applicant-sent-worst-email.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