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Aytm launches Skipper: an advanced AI-powered research assistant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aytm Launches Skipper: An Advanced AI-Powered Research Assistant</w:t>
      </w:r>
      <w:r/>
    </w:p>
    <w:p>
      <w:r/>
      <w:r>
        <w:t>San Francisco, October 24, 2024 – aytm, an agile consumer insights platform renowned for serving some of the globe's leading consumer brands, CPG firms, and creative agencies, has unveiled its latest advancement: Skipper, an AI-driven research assistant. This innovative tool aims to transform data gathering and analysis for researchers, offering exclusive early access starting today.</w:t>
      </w:r>
      <w:r/>
    </w:p>
    <w:p>
      <w:r/>
      <w:r>
        <w:t>In an ongoing pursuit to refine consumer insights methodologies, aytm has developed Skipper, presenting it as a revolutionary addition to their platform. Skipper is designed to meet the evolving demands of the research community, synthesising years of expertise and innovation from the aytm team. It promises to enhance the way researchers manage data by enabling them to work more efficiently.</w:t>
      </w:r>
      <w:r/>
    </w:p>
    <w:p>
      <w:r/>
      <w:r>
        <w:rPr>
          <w:b/>
        </w:rPr>
        <w:t>Key Features of Skipper</w:t>
      </w:r>
      <w:r/>
    </w:p>
    <w:p>
      <w:r/>
      <w:r>
        <w:t>Skipper introduces several advanced features aimed at enhancing the research process:</w:t>
      </w:r>
      <w:r/>
      <w:r/>
    </w:p>
    <w:p>
      <w:pPr>
        <w:pStyle w:val="ListBullet"/>
        <w:spacing w:line="240" w:lineRule="auto"/>
        <w:ind w:left="720"/>
      </w:pPr>
      <w:r/>
      <w:r>
        <w:t>Skipper Draft: This feature can generate complex survey drafts that align precisely with research objectives. It extends its capabilities to crafting additional question and answer options, rephrasing lengthy text for mobile-optimised surveys, and improving overall survey design.</w:t>
      </w:r>
      <w:r/>
    </w:p>
    <w:p>
      <w:pPr>
        <w:pStyle w:val="ListBullet"/>
        <w:spacing w:line="240" w:lineRule="auto"/>
        <w:ind w:left="720"/>
      </w:pPr>
      <w:r/>
      <w:r>
        <w:t>Skipper Translate: It facilitates engagement with international audiences by providing automated translations without the necessity of individually programming each language.</w:t>
      </w:r>
      <w:r/>
    </w:p>
    <w:p>
      <w:pPr>
        <w:pStyle w:val="ListBullet"/>
        <w:spacing w:line="240" w:lineRule="auto"/>
        <w:ind w:left="720"/>
      </w:pPr>
      <w:r/>
      <w:r>
        <w:t>Skipper Explore: Designed for data analysis, this feature uncovers hidden insights in datasets by identifying significant trends and correlations, accelerating the decision-making process for researchers.</w:t>
      </w:r>
      <w:r/>
      <w:r/>
    </w:p>
    <w:p>
      <w:r/>
      <w:r>
        <w:t>Lev Mazin, CEO and co-founder of aytm, expressed enthusiasm for the potential of Skipper. "GenAI represents the missing piece of the puzzle, propelling us toward our mission of making insights more accessible globally," Mazin stated. He emphasised Skipper's ability to enhance the research experience by taking over routine tasks, thus allowing researchers to focus on more strategic elements of their work.</w:t>
      </w:r>
      <w:r/>
    </w:p>
    <w:p>
      <w:r/>
      <w:r>
        <w:t>Skipper is integrated into aytm's existing platform, ensuring a cohesive transition from constructing surveys to deriving actionable insights. The AI tool prioritises data security and privacy, upholding rigorous standards to protect client information. Researchers retain complete control over their data, benefiting from AI advancements without compromising safety or integrity.</w:t>
      </w:r>
      <w:r/>
    </w:p>
    <w:p>
      <w:r/>
      <w:r>
        <w:t>The announcement of Skipper's early access is marked by positive feedback from those involved in its beta testing phase. Users have highlighted the tool's ability to offer collaborative support while maintaining the researcher's authority over their studies.</w:t>
      </w:r>
      <w:r/>
    </w:p>
    <w:p>
      <w:r/>
      <w:r>
        <w:t>Founded on the principle of insightful ownership, aytm continues to enable brands to forge connections with consumers, facilitating timely iterations and expediting successful market entries. With resources like a predictive sample engine and a comprehensive insights dashboard, aytm ensures that consumer opinions are both accessible and actionable.</w:t>
      </w:r>
      <w:r/>
    </w:p>
    <w:p>
      <w:r/>
      <w:r>
        <w:t>Researchers interested in harnessing Skipper's capabilities can register for early access via aytm's official website. By leveraging Skipper, teams can expect to streamline their research processes, gaining new efficiencies with AI support.</w:t>
      </w:r>
      <w:r/>
    </w:p>
    <w:p>
      <w:r/>
      <w:r>
        <w:t>For further details, inquiries can be directed to aytm's media contact, Tiffany Mullin, via email.</w:t>
      </w:r>
      <w:r/>
    </w:p>
    <w:p>
      <w:r/>
      <w:r>
        <w:rPr>
          <w:b/>
        </w:rPr>
        <w:t>About aytm</w:t>
      </w:r>
      <w:r/>
    </w:p>
    <w:p>
      <w:r/>
      <w:r>
        <w:t>Renowned for its automated insights platform, aytm connects brands to over 100 million consumers. It provides a range of solutions from full-service offerings to bespoke analytical tools designed by industry experts. The company's aim is to optimise products and concepts with data-driven precision, helping brands achieve their market objectives swiftly.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https://aytm.com/post/aytm-launches-skipper</w:t>
        </w:r>
      </w:hyperlink>
      <w:r>
        <w:t xml:space="preserve"> - Introduces Skipper, aytm's AI research assistant, and highlights its features such as Skipper Explore for uncovering hidden insights in data.</w:t>
      </w:r>
      <w:r/>
    </w:p>
    <w:p>
      <w:pPr>
        <w:pStyle w:val="ListNumber"/>
        <w:spacing w:line="240" w:lineRule="auto"/>
        <w:ind w:left="720"/>
      </w:pPr>
      <w:r/>
      <w:hyperlink r:id="rId11">
        <w:r>
          <w:rPr>
            <w:color w:val="0000EE"/>
            <w:u w:val="single"/>
          </w:rPr>
          <w:t>https://aytm.com/platform/skipper</w:t>
        </w:r>
      </w:hyperlink>
      <w:r>
        <w:t xml:space="preserve"> - Describes Skipper as a powerful AI research companion, emphasizing its role in empowering insights seekers and maintaining human oversight in the research process.</w:t>
      </w:r>
      <w:r/>
    </w:p>
    <w:p>
      <w:pPr>
        <w:pStyle w:val="ListNumber"/>
        <w:spacing w:line="240" w:lineRule="auto"/>
        <w:ind w:left="720"/>
      </w:pPr>
      <w:r/>
      <w:hyperlink r:id="rId12">
        <w:r>
          <w:rPr>
            <w:color w:val="0000EE"/>
            <w:u w:val="single"/>
          </w:rPr>
          <w:t>https://aytm.com/resources/ai</w:t>
        </w:r>
      </w:hyperlink>
      <w:r>
        <w:t xml:space="preserve"> - Details the AI features of Skipper, including survey creation, translation, and data analysis, while emphasizing data security and privacy.</w:t>
      </w:r>
      <w:r/>
    </w:p>
    <w:p>
      <w:pPr>
        <w:pStyle w:val="ListNumber"/>
        <w:spacing w:line="240" w:lineRule="auto"/>
        <w:ind w:left="720"/>
      </w:pPr>
      <w:r/>
      <w:hyperlink r:id="rId12">
        <w:r>
          <w:rPr>
            <w:color w:val="0000EE"/>
            <w:u w:val="single"/>
          </w:rPr>
          <w:t>https://aytm.com/resources/ai</w:t>
        </w:r>
      </w:hyperlink>
      <w:r>
        <w:t xml:space="preserve"> - Explains how Skipper Draft generates complex survey drafts, Skipper Translate provides automated translations, and Skipper Explore analyzes data for trends and correlations.</w:t>
      </w:r>
      <w:r/>
    </w:p>
    <w:p>
      <w:pPr>
        <w:pStyle w:val="ListNumber"/>
        <w:spacing w:line="240" w:lineRule="auto"/>
        <w:ind w:left="720"/>
      </w:pPr>
      <w:r/>
      <w:hyperlink r:id="rId11">
        <w:r>
          <w:rPr>
            <w:color w:val="0000EE"/>
            <w:u w:val="single"/>
          </w:rPr>
          <w:t>https://aytm.com/platform/skipper</w:t>
        </w:r>
      </w:hyperlink>
      <w:r>
        <w:t xml:space="preserve"> - Highlights Lev Mazin's statement on GenAI and Skipper's potential to enhance the research experience by handling routine tasks.</w:t>
      </w:r>
      <w:r/>
    </w:p>
    <w:p>
      <w:pPr>
        <w:pStyle w:val="ListNumber"/>
        <w:spacing w:line="240" w:lineRule="auto"/>
        <w:ind w:left="720"/>
      </w:pPr>
      <w:r/>
      <w:hyperlink r:id="rId12">
        <w:r>
          <w:rPr>
            <w:color w:val="0000EE"/>
            <w:u w:val="single"/>
          </w:rPr>
          <w:t>https://aytm.com/resources/ai</w:t>
        </w:r>
      </w:hyperlink>
      <w:r>
        <w:t xml:space="preserve"> - Discusses the integration of Skipper into aytm's existing platform, ensuring a cohesive transition from survey construction to deriving actionable insights.</w:t>
      </w:r>
      <w:r/>
    </w:p>
    <w:p>
      <w:pPr>
        <w:pStyle w:val="ListNumber"/>
        <w:spacing w:line="240" w:lineRule="auto"/>
        <w:ind w:left="720"/>
      </w:pPr>
      <w:r/>
      <w:hyperlink r:id="rId11">
        <w:r>
          <w:rPr>
            <w:color w:val="0000EE"/>
            <w:u w:val="single"/>
          </w:rPr>
          <w:t>https://aytm.com/platform/skipper</w:t>
        </w:r>
      </w:hyperlink>
      <w:r>
        <w:t xml:space="preserve"> - Emphasizes the importance of data security and privacy, ensuring researchers retain control over their data while benefiting from AI advancements.</w:t>
      </w:r>
      <w:r/>
    </w:p>
    <w:p>
      <w:pPr>
        <w:pStyle w:val="ListNumber"/>
        <w:spacing w:line="240" w:lineRule="auto"/>
        <w:ind w:left="720"/>
      </w:pPr>
      <w:r/>
      <w:hyperlink r:id="rId13">
        <w:r>
          <w:rPr>
            <w:color w:val="0000EE"/>
            <w:u w:val="single"/>
          </w:rPr>
          <w:t>https://insights.aytm.com/skipper-early-access</w:t>
        </w:r>
      </w:hyperlink>
      <w:r>
        <w:t xml:space="preserve"> - Provides information on how researchers can register for early access to Skipper via aytm's official website.</w:t>
      </w:r>
      <w:r/>
    </w:p>
    <w:p>
      <w:pPr>
        <w:pStyle w:val="ListNumber"/>
        <w:spacing w:line="240" w:lineRule="auto"/>
        <w:ind w:left="720"/>
      </w:pPr>
      <w:r/>
      <w:hyperlink r:id="rId12">
        <w:r>
          <w:rPr>
            <w:color w:val="0000EE"/>
            <w:u w:val="single"/>
          </w:rPr>
          <w:t>https://aytm.com/resources/ai</w:t>
        </w:r>
      </w:hyperlink>
      <w:r>
        <w:t xml:space="preserve"> - Details aytm's commitment to data privacy and security, including the compartmentalization of data and adherence to high industry standards.</w:t>
      </w:r>
      <w:r/>
    </w:p>
    <w:p>
      <w:pPr>
        <w:pStyle w:val="ListNumber"/>
        <w:spacing w:line="240" w:lineRule="auto"/>
        <w:ind w:left="720"/>
      </w:pPr>
      <w:r/>
      <w:hyperlink r:id="rId10">
        <w:r>
          <w:rPr>
            <w:color w:val="0000EE"/>
            <w:u w:val="single"/>
          </w:rPr>
          <w:t>https://aytm.com/post/aytm-launches-skipper</w:t>
        </w:r>
      </w:hyperlink>
      <w:r>
        <w:t xml:space="preserve"> - Mentions the positive feedback from beta testers and the collaborative support offered by Skipper while maintaining researcher authority.</w:t>
      </w:r>
      <w:r/>
    </w:p>
    <w:p>
      <w:pPr>
        <w:pStyle w:val="ListNumber"/>
        <w:spacing w:line="240" w:lineRule="auto"/>
        <w:ind w:left="720"/>
      </w:pPr>
      <w:r/>
      <w:hyperlink r:id="rId14">
        <w:r>
          <w:rPr>
            <w:color w:val="0000EE"/>
            <w:u w:val="single"/>
          </w:rPr>
          <w:t>https://www.prnewswire.com/news-releases/aytm-launches-skipper-their-new-ai-powered-research-assistant-302285137.html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ytm.com/post/aytm-launches-skipper" TargetMode="External"/><Relationship Id="rId11" Type="http://schemas.openxmlformats.org/officeDocument/2006/relationships/hyperlink" Target="https://aytm.com/platform/skipper" TargetMode="External"/><Relationship Id="rId12" Type="http://schemas.openxmlformats.org/officeDocument/2006/relationships/hyperlink" Target="https://aytm.com/resources/ai" TargetMode="External"/><Relationship Id="rId13" Type="http://schemas.openxmlformats.org/officeDocument/2006/relationships/hyperlink" Target="https://insights.aytm.com/skipper-early-access" TargetMode="External"/><Relationship Id="rId14" Type="http://schemas.openxmlformats.org/officeDocument/2006/relationships/hyperlink" Target="https://www.prnewswire.com/news-releases/aytm-launches-skipper-their-new-ai-powered-research-assistant-30228513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