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issues landmark memorandum to secure US leadership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President Joe Biden has taken a significant step in fortifying the United States' position in the realm of artificial intelligence by issuing the first-ever national security memorandum specifically focused on AI technology. Announced on Thursday, the memorandum outlines strategic objectives for both fostering innovation in AI and securing international consensus to ensure the safe and advantageous development of this rapidly advancing technology.</w:t>
      </w:r>
      <w:r/>
    </w:p>
    <w:p>
      <w:r/>
      <w:r>
        <w:t>The United States has long been regarded as a leader in artificial intelligence. However, the White House has cautioned against complacency, emphasising that maintaining this leadership position requires ongoing effort and proactive strategies. The memorandum warns that the US cannot rely on past successes alone, citing historical examples where critical technologies and supply chains migrated offshore due to insufficient public sector support.</w:t>
      </w:r>
      <w:r/>
    </w:p>
    <w:p>
      <w:r/>
      <w:r>
        <w:t>Biden's memorandum is part of a continued focus on creating and preserving a strong AI ecosystem within the United States. It builds on the framework established by the 2023 executive order geared towards ensuring safe, secure, and trustworthy AI systems. The memorandum underscores the necessity of establishing "critical guardrails" to guide AI's development and implementation.</w:t>
      </w:r>
      <w:r/>
    </w:p>
    <w:p>
      <w:r/>
      <w:r>
        <w:t>Key directives within the memorandum include instructing the National Economic Council to conduct an economic assessment of the US private sector's competitive advantage in AI. The document underscores the importance of investments in semiconductors, infrastructure, and clean energy to sustain the country's competitive edge.</w:t>
      </w:r>
      <w:r/>
    </w:p>
    <w:p>
      <w:r/>
      <w:r>
        <w:t>Since the launch of OpenAI's ChatGPT in 2022, there has been considerable public discourse regarding both the potential benefits and risks associated with AI. In its practical applications, AI aids individuals in various tasks, from refining CVs to improving student time management. Notably, AI technology was employed to extract John Lennon's vocals from an old recording for use in a new Beatles song. However, the potential for misuse exists, exemplified by deepfakes such as false images of Taylor Swift endorsing political figures.</w:t>
      </w:r>
      <w:r/>
    </w:p>
    <w:p>
      <w:r/>
      <w:r>
        <w:t>AI's influence is anticipated to extend across numerous domains, including science, medicine, software development, automotive industry, and military technology. The memorandum prudently highlights that AI systems should never autonomously decide on matters as critical as the use of nuclear weapons.</w:t>
      </w:r>
      <w:r/>
    </w:p>
    <w:p>
      <w:r/>
      <w:r>
        <w:t>The document, extensively detailed over 38 unclassified pages, with some details included in a classified appendix, marks a pivotal point in Biden's term, which concludes in January. The continuation of this policy initiative by the incoming administration, whether led by Donald Trump or Vice President Kamala Harris, remains uncertain.</w:t>
      </w:r>
      <w:r/>
    </w:p>
    <w:p>
      <w:r/>
      <w:r>
        <w:t>The release of the memorandum is one in a series of actions taken by the Biden administration, with more steps anticipated to bolster the US's leadership in the AI sector. This strategic approach reflects a concerted effort to secure the nation’s competitive stance in an increasingly AI-driven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https://www.washingtonpost.com/technology/2024/10/24/white-house-ai-nation-security-memo/</w:t>
        </w:r>
      </w:hyperlink>
      <w:r>
        <w:t xml:space="preserve"> - This article supports the issuance of the first-ever national security memorandum on AI by President Joe Biden and the White House's emphasis on increasing the use of AI by the Pentagon and intel agencies.</w:t>
      </w:r>
      <w:r/>
    </w:p>
    <w:p>
      <w:pPr>
        <w:pStyle w:val="ListNumber"/>
        <w:spacing w:line="240" w:lineRule="auto"/>
        <w:ind w:left="720"/>
      </w:pPr>
      <w:r/>
      <w:hyperlink r:id="rId11">
        <w:r>
          <w:rPr>
            <w:color w:val="0000EE"/>
            <w:u w:val="single"/>
          </w:rPr>
          <w:t>https://ww2.aip.org/fyi/biden-sets-priorities-for-applications-of-ai-to-national-security</w:t>
        </w:r>
      </w:hyperlink>
      <w:r>
        <w:t xml:space="preserve"> - This source details the memorandum's focus on fostering innovation in AI, securing international consensus, and ensuring the safe development of AI, aligning with the strategic objectives outlined in the article.</w:t>
      </w:r>
      <w:r/>
    </w:p>
    <w:p>
      <w:pPr>
        <w:pStyle w:val="ListNumber"/>
        <w:spacing w:line="240" w:lineRule="auto"/>
        <w:ind w:left="720"/>
      </w:pPr>
      <w:r/>
      <w:hyperlink r:id="rId11">
        <w:r>
          <w:rPr>
            <w:color w:val="0000EE"/>
            <w:u w:val="single"/>
          </w:rPr>
          <w:t>https://ww2.aip.org/fyi/biden-sets-priorities-for-applications-of-ai-to-national-security</w:t>
        </w:r>
      </w:hyperlink>
      <w:r>
        <w:t xml:space="preserve"> - This article explains the historical context and the need for ongoing effort to maintain the US's leadership in AI, cautioning against complacency and referencing past technological migrations.</w:t>
      </w:r>
      <w:r/>
    </w:p>
    <w:p>
      <w:pPr>
        <w:pStyle w:val="ListNumber"/>
        <w:spacing w:line="240" w:lineRule="auto"/>
        <w:ind w:left="720"/>
      </w:pPr>
      <w:r/>
      <w:hyperlink r:id="rId12">
        <w:r>
          <w:rPr>
            <w:color w:val="0000EE"/>
            <w:u w:val="single"/>
          </w:rPr>
          <w:t>https://www.msspalert.com/feature/biden-urges-ai-adoption-for-national-security</w:t>
        </w:r>
      </w:hyperlink>
      <w:r>
        <w:t xml:space="preserve"> - This source supports the memorandum's build on the 2023 executive order and the emphasis on creating and preserving a strong AI ecosystem within the United States.</w:t>
      </w:r>
      <w:r/>
    </w:p>
    <w:p>
      <w:pPr>
        <w:pStyle w:val="ListNumber"/>
        <w:spacing w:line="240" w:lineRule="auto"/>
        <w:ind w:left="720"/>
      </w:pPr>
      <w:r/>
      <w:hyperlink r:id="rId12">
        <w:r>
          <w:rPr>
            <w:color w:val="0000EE"/>
            <w:u w:val="single"/>
          </w:rPr>
          <w:t>https://www.msspalert.com/feature/biden-urges-ai-adoption-for-national-security</w:t>
        </w:r>
      </w:hyperlink>
      <w:r>
        <w:t xml:space="preserve"> - This article highlights the importance of investments in semiconductors, infrastructure, and clean energy to sustain the country's competitive edge in AI, as directed in the memorandum.</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source explains the necessity of establishing 'critical guardrails' to guide AI's development and implementation, as outlined in the memorandum.</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This article details the memorandum's directives, including the instruction to the National Economic Council to conduct an economic assessment of the US private sector's competitive advantage in AI.</w:t>
      </w:r>
      <w:r/>
    </w:p>
    <w:p>
      <w:pPr>
        <w:pStyle w:val="ListNumber"/>
        <w:spacing w:line="240" w:lineRule="auto"/>
        <w:ind w:left="720"/>
      </w:pPr>
      <w:r/>
      <w:hyperlink r:id="rId14">
        <w:r>
          <w:rPr>
            <w:color w:val="0000EE"/>
            <w:u w:val="single"/>
          </w:rPr>
          <w:t>https://www.whitehouse.gov/briefing-room/statements-releases/2024/10/24/fact-sheet-biden-harris-administration-outlines-coordinated-approach-to-harness-power-of-ai-for-u-s-national-security/</w:t>
        </w:r>
      </w:hyperlink>
      <w:r>
        <w:t xml:space="preserve"> - This fact sheet from the White House supports the memorandum's focus on practical applications of AI and its potential risks, as well as the need for international consensus and governance.</w:t>
      </w:r>
      <w:r/>
    </w:p>
    <w:p>
      <w:pPr>
        <w:pStyle w:val="ListNumber"/>
        <w:spacing w:line="240" w:lineRule="auto"/>
        <w:ind w:left="720"/>
      </w:pPr>
      <w:r/>
      <w:hyperlink r:id="rId14">
        <w:r>
          <w:rPr>
            <w:color w:val="0000EE"/>
            <w:u w:val="single"/>
          </w:rPr>
          <w:t>https://www.whitehouse.gov/briefing-room/statements-releases/2024/10/24/fact-sheet-biden-harris-administration-outlines-coordinated-approach-to-harness-power-of-ai-for-u-s-national-security/</w:t>
        </w:r>
      </w:hyperlink>
      <w:r>
        <w:t xml:space="preserve"> - This source emphasizes that AI systems should never autonomously decide on critical matters such as the use of nuclear weapons, a key point in the memorandum.</w:t>
      </w:r>
      <w:r/>
    </w:p>
    <w:p>
      <w:pPr>
        <w:pStyle w:val="ListNumber"/>
        <w:spacing w:line="240" w:lineRule="auto"/>
        <w:ind w:left="720"/>
      </w:pPr>
      <w:r/>
      <w:hyperlink r:id="rId11">
        <w:r>
          <w:rPr>
            <w:color w:val="0000EE"/>
            <w:u w:val="single"/>
          </w:rPr>
          <w:t>https://ww2.aip.org/fyi/biden-sets-priorities-for-applications-of-ai-to-national-security</w:t>
        </w:r>
      </w:hyperlink>
      <w:r>
        <w:t xml:space="preserve"> - This article discusses the extensive details of the memorandum, including its length and the inclusion of classified and unclassified sections, marking a pivotal point in Biden's term.</w:t>
      </w:r>
      <w:r/>
    </w:p>
    <w:p>
      <w:pPr>
        <w:pStyle w:val="ListNumber"/>
        <w:spacing w:line="240" w:lineRule="auto"/>
        <w:ind w:left="720"/>
      </w:pPr>
      <w:r/>
      <w:hyperlink r:id="rId12">
        <w:r>
          <w:rPr>
            <w:color w:val="0000EE"/>
            <w:u w:val="single"/>
          </w:rPr>
          <w:t>https://www.msspalert.com/feature/biden-urges-ai-adoption-for-national-security</w:t>
        </w:r>
      </w:hyperlink>
      <w:r>
        <w:t xml:space="preserve"> - This source reflects on the strategic approach of the Biden administration to secure the nation’s competitive stance in an increasingly AI-driven world, with more steps anticipated to bolster US leadership in AI.</w:t>
      </w:r>
      <w:r/>
    </w:p>
    <w:p>
      <w:pPr>
        <w:pStyle w:val="ListNumber"/>
        <w:spacing w:line="240" w:lineRule="auto"/>
        <w:ind w:left="720"/>
      </w:pPr>
      <w:r/>
      <w:hyperlink r:id="rId15">
        <w:r>
          <w:rPr>
            <w:color w:val="0000EE"/>
            <w:u w:val="single"/>
          </w:rPr>
          <w:t>https://www.cnet.com/tech/services-and-software/biden-administration-wants-ai-guardrails-heres-its-call-to-action/#ftag=CADf328eec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post.com/technology/2024/10/24/white-house-ai-nation-security-memo/" TargetMode="External"/><Relationship Id="rId11" Type="http://schemas.openxmlformats.org/officeDocument/2006/relationships/hyperlink" Target="https://ww2.aip.org/fyi/biden-sets-priorities-for-applications-of-ai-to-national-security" TargetMode="External"/><Relationship Id="rId12" Type="http://schemas.openxmlformats.org/officeDocument/2006/relationships/hyperlink" Target="https://www.msspalert.com/feature/biden-urges-ai-adoption-for-national-security" TargetMode="External"/><Relationship Id="rId13" Type="http://schemas.openxmlformats.org/officeDocument/2006/relationships/hyperlink" Target="https://www.csis.org/analysis/biden-administrations-national-security-memorandum-ai-explained" TargetMode="External"/><Relationship Id="rId14" Type="http://schemas.openxmlformats.org/officeDocument/2006/relationships/hyperlink" Target="https://www.whitehouse.gov/briefing-room/statements-releases/2024/10/24/fact-sheet-biden-harris-administration-outlines-coordinated-approach-to-harness-power-of-ai-for-u-s-national-security/" TargetMode="External"/><Relationship Id="rId15" Type="http://schemas.openxmlformats.org/officeDocument/2006/relationships/hyperlink" Target="https://www.cnet.com/tech/services-and-software/biden-administration-wants-ai-guardrails-heres-its-call-to-action/#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