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Biden unveils national security memorandum to harness AI while preventing misuse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President Joe Biden has introduced a new national security memorandum aimed at harnessing the capabilities of artificial intelligence (AI), while establishing measures to prevent its potential misuse for undemocratic purposes. This strategic directive is seen as a crucial move to maintain competitiveness in the face of global technological advancement, particularly from nations like China, where rapid AI development is underway.</w:t>
      </w:r>
      <w:r/>
    </w:p>
    <w:p>
      <w:r/>
      <w:r>
        <w:t>Unveiled during a speech at the National War College by Biden's national security adviser, Jake Sullivan, the memorandum represents a historic framework for integrating AI into national security and foreign policy initiatives. It delineates specific actions to be taken by American agencies to ensure AI is used in alignment with democratic values. For instance, the memorandum explicitly prohibits the use of AI to bypass established protocols concerning nuclear weapons deployment and restricts its application in ways that could impinge upon free speech.</w:t>
      </w:r>
      <w:r/>
    </w:p>
    <w:p>
      <w:r/>
      <w:r>
        <w:t>The memorandum is an outcome of extensive consultations between President Biden and his national security team over several months. The administration believes that clarity in policy and legality can foster more robust experimentation and adoption of AI, as it becomes an increasingly significant factor in national security.</w:t>
      </w:r>
      <w:r/>
    </w:p>
    <w:p>
      <w:r/>
      <w:r>
        <w:t>Furthermore, the directive instructs agencies to protect AI technologies from foreign espionage and to make strides in the production of semiconductor chips vital for AI products. These plans include timelines for agency reviews that extend beyond Biden's current term, suggesting a long-term vision for AI integration in governmental operations.</w:t>
      </w:r>
      <w:r/>
    </w:p>
    <w:p>
      <w:r/>
      <w:r>
        <w:t>Within the broader geopolitical context, the Biden administration views the rapid evolution of AI as a catalyst for a new era of competition among world powers. While the technology has largely been developed in the United States, nations like China are quickly implementing AI in various domains, ranging from military to civilian applications. The administration has initiated discussions with China about AI, particularly concerning its most perilous uses, but aims to engage further to mitigate risks associated with digital authoritarianism.</w:t>
      </w:r>
      <w:r/>
    </w:p>
    <w:p>
      <w:r/>
      <w:r>
        <w:t>National security adviser Jake Sullivan underscored the importance of this initiative by highlighting concerns over China's development of a technological infrastructure that could compromise privacy, facilitate mass surveillance, and spread misinformation. "We have to provide a more attractive path," Sullivan stated, advocating for a better alternative to potential partners around the globe.</w:t>
      </w:r>
      <w:r/>
    </w:p>
    <w:p>
      <w:r/>
      <w:r>
        <w:t>In alignment with this new memorandum, a significant role is set for the AI Safety Institute within the Department of Commerce, which has already issued guidelines for secure AI development and partnered with firms to trial AI systems pre-release.</w:t>
      </w:r>
      <w:r/>
    </w:p>
    <w:p>
      <w:r/>
      <w:r>
        <w:t>This comprehensive strategy puts the U.S. at the forefront of harnessing AI's power while conscientiously managing its associated risks, as echoed by Sullivan during a discussion at the National Defense University. This landmark policy marks the nation's inaugural attempt to systematically leverage AI advancements in securing national safety and fostering technological leadership.</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https://www.csis.org/analysis/biden-administrations-national-security-memorandum-ai-explained</w:t>
        </w:r>
      </w:hyperlink>
      <w:r>
        <w:t xml:space="preserve"> - This article explains the comprehensive nature of the National Security Memorandum on AI, including its focus on advancing U.S. leadership in AI, harnessing AI for national security, and ensuring the safety, security, and trustworthiness of AI systems.</w:t>
      </w:r>
      <w:r/>
    </w:p>
    <w:p>
      <w:pPr>
        <w:pStyle w:val="ListNumber"/>
        <w:spacing w:line="240" w:lineRule="auto"/>
        <w:ind w:left="720"/>
      </w:pPr>
      <w:r/>
      <w:hyperlink r:id="rId11">
        <w:r>
          <w:rPr>
            <w:color w:val="0000EE"/>
            <w:u w:val="single"/>
          </w:rPr>
          <w:t>https://www.whitehouse.gov/briefing-room/presidential-actions/2024/10/24/memorandum-on-advancing-the-united-states-leadership-in-artificial-intelligence-harnessing-artificial-intelligence-to-fulfill-national-security-objectives-and-fostering-the-safety-security/</w:t>
        </w:r>
      </w:hyperlink>
      <w:r>
        <w:t xml:space="preserve"> - This link provides the full text of the National Security Memorandum, detailing its objectives, including strengthening the U.S. AI ecosystem, improving AI safety and security, and enhancing the government's adoption of AI for national security.</w:t>
      </w:r>
      <w:r/>
    </w:p>
    <w:p>
      <w:pPr>
        <w:pStyle w:val="ListNumber"/>
        <w:spacing w:line="240" w:lineRule="auto"/>
        <w:ind w:left="720"/>
      </w:pPr>
      <w:r/>
      <w:hyperlink r:id="rId12">
        <w:r>
          <w:rPr>
            <w:color w:val="0000EE"/>
            <w:u w:val="single"/>
          </w:rPr>
          <w:t>https://www.washingtonpost.com/technology/2024/10/24/white-house-ai-nation-security-memo/</w:t>
        </w:r>
      </w:hyperlink>
      <w:r>
        <w:t xml:space="preserve"> - This article discusses the White House order for the Pentagon and intel agencies to increase their use of AI, highlighting the memo's focus on responsible AI adoption and the prevention of AI misuse.</w:t>
      </w:r>
      <w:r/>
    </w:p>
    <w:p>
      <w:pPr>
        <w:pStyle w:val="ListNumber"/>
        <w:spacing w:line="240" w:lineRule="auto"/>
        <w:ind w:left="720"/>
      </w:pPr>
      <w:r/>
      <w:hyperlink r:id="rId13">
        <w:r>
          <w:rPr>
            <w:color w:val="0000EE"/>
            <w:u w:val="single"/>
          </w:rPr>
          <w:t>https://ww2.aip.org/fyi/biden-sets-priorities-for-applications-of-ai-to-national-security</w:t>
        </w:r>
      </w:hyperlink>
      <w:r>
        <w:t xml:space="preserve"> - This article outlines the priorities set by President Biden for AI applications in national security, including boosting federal government adoption of AI and creating guardrails for responsible use.</w:t>
      </w:r>
      <w:r/>
    </w:p>
    <w:p>
      <w:pPr>
        <w:pStyle w:val="ListNumber"/>
        <w:spacing w:line="240" w:lineRule="auto"/>
        <w:ind w:left="720"/>
      </w:pPr>
      <w:r/>
      <w:hyperlink r:id="rId14">
        <w:r>
          <w:rPr>
            <w:color w:val="0000EE"/>
            <w:u w:val="single"/>
          </w:rPr>
          <w:t>https://www.whitehouse.gov/briefing-room/statements-releases/2024/10/24/fact-sheet-biden-harris-administration-outlines-coordinated-approach-to-harness-power-of-ai-for-u-s-national-security/</w:t>
        </w:r>
      </w:hyperlink>
      <w:r>
        <w:t xml:space="preserve"> - This fact sheet from the White House details the coordinated approach to harness AI for U.S. national security, including ensuring the development of safe, secure, and trustworthy AI and advancing international consensus on AI governance.</w:t>
      </w:r>
      <w:r/>
    </w:p>
    <w:p>
      <w:pPr>
        <w:pStyle w:val="ListNumber"/>
        <w:spacing w:line="240" w:lineRule="auto"/>
        <w:ind w:left="720"/>
      </w:pPr>
      <w:r/>
      <w:hyperlink r:id="rId10">
        <w:r>
          <w:rPr>
            <w:color w:val="0000EE"/>
            <w:u w:val="single"/>
          </w:rPr>
          <w:t>https://www.csis.org/analysis/biden-administrations-national-security-memorandum-ai-explained</w:t>
        </w:r>
      </w:hyperlink>
      <w:r>
        <w:t xml:space="preserve"> - This article explains the historical context and the significance of the memorandum, including its focus on frontier AI models and the need for counterintelligence measures to protect U.S. AI technologies.</w:t>
      </w:r>
      <w:r/>
    </w:p>
    <w:p>
      <w:pPr>
        <w:pStyle w:val="ListNumber"/>
        <w:spacing w:line="240" w:lineRule="auto"/>
        <w:ind w:left="720"/>
      </w:pPr>
      <w:r/>
      <w:hyperlink r:id="rId11">
        <w:r>
          <w:rPr>
            <w:color w:val="0000EE"/>
            <w:u w:val="single"/>
          </w:rPr>
          <w:t>https://www.whitehouse.gov/briefing-room/presidential-actions/2024/10/24/memorandum-on-advancing-the-united-states-leadership-in-artificial-intelligence-harnessing-artificial-intelligence-to-fulfill-national-security-objectives-and-fostering-the-safety-security/</w:t>
        </w:r>
      </w:hyperlink>
      <w:r>
        <w:t xml:space="preserve"> - This link corroborates the directive to protect AI technologies from foreign espionage and the importance of semiconductor chip production for AI products.</w:t>
      </w:r>
      <w:r/>
    </w:p>
    <w:p>
      <w:pPr>
        <w:pStyle w:val="ListNumber"/>
        <w:spacing w:line="240" w:lineRule="auto"/>
        <w:ind w:left="720"/>
      </w:pPr>
      <w:r/>
      <w:hyperlink r:id="rId13">
        <w:r>
          <w:rPr>
            <w:color w:val="0000EE"/>
            <w:u w:val="single"/>
          </w:rPr>
          <w:t>https://ww2.aip.org/fyi/biden-sets-priorities-for-applications-of-ai-to-national-security</w:t>
        </w:r>
      </w:hyperlink>
      <w:r>
        <w:t xml:space="preserve"> - This article highlights the long-term vision for AI integration in governmental operations, including timelines for agency reviews that extend beyond Biden's current term.</w:t>
      </w:r>
      <w:r/>
    </w:p>
    <w:p>
      <w:pPr>
        <w:pStyle w:val="ListNumber"/>
        <w:spacing w:line="240" w:lineRule="auto"/>
        <w:ind w:left="720"/>
      </w:pPr>
      <w:r/>
      <w:hyperlink r:id="rId12">
        <w:r>
          <w:rPr>
            <w:color w:val="0000EE"/>
            <w:u w:val="single"/>
          </w:rPr>
          <w:t>https://www.washingtonpost.com/technology/2024/10/24/white-house-ai-nation-security-memo/</w:t>
        </w:r>
      </w:hyperlink>
      <w:r>
        <w:t xml:space="preserve"> - This article discusses the geopolitical context, including the rapid evolution of AI and the competition with nations like China, as well as the administration's efforts to engage with China on AI issues.</w:t>
      </w:r>
      <w:r/>
    </w:p>
    <w:p>
      <w:pPr>
        <w:pStyle w:val="ListNumber"/>
        <w:spacing w:line="240" w:lineRule="auto"/>
        <w:ind w:left="720"/>
      </w:pPr>
      <w:r/>
      <w:hyperlink r:id="rId14">
        <w:r>
          <w:rPr>
            <w:color w:val="0000EE"/>
            <w:u w:val="single"/>
          </w:rPr>
          <w:t>https://www.whitehouse.gov/briefing-room/statements-releases/2024/10/24/fact-sheet-biden-harris-administration-outlines-coordinated-approach-to-harness-power-of-ai-for-u-s-national-security/</w:t>
        </w:r>
      </w:hyperlink>
      <w:r>
        <w:t xml:space="preserve"> - This fact sheet details the role of the AI Safety Institute and the guidelines for secure AI development, aligning with the comprehensive strategy to manage AI risks.</w:t>
      </w:r>
      <w:r/>
    </w:p>
    <w:p>
      <w:pPr>
        <w:pStyle w:val="ListNumber"/>
        <w:spacing w:line="240" w:lineRule="auto"/>
        <w:ind w:left="720"/>
      </w:pPr>
      <w:r/>
      <w:hyperlink r:id="rId13">
        <w:r>
          <w:rPr>
            <w:color w:val="0000EE"/>
            <w:u w:val="single"/>
          </w:rPr>
          <w:t>https://ww2.aip.org/fyi/biden-sets-priorities-for-applications-of-ai-to-national-security</w:t>
        </w:r>
      </w:hyperlink>
      <w:r>
        <w:t xml:space="preserve"> - This article underscores National Security Adviser Jake Sullivan's comments on the importance of the initiative, particularly in relation to China's technological infrastructure and its potential risks.</w:t>
      </w:r>
      <w:r/>
    </w:p>
    <w:p>
      <w:pPr>
        <w:pStyle w:val="ListNumber"/>
        <w:spacing w:line="240" w:lineRule="auto"/>
        <w:ind w:left="720"/>
      </w:pPr>
      <w:r/>
      <w:hyperlink r:id="rId15">
        <w:r>
          <w:rPr>
            <w:color w:val="0000EE"/>
            <w:u w:val="single"/>
          </w:rPr>
          <w:t>https://edition.cnn.com/2024/10/24/politics/joe-biden-artificial-intelligence-nuclear-weapons/index.html</w:t>
        </w:r>
      </w:hyperlink>
      <w:r>
        <w:t xml:space="preserve"> - Please view link - unable to able to access data</w:t>
      </w:r>
      <w:r/>
    </w:p>
    <w:p>
      <w:pPr>
        <w:pStyle w:val="ListNumber"/>
        <w:spacing w:line="240" w:lineRule="auto"/>
        <w:ind w:left="720"/>
      </w:pPr>
      <w:r/>
      <w:hyperlink r:id="rId16">
        <w:r>
          <w:rPr>
            <w:color w:val="0000EE"/>
            <w:u w:val="single"/>
          </w:rPr>
          <w:t>https://www.foxnews.com/politics/federal-agencies-ordered-use-most-powerful-ai-systems-first-ever-national-security-memo-ai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sis.org/analysis/biden-administrations-national-security-memorandum-ai-explained" TargetMode="External"/><Relationship Id="rId11" Type="http://schemas.openxmlformats.org/officeDocument/2006/relationships/hyperlink" Target="https://www.whitehouse.gov/briefing-room/presidential-actions/2024/10/24/memorandum-on-advancing-the-united-states-leadership-in-artificial-intelligence-harnessing-artificial-intelligence-to-fulfill-national-security-objectives-and-fostering-the-safety-security/" TargetMode="External"/><Relationship Id="rId12" Type="http://schemas.openxmlformats.org/officeDocument/2006/relationships/hyperlink" Target="https://www.washingtonpost.com/technology/2024/10/24/white-house-ai-nation-security-memo/" TargetMode="External"/><Relationship Id="rId13" Type="http://schemas.openxmlformats.org/officeDocument/2006/relationships/hyperlink" Target="https://ww2.aip.org/fyi/biden-sets-priorities-for-applications-of-ai-to-national-security" TargetMode="External"/><Relationship Id="rId14" Type="http://schemas.openxmlformats.org/officeDocument/2006/relationships/hyperlink" Target="https://www.whitehouse.gov/briefing-room/statements-releases/2024/10/24/fact-sheet-biden-harris-administration-outlines-coordinated-approach-to-harness-power-of-ai-for-u-s-national-security/" TargetMode="External"/><Relationship Id="rId15" Type="http://schemas.openxmlformats.org/officeDocument/2006/relationships/hyperlink" Target="https://edition.cnn.com/2024/10/24/politics/joe-biden-artificial-intelligence-nuclear-weapons/index.html" TargetMode="External"/><Relationship Id="rId16" Type="http://schemas.openxmlformats.org/officeDocument/2006/relationships/hyperlink" Target="https://www.foxnews.com/politics/federal-agencies-ordered-use-most-powerful-ai-systems-first-ever-national-security-memo-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